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SOX ITGC Audit Toolkits</w:t>
      </w:r>
    </w:p>
    <w:p>
      <w:pPr>
        <w:spacing w:after="50"/>
      </w:pPr>
      <w:r>
        <w:rPr>
          <w:i/>
          <w:color w:val="556476"/>
          <w:sz w:val="16"/>
        </w:rPr>
        <w:t>Enterprise Implementation Template</w:t>
      </w:r>
    </w:p>
    <w:p>
      <w:pPr>
        <w:spacing w:after="100"/>
      </w:pPr>
      <w:r>
        <w:rPr>
          <w:b/>
          <w:color w:val="105A87"/>
          <w:sz w:val="18"/>
        </w:rPr>
        <w:t>14 Parts   |   198 Templates   |   79 DOCX   |   97 XLSX   |   22 PPTX</w:t>
      </w:r>
    </w:p>
    <w:p>
      <w:pPr>
        <w:pStyle w:val="Heading1"/>
        <w:keepNext/>
      </w:pPr>
      <w:r>
        <w:t>Part 1. Engagement Initiation &amp; Governance Setup</w:t>
      </w:r>
    </w:p>
    <w:p>
      <w:pPr>
        <w:pStyle w:val="FileName"/>
      </w:pPr>
      <w:r>
        <w:t>•  SOX ITGC Project Charter.docx</w:t>
      </w:r>
    </w:p>
    <w:p>
      <w:pPr>
        <w:pStyle w:val="FileName"/>
      </w:pPr>
      <w:r>
        <w:t>•  SOX ITGC Program Governance Framework.docx</w:t>
      </w:r>
    </w:p>
    <w:p>
      <w:pPr>
        <w:pStyle w:val="FileName"/>
      </w:pPr>
      <w:r>
        <w:t>•  SOX ITGC Steering Committee Charter.docx</w:t>
      </w:r>
    </w:p>
    <w:p>
      <w:pPr>
        <w:pStyle w:val="FileName"/>
      </w:pPr>
      <w:r>
        <w:t>•  SOX ITGC Communication Plan.docx</w:t>
      </w:r>
    </w:p>
    <w:p>
      <w:pPr>
        <w:pStyle w:val="FileName"/>
      </w:pPr>
      <w:r>
        <w:t>•  SOX ITGC Resource Plan.docx</w:t>
      </w:r>
    </w:p>
    <w:p>
      <w:pPr>
        <w:pStyle w:val="FileName"/>
      </w:pPr>
      <w:r>
        <w:t>•  SOX ITGC Quality Assurance Plan.docx</w:t>
      </w:r>
    </w:p>
    <w:p>
      <w:pPr>
        <w:pStyle w:val="FileName"/>
      </w:pPr>
      <w:r>
        <w:t>•  SOX ITGC Risk Management Plan.docx</w:t>
      </w:r>
    </w:p>
    <w:p>
      <w:pPr>
        <w:pStyle w:val="FileName"/>
      </w:pPr>
      <w:r>
        <w:t>•  SOX ITGC Issue Management Procedure.docx</w:t>
      </w:r>
    </w:p>
    <w:p>
      <w:pPr>
        <w:pStyle w:val="FileName"/>
      </w:pPr>
      <w:r>
        <w:t>•  SOX ITGC Project Plan.xlsx</w:t>
      </w:r>
    </w:p>
    <w:p>
      <w:pPr>
        <w:pStyle w:val="FileName"/>
      </w:pPr>
      <w:r>
        <w:t>•  SOX ITGC Milestone Tracker.xlsx</w:t>
      </w:r>
    </w:p>
    <w:p>
      <w:pPr>
        <w:pStyle w:val="FileName"/>
      </w:pPr>
      <w:r>
        <w:t>•  SOX ITGC Stakeholder Register.xlsx</w:t>
      </w:r>
    </w:p>
    <w:p>
      <w:pPr>
        <w:pStyle w:val="FileName"/>
      </w:pPr>
      <w:r>
        <w:t>•  SOX ITGC RACI Matrix.xlsx</w:t>
      </w:r>
    </w:p>
    <w:p>
      <w:pPr>
        <w:pStyle w:val="FileName"/>
      </w:pPr>
      <w:r>
        <w:t>•  SOX ITGC Risk &amp; Issue Log.xlsx</w:t>
      </w:r>
    </w:p>
    <w:p>
      <w:pPr>
        <w:pStyle w:val="FileName"/>
      </w:pPr>
      <w:r>
        <w:t>•  SOX ITGC Deliverables Tracker.xlsx</w:t>
      </w:r>
    </w:p>
    <w:p>
      <w:pPr>
        <w:pStyle w:val="FileName"/>
      </w:pPr>
      <w:r>
        <w:t>•  SOX ITGC Resource Allocation Tracker.xlsx</w:t>
      </w:r>
    </w:p>
    <w:p>
      <w:pPr>
        <w:pStyle w:val="FileName"/>
      </w:pPr>
      <w:r>
        <w:t>•  SOX ITGC Budget Tracker.xlsx</w:t>
      </w:r>
    </w:p>
    <w:p>
      <w:pPr>
        <w:pStyle w:val="FileName"/>
      </w:pPr>
      <w:r>
        <w:t>•  SOX ITGC Program Kickoff Deck.pptx</w:t>
      </w:r>
    </w:p>
    <w:p>
      <w:pPr>
        <w:pStyle w:val="FileName"/>
      </w:pPr>
      <w:r>
        <w:t>•  SOX ITGC Governance Overview Deck.pptx</w:t>
      </w:r>
    </w:p>
    <w:p>
      <w:pPr>
        <w:pStyle w:val="Heading1"/>
        <w:keepNext/>
      </w:pPr>
      <w:r>
        <w:t>Part 2. Business &amp; IT Environment Understanding</w:t>
      </w:r>
    </w:p>
    <w:p>
      <w:pPr>
        <w:pStyle w:val="FileName"/>
      </w:pPr>
      <w:r>
        <w:t>•  IT Organization Structure Document.docx</w:t>
      </w:r>
    </w:p>
    <w:p>
      <w:pPr>
        <w:pStyle w:val="FileName"/>
      </w:pPr>
      <w:r>
        <w:t>•  IT Operating Model Description.docx</w:t>
      </w:r>
    </w:p>
    <w:p>
      <w:pPr>
        <w:pStyle w:val="FileName"/>
      </w:pPr>
      <w:r>
        <w:t>•  Business Process Overview Document.docx</w:t>
      </w:r>
    </w:p>
    <w:p>
      <w:pPr>
        <w:pStyle w:val="FileName"/>
      </w:pPr>
      <w:r>
        <w:t>•  IT Service Delivery Model.docx</w:t>
      </w:r>
    </w:p>
    <w:p>
      <w:pPr>
        <w:pStyle w:val="FileName"/>
      </w:pPr>
      <w:r>
        <w:t>•  System Architecture Overview.docx</w:t>
      </w:r>
    </w:p>
    <w:p>
      <w:pPr>
        <w:pStyle w:val="FileName"/>
      </w:pPr>
      <w:r>
        <w:t>•  Business Process Inventory.xlsx</w:t>
      </w:r>
    </w:p>
    <w:p>
      <w:pPr>
        <w:pStyle w:val="FileName"/>
      </w:pPr>
      <w:r>
        <w:t>•  IT Application Inventory.xlsx</w:t>
      </w:r>
    </w:p>
    <w:p>
      <w:pPr>
        <w:pStyle w:val="FileName"/>
      </w:pPr>
      <w:r>
        <w:t>•  IT Infrastructure Inventory.xlsx</w:t>
      </w:r>
    </w:p>
    <w:p>
      <w:pPr>
        <w:pStyle w:val="FileName"/>
      </w:pPr>
      <w:r>
        <w:t>•  IT Asset Register.xlsx</w:t>
      </w:r>
    </w:p>
    <w:p>
      <w:pPr>
        <w:pStyle w:val="FileName"/>
      </w:pPr>
      <w:r>
        <w:t>•  IT Service Mapping Matrix.xlsx</w:t>
      </w:r>
    </w:p>
    <w:p>
      <w:pPr>
        <w:pStyle w:val="FileName"/>
      </w:pPr>
      <w:r>
        <w:t>•  ThirdParty / Vendor Inventory.xlsx</w:t>
      </w:r>
    </w:p>
    <w:p>
      <w:pPr>
        <w:pStyle w:val="FileName"/>
      </w:pPr>
      <w:r>
        <w:t>•  Financial Systems Mapping.xlsx</w:t>
      </w:r>
    </w:p>
    <w:p>
      <w:pPr>
        <w:pStyle w:val="FileName"/>
      </w:pPr>
      <w:r>
        <w:t>•  Data Classification Register.xlsx</w:t>
      </w:r>
    </w:p>
    <w:p>
      <w:pPr>
        <w:pStyle w:val="FileName"/>
      </w:pPr>
      <w:r>
        <w:t>•  Interface Inventory.xlsx</w:t>
      </w:r>
    </w:p>
    <w:p>
      <w:pPr>
        <w:pStyle w:val="FileName"/>
      </w:pPr>
      <w:r>
        <w:t>•  Key IT Personnel Register.xlsx</w:t>
      </w:r>
    </w:p>
    <w:p>
      <w:pPr>
        <w:pStyle w:val="FileName"/>
      </w:pPr>
      <w:r>
        <w:t>•  System Landscape Diagram.pptx</w:t>
      </w:r>
    </w:p>
    <w:p>
      <w:pPr>
        <w:pStyle w:val="FileName"/>
      </w:pPr>
      <w:r>
        <w:t>•  Data Flow Diagram.pptx</w:t>
      </w:r>
    </w:p>
    <w:p>
      <w:pPr>
        <w:pStyle w:val="FileName"/>
      </w:pPr>
      <w:r>
        <w:t>•  IT Environment Overview Deck.pptx</w:t>
      </w:r>
    </w:p>
    <w:p>
      <w:pPr>
        <w:pStyle w:val="Heading1"/>
        <w:keepNext/>
      </w:pPr>
      <w:r>
        <w:t>Part 3. SOX Scope Definition &amp; Risk Assessment</w:t>
      </w:r>
    </w:p>
    <w:p>
      <w:pPr>
        <w:pStyle w:val="FileName"/>
      </w:pPr>
      <w:r>
        <w:t>•  SOX Scope Definition Document.docx</w:t>
      </w:r>
    </w:p>
    <w:p>
      <w:pPr>
        <w:pStyle w:val="FileName"/>
      </w:pPr>
      <w:r>
        <w:t>•  SOX Scoping Methodology.docx</w:t>
      </w:r>
    </w:p>
    <w:p>
      <w:pPr>
        <w:pStyle w:val="FileName"/>
      </w:pPr>
      <w:r>
        <w:t>•  Financial Reporting Risk Assessment Methodology.docx</w:t>
      </w:r>
    </w:p>
    <w:p>
      <w:pPr>
        <w:pStyle w:val="FileName"/>
      </w:pPr>
      <w:r>
        <w:t>•  IT Risk Assessment Methodology.docx</w:t>
      </w:r>
    </w:p>
    <w:p>
      <w:pPr>
        <w:pStyle w:val="FileName"/>
      </w:pPr>
      <w:r>
        <w:t>•  EntityLevel Control Assessment Document.docx</w:t>
      </w:r>
    </w:p>
    <w:p>
      <w:pPr>
        <w:pStyle w:val="FileName"/>
      </w:pPr>
      <w:r>
        <w:t>•  Fraud Risk Assessment Document.docx</w:t>
      </w:r>
    </w:p>
    <w:p>
      <w:pPr>
        <w:pStyle w:val="FileName"/>
      </w:pPr>
      <w:r>
        <w:t>•  SOX Scoping Matrix.xlsx</w:t>
      </w:r>
    </w:p>
    <w:p>
      <w:pPr>
        <w:pStyle w:val="FileName"/>
      </w:pPr>
      <w:r>
        <w:t>•  InScope System Identification.xlsx</w:t>
      </w:r>
    </w:p>
    <w:p>
      <w:pPr>
        <w:pStyle w:val="FileName"/>
      </w:pPr>
      <w:r>
        <w:t>•  Risk &amp; Control Matrix (ITGC RCM).xlsx</w:t>
      </w:r>
    </w:p>
    <w:p>
      <w:pPr>
        <w:pStyle w:val="FileName"/>
      </w:pPr>
      <w:r>
        <w:t>•  Financial Reporting Risk Assessment.xlsx</w:t>
      </w:r>
    </w:p>
    <w:p>
      <w:pPr>
        <w:pStyle w:val="FileName"/>
      </w:pPr>
      <w:r>
        <w:t>•  Risk Ranking &amp; Prioritization Matrix.xlsx</w:t>
      </w:r>
    </w:p>
    <w:p>
      <w:pPr>
        <w:pStyle w:val="FileName"/>
      </w:pPr>
      <w:r>
        <w:t>•  Key Report Identification.xlsx</w:t>
      </w:r>
    </w:p>
    <w:p>
      <w:pPr>
        <w:pStyle w:val="FileName"/>
      </w:pPr>
      <w:r>
        <w:t>•  Significant Account Mapping.xlsx</w:t>
      </w:r>
    </w:p>
    <w:p>
      <w:pPr>
        <w:pStyle w:val="FileName"/>
      </w:pPr>
      <w:r>
        <w:t>•  Control Gap Assessment.xlsx</w:t>
      </w:r>
    </w:p>
    <w:p>
      <w:pPr>
        <w:pStyle w:val="FileName"/>
      </w:pPr>
      <w:r>
        <w:t>•  Risk Register.xlsx</w:t>
      </w:r>
    </w:p>
    <w:p>
      <w:pPr>
        <w:pStyle w:val="FileName"/>
      </w:pPr>
      <w:r>
        <w:t>•  SOX Scope Confirmation Deck.pptx</w:t>
      </w:r>
    </w:p>
    <w:p>
      <w:pPr>
        <w:pStyle w:val="FileName"/>
      </w:pPr>
      <w:r>
        <w:t>•  Risk Assessment Summary Deck.pptx</w:t>
      </w:r>
    </w:p>
    <w:p>
      <w:pPr>
        <w:pStyle w:val="Heading1"/>
        <w:keepNext/>
      </w:pPr>
      <w:r>
        <w:t>Part 4. ITGC Control Framework Design</w:t>
      </w:r>
    </w:p>
    <w:p>
      <w:pPr>
        <w:pStyle w:val="FileName"/>
      </w:pPr>
      <w:r>
        <w:t>•  ITGC Control Framework Document.docx</w:t>
      </w:r>
    </w:p>
    <w:p>
      <w:pPr>
        <w:pStyle w:val="FileName"/>
      </w:pPr>
      <w:r>
        <w:t>•  Access Control Policy.docx</w:t>
      </w:r>
    </w:p>
    <w:p>
      <w:pPr>
        <w:pStyle w:val="FileName"/>
      </w:pPr>
      <w:r>
        <w:t>•  Change Management Policy.docx</w:t>
      </w:r>
    </w:p>
    <w:p>
      <w:pPr>
        <w:pStyle w:val="FileName"/>
      </w:pPr>
      <w:r>
        <w:t>•  IT Operations Policy.docx</w:t>
      </w:r>
    </w:p>
    <w:p>
      <w:pPr>
        <w:pStyle w:val="FileName"/>
      </w:pPr>
      <w:r>
        <w:t>•  Logical Access Control Procedure.docx</w:t>
      </w:r>
    </w:p>
    <w:p>
      <w:pPr>
        <w:pStyle w:val="FileName"/>
      </w:pPr>
      <w:r>
        <w:t>•  User Access Review Procedure.docx</w:t>
      </w:r>
    </w:p>
    <w:p>
      <w:pPr>
        <w:pStyle w:val="FileName"/>
      </w:pPr>
      <w:r>
        <w:t>•  Change Management Procedure.docx</w:t>
      </w:r>
    </w:p>
    <w:p>
      <w:pPr>
        <w:pStyle w:val="FileName"/>
      </w:pPr>
      <w:r>
        <w:t>•  Incident Management Procedure.docx</w:t>
      </w:r>
    </w:p>
    <w:p>
      <w:pPr>
        <w:pStyle w:val="FileName"/>
      </w:pPr>
      <w:r>
        <w:t>•  Backup &amp; Recovery Procedure.docx</w:t>
      </w:r>
    </w:p>
    <w:p>
      <w:pPr>
        <w:pStyle w:val="FileName"/>
      </w:pPr>
      <w:r>
        <w:t>•  Job Scheduling &amp; Monitoring Procedure.docx</w:t>
      </w:r>
    </w:p>
    <w:p>
      <w:pPr>
        <w:pStyle w:val="FileName"/>
      </w:pPr>
      <w:r>
        <w:t>•  Segregation of Duties (SoD) Policy.docx</w:t>
      </w:r>
    </w:p>
    <w:p>
      <w:pPr>
        <w:pStyle w:val="FileName"/>
      </w:pPr>
      <w:r>
        <w:t>•  ITGC Control Library.xlsx</w:t>
      </w:r>
    </w:p>
    <w:p>
      <w:pPr>
        <w:pStyle w:val="FileName"/>
      </w:pPr>
      <w:r>
        <w:t>•  Control Mapping Matrix.xlsx</w:t>
      </w:r>
    </w:p>
    <w:p>
      <w:pPr>
        <w:pStyle w:val="FileName"/>
      </w:pPr>
      <w:r>
        <w:t>•  SoD Conflict Matrix.xlsx</w:t>
      </w:r>
    </w:p>
    <w:p>
      <w:pPr>
        <w:pStyle w:val="FileName"/>
      </w:pPr>
      <w:r>
        <w:t>•  Control Design Specification.xlsx</w:t>
      </w:r>
    </w:p>
    <w:p>
      <w:pPr>
        <w:pStyle w:val="FileName"/>
      </w:pPr>
      <w:r>
        <w:t>•  Control Frequency Matrix.xlsx</w:t>
      </w:r>
    </w:p>
    <w:p>
      <w:pPr>
        <w:pStyle w:val="FileName"/>
      </w:pPr>
      <w:r>
        <w:t>•  ITGC Control Framework Overview Deck.pptx</w:t>
      </w:r>
    </w:p>
    <w:p>
      <w:pPr>
        <w:pStyle w:val="Heading1"/>
        <w:keepNext/>
      </w:pPr>
      <w:r>
        <w:t>Part 5. Control Documentation &amp; Process Narratives</w:t>
      </w:r>
    </w:p>
    <w:p>
      <w:pPr>
        <w:pStyle w:val="FileName"/>
      </w:pPr>
      <w:r>
        <w:t>•  ITGC Process Narrative  Access Management.docx</w:t>
      </w:r>
    </w:p>
    <w:p>
      <w:pPr>
        <w:pStyle w:val="FileName"/>
      </w:pPr>
      <w:r>
        <w:t>•  ITGC Process Narrative  Change Management.docx</w:t>
      </w:r>
    </w:p>
    <w:p>
      <w:pPr>
        <w:pStyle w:val="FileName"/>
      </w:pPr>
      <w:r>
        <w:t>•  ITGC Process Narrative  IT Operations.docx</w:t>
      </w:r>
    </w:p>
    <w:p>
      <w:pPr>
        <w:pStyle w:val="FileName"/>
      </w:pPr>
      <w:r>
        <w:t>•  Control Description Document.docx</w:t>
      </w:r>
    </w:p>
    <w:p>
      <w:pPr>
        <w:pStyle w:val="FileName"/>
      </w:pPr>
      <w:r>
        <w:t>•  SOP Library.docx</w:t>
      </w:r>
    </w:p>
    <w:p>
      <w:pPr>
        <w:pStyle w:val="FileName"/>
      </w:pPr>
      <w:r>
        <w:t>•  Walkthrough Documentation Template.docx</w:t>
      </w:r>
    </w:p>
    <w:p>
      <w:pPr>
        <w:pStyle w:val="FileName"/>
      </w:pPr>
      <w:r>
        <w:t>•  Control Ownership Document.docx</w:t>
      </w:r>
    </w:p>
    <w:p>
      <w:pPr>
        <w:pStyle w:val="FileName"/>
      </w:pPr>
      <w:r>
        <w:t>•  Control Execution Guidelines.docx</w:t>
      </w:r>
    </w:p>
    <w:p>
      <w:pPr>
        <w:pStyle w:val="FileName"/>
      </w:pPr>
      <w:r>
        <w:t>•  Control Ownership Register.xlsx</w:t>
      </w:r>
    </w:p>
    <w:p>
      <w:pPr>
        <w:pStyle w:val="FileName"/>
      </w:pPr>
      <w:r>
        <w:t>•  Control Evidence Requirements Matrix.xlsx</w:t>
      </w:r>
    </w:p>
    <w:p>
      <w:pPr>
        <w:pStyle w:val="FileName"/>
      </w:pPr>
      <w:r>
        <w:t>•  Control Documentation Tracker.xlsx</w:t>
      </w:r>
    </w:p>
    <w:p>
      <w:pPr>
        <w:pStyle w:val="FileName"/>
      </w:pPr>
      <w:r>
        <w:t>•  Process Mapping Register.xlsx</w:t>
      </w:r>
    </w:p>
    <w:p>
      <w:pPr>
        <w:pStyle w:val="FileName"/>
      </w:pPr>
      <w:r>
        <w:t>•  Process Flow Diagram Deck.pptx</w:t>
      </w:r>
    </w:p>
    <w:p>
      <w:pPr>
        <w:pStyle w:val="FileName"/>
      </w:pPr>
      <w:r>
        <w:t>•  Walkthrough Presentation Deck.pptx</w:t>
      </w:r>
    </w:p>
    <w:p>
      <w:pPr>
        <w:pStyle w:val="Heading1"/>
        <w:keepNext/>
      </w:pPr>
      <w:r>
        <w:t>Part 6. Control Implementation &amp; Execution</w:t>
      </w:r>
    </w:p>
    <w:p>
      <w:pPr>
        <w:pStyle w:val="FileName"/>
      </w:pPr>
      <w:r>
        <w:t>•  Access Provisioning Procedure.docx</w:t>
      </w:r>
    </w:p>
    <w:p>
      <w:pPr>
        <w:pStyle w:val="FileName"/>
      </w:pPr>
      <w:r>
        <w:t>•  Access Deprovisioning Procedure.docx</w:t>
      </w:r>
    </w:p>
    <w:p>
      <w:pPr>
        <w:pStyle w:val="FileName"/>
      </w:pPr>
      <w:r>
        <w:t>•  Change Execution Guidelines.docx</w:t>
      </w:r>
    </w:p>
    <w:p>
      <w:pPr>
        <w:pStyle w:val="FileName"/>
      </w:pPr>
      <w:r>
        <w:t>•  Incident Handling Guidelines.docx</w:t>
      </w:r>
    </w:p>
    <w:p>
      <w:pPr>
        <w:pStyle w:val="FileName"/>
      </w:pPr>
      <w:r>
        <w:t>•  Backup Execution Guidelines.docx</w:t>
      </w:r>
    </w:p>
    <w:p>
      <w:pPr>
        <w:pStyle w:val="FileName"/>
      </w:pPr>
      <w:r>
        <w:t>•  User Access Request Form.xlsx</w:t>
      </w:r>
    </w:p>
    <w:p>
      <w:pPr>
        <w:pStyle w:val="FileName"/>
      </w:pPr>
      <w:r>
        <w:t>•  User Access Review Checklist.xlsx</w:t>
      </w:r>
    </w:p>
    <w:p>
      <w:pPr>
        <w:pStyle w:val="FileName"/>
      </w:pPr>
      <w:r>
        <w:t>•  Access Termination Checklist.xlsx</w:t>
      </w:r>
    </w:p>
    <w:p>
      <w:pPr>
        <w:pStyle w:val="FileName"/>
      </w:pPr>
      <w:r>
        <w:t>•  Change Request Form.xlsx</w:t>
      </w:r>
    </w:p>
    <w:p>
      <w:pPr>
        <w:pStyle w:val="FileName"/>
      </w:pPr>
      <w:r>
        <w:t>•  Emergency Change Log.xlsx</w:t>
      </w:r>
    </w:p>
    <w:p>
      <w:pPr>
        <w:pStyle w:val="FileName"/>
      </w:pPr>
      <w:r>
        <w:t>•  Change Approval Register.xlsx</w:t>
      </w:r>
    </w:p>
    <w:p>
      <w:pPr>
        <w:pStyle w:val="FileName"/>
      </w:pPr>
      <w:r>
        <w:t>•  Job Monitoring Log.xlsx</w:t>
      </w:r>
    </w:p>
    <w:p>
      <w:pPr>
        <w:pStyle w:val="FileName"/>
      </w:pPr>
      <w:r>
        <w:t>•  Backup Execution Log.xlsx</w:t>
      </w:r>
    </w:p>
    <w:p>
      <w:pPr>
        <w:pStyle w:val="FileName"/>
      </w:pPr>
      <w:r>
        <w:t>•  Incident Register.xlsx</w:t>
      </w:r>
    </w:p>
    <w:p>
      <w:pPr>
        <w:pStyle w:val="FileName"/>
      </w:pPr>
      <w:r>
        <w:t>•  Exception Log.xlsx</w:t>
      </w:r>
    </w:p>
    <w:p>
      <w:pPr>
        <w:pStyle w:val="FileName"/>
      </w:pPr>
      <w:r>
        <w:t>•  Privileged Access Log.xlsx</w:t>
      </w:r>
    </w:p>
    <w:p>
      <w:pPr>
        <w:pStyle w:val="FileName"/>
      </w:pPr>
      <w:r>
        <w:t>•  Control Execution Training Deck.pptx</w:t>
      </w:r>
    </w:p>
    <w:p>
      <w:pPr>
        <w:pStyle w:val="Heading1"/>
        <w:keepNext/>
      </w:pPr>
      <w:r>
        <w:t>Part 7. Evidence Collection &amp; Documentation</w:t>
      </w:r>
    </w:p>
    <w:p>
      <w:pPr>
        <w:pStyle w:val="FileName"/>
      </w:pPr>
      <w:r>
        <w:t>•  Evidence Collection Procedure.docx</w:t>
      </w:r>
    </w:p>
    <w:p>
      <w:pPr>
        <w:pStyle w:val="FileName"/>
      </w:pPr>
      <w:r>
        <w:t>•  Evidence Retention Policy.docx</w:t>
      </w:r>
    </w:p>
    <w:p>
      <w:pPr>
        <w:pStyle w:val="FileName"/>
      </w:pPr>
      <w:r>
        <w:t>•  Evidence Submission Guidelines.docx</w:t>
      </w:r>
    </w:p>
    <w:p>
      <w:pPr>
        <w:pStyle w:val="FileName"/>
      </w:pPr>
      <w:r>
        <w:t>•  Screenshot Evidence Guidelines.docx</w:t>
      </w:r>
    </w:p>
    <w:p>
      <w:pPr>
        <w:pStyle w:val="FileName"/>
      </w:pPr>
      <w:r>
        <w:t>•  Audit Trail Documentation Standard.docx</w:t>
      </w:r>
    </w:p>
    <w:p>
      <w:pPr>
        <w:pStyle w:val="FileName"/>
      </w:pPr>
      <w:r>
        <w:t>•  SOX Evidence Tracker.xlsx</w:t>
      </w:r>
    </w:p>
    <w:p>
      <w:pPr>
        <w:pStyle w:val="FileName"/>
      </w:pPr>
      <w:r>
        <w:t>•  Evidence Submission Log.xlsx</w:t>
      </w:r>
    </w:p>
    <w:p>
      <w:pPr>
        <w:pStyle w:val="FileName"/>
      </w:pPr>
      <w:r>
        <w:t>•  Evidence Checklist by Control.xlsx</w:t>
      </w:r>
    </w:p>
    <w:p>
      <w:pPr>
        <w:pStyle w:val="FileName"/>
      </w:pPr>
      <w:r>
        <w:t>•  Evidence Index.xlsx</w:t>
      </w:r>
    </w:p>
    <w:p>
      <w:pPr>
        <w:pStyle w:val="FileName"/>
      </w:pPr>
      <w:r>
        <w:t>•  Audit Trail Log.xlsx</w:t>
      </w:r>
    </w:p>
    <w:p>
      <w:pPr>
        <w:pStyle w:val="FileName"/>
      </w:pPr>
      <w:r>
        <w:t>•  Control Performance Log.xlsx</w:t>
      </w:r>
    </w:p>
    <w:p>
      <w:pPr>
        <w:pStyle w:val="FileName"/>
      </w:pPr>
      <w:r>
        <w:t>•  Documentation Completeness Checklist.xlsx</w:t>
      </w:r>
    </w:p>
    <w:p>
      <w:pPr>
        <w:pStyle w:val="FileName"/>
      </w:pPr>
      <w:r>
        <w:t>•  Evidence Collection Training Deck.pptx</w:t>
      </w:r>
    </w:p>
    <w:p>
      <w:pPr>
        <w:pStyle w:val="Heading1"/>
        <w:keepNext/>
      </w:pPr>
      <w:r>
        <w:t>Part 8. Control Testing &amp; Validation</w:t>
      </w:r>
    </w:p>
    <w:p>
      <w:pPr>
        <w:pStyle w:val="FileName"/>
      </w:pPr>
      <w:r>
        <w:t>•  SOX Testing Methodology.docx</w:t>
      </w:r>
    </w:p>
    <w:p>
      <w:pPr>
        <w:pStyle w:val="FileName"/>
      </w:pPr>
      <w:r>
        <w:t>•  Sampling Methodology Document.docx</w:t>
      </w:r>
    </w:p>
    <w:p>
      <w:pPr>
        <w:pStyle w:val="FileName"/>
      </w:pPr>
      <w:r>
        <w:t>•  Testing Guidelines.docx</w:t>
      </w:r>
    </w:p>
    <w:p>
      <w:pPr>
        <w:pStyle w:val="FileName"/>
      </w:pPr>
      <w:r>
        <w:t>•  QA Review Procedure.docx</w:t>
      </w:r>
    </w:p>
    <w:p>
      <w:pPr>
        <w:pStyle w:val="FileName"/>
      </w:pPr>
      <w:r>
        <w:t>•  SOX Control Testing Plan.xlsx</w:t>
      </w:r>
    </w:p>
    <w:p>
      <w:pPr>
        <w:pStyle w:val="FileName"/>
      </w:pPr>
      <w:r>
        <w:t>•  Test of Design (ToD) Template.xlsx</w:t>
      </w:r>
    </w:p>
    <w:p>
      <w:pPr>
        <w:pStyle w:val="FileName"/>
      </w:pPr>
      <w:r>
        <w:t>•  Test of Operating Effectiveness (ToE) Template.xlsx</w:t>
      </w:r>
    </w:p>
    <w:p>
      <w:pPr>
        <w:pStyle w:val="FileName"/>
      </w:pPr>
      <w:r>
        <w:t>•  Testing Results Log.xlsx</w:t>
      </w:r>
    </w:p>
    <w:p>
      <w:pPr>
        <w:pStyle w:val="FileName"/>
      </w:pPr>
      <w:r>
        <w:t>•  Deficiency Evaluation Matrix.xlsx</w:t>
      </w:r>
    </w:p>
    <w:p>
      <w:pPr>
        <w:pStyle w:val="FileName"/>
      </w:pPr>
      <w:r>
        <w:t>•  Control Effectiveness Rating.xlsx</w:t>
      </w:r>
    </w:p>
    <w:p>
      <w:pPr>
        <w:pStyle w:val="FileName"/>
      </w:pPr>
      <w:r>
        <w:t>•  Audit Findings Register.xlsx</w:t>
      </w:r>
    </w:p>
    <w:p>
      <w:pPr>
        <w:pStyle w:val="FileName"/>
      </w:pPr>
      <w:r>
        <w:t>•  QA Review Checklist.xlsx</w:t>
      </w:r>
    </w:p>
    <w:p>
      <w:pPr>
        <w:pStyle w:val="FileName"/>
      </w:pPr>
      <w:r>
        <w:t>•  Testing Approach Overview Deck.pptx</w:t>
      </w:r>
    </w:p>
    <w:p>
      <w:pPr>
        <w:pStyle w:val="Heading1"/>
        <w:keepNext/>
      </w:pPr>
      <w:r>
        <w:t>Part 9. Deficiency Management &amp; Remediation</w:t>
      </w:r>
    </w:p>
    <w:p>
      <w:pPr>
        <w:pStyle w:val="FileName"/>
      </w:pPr>
      <w:r>
        <w:t>•  Deficiency Management Procedure.docx</w:t>
      </w:r>
    </w:p>
    <w:p>
      <w:pPr>
        <w:pStyle w:val="FileName"/>
      </w:pPr>
      <w:r>
        <w:t>•  Root Cause Analysis Template.docx</w:t>
      </w:r>
    </w:p>
    <w:p>
      <w:pPr>
        <w:pStyle w:val="FileName"/>
      </w:pPr>
      <w:r>
        <w:t>•  Management Response Template.docx</w:t>
      </w:r>
    </w:p>
    <w:p>
      <w:pPr>
        <w:pStyle w:val="FileName"/>
      </w:pPr>
      <w:r>
        <w:t>•  Remediation Policy.docx</w:t>
      </w:r>
    </w:p>
    <w:p>
      <w:pPr>
        <w:pStyle w:val="FileName"/>
      </w:pPr>
      <w:r>
        <w:t>•  Compensating Control Assessment Document.docx</w:t>
      </w:r>
    </w:p>
    <w:p>
      <w:pPr>
        <w:pStyle w:val="FileName"/>
      </w:pPr>
      <w:r>
        <w:t>•  Deficiency Log.xlsx</w:t>
      </w:r>
    </w:p>
    <w:p>
      <w:pPr>
        <w:pStyle w:val="FileName"/>
      </w:pPr>
      <w:r>
        <w:t>•  Remediation Action Plan.xlsx</w:t>
      </w:r>
    </w:p>
    <w:p>
      <w:pPr>
        <w:pStyle w:val="FileName"/>
      </w:pPr>
      <w:r>
        <w:t>•  Issue Tracking Dashboard.xlsx</w:t>
      </w:r>
    </w:p>
    <w:p>
      <w:pPr>
        <w:pStyle w:val="FileName"/>
      </w:pPr>
      <w:r>
        <w:t>•  Corrective Action Tracker.xlsx</w:t>
      </w:r>
    </w:p>
    <w:p>
      <w:pPr>
        <w:pStyle w:val="FileName"/>
      </w:pPr>
      <w:r>
        <w:t>•  Escalation Log.xlsx</w:t>
      </w:r>
    </w:p>
    <w:p>
      <w:pPr>
        <w:pStyle w:val="FileName"/>
      </w:pPr>
      <w:r>
        <w:t>•  Remediation Validation Checklist.xlsx</w:t>
      </w:r>
    </w:p>
    <w:p>
      <w:pPr>
        <w:pStyle w:val="FileName"/>
      </w:pPr>
      <w:r>
        <w:t>•  Deficiency &amp; Remediation Summary Deck.pptx</w:t>
      </w:r>
    </w:p>
    <w:p>
      <w:pPr>
        <w:pStyle w:val="Heading1"/>
        <w:keepNext/>
      </w:pPr>
      <w:r>
        <w:t>Part 10. Management Reporting &amp; Audit Readiness</w:t>
      </w:r>
    </w:p>
    <w:p>
      <w:pPr>
        <w:pStyle w:val="FileName"/>
      </w:pPr>
      <w:r>
        <w:t>•  Control Effectiveness Summary Report.docx</w:t>
      </w:r>
    </w:p>
    <w:p>
      <w:pPr>
        <w:pStyle w:val="FileName"/>
      </w:pPr>
      <w:r>
        <w:t>•  Audit Readiness Procedure.docx</w:t>
      </w:r>
    </w:p>
    <w:p>
      <w:pPr>
        <w:pStyle w:val="FileName"/>
      </w:pPr>
      <w:r>
        <w:t>•  Management Representation Letter.docx</w:t>
      </w:r>
    </w:p>
    <w:p>
      <w:pPr>
        <w:pStyle w:val="FileName"/>
      </w:pPr>
      <w:r>
        <w:t>•  Audit Coordination Guidelines.docx</w:t>
      </w:r>
    </w:p>
    <w:p>
      <w:pPr>
        <w:pStyle w:val="FileName"/>
      </w:pPr>
      <w:r>
        <w:t>•  SOX Status Dashboard.xlsx</w:t>
      </w:r>
    </w:p>
    <w:p>
      <w:pPr>
        <w:pStyle w:val="FileName"/>
      </w:pPr>
      <w:r>
        <w:t>•  Audit Readiness Checklist.xlsx</w:t>
      </w:r>
    </w:p>
    <w:p>
      <w:pPr>
        <w:pStyle w:val="FileName"/>
      </w:pPr>
      <w:r>
        <w:t>•  PreAudit SelfAssessment.xlsx</w:t>
      </w:r>
    </w:p>
    <w:p>
      <w:pPr>
        <w:pStyle w:val="FileName"/>
      </w:pPr>
      <w:r>
        <w:t>•  Audit Request Tracker.xlsx</w:t>
      </w:r>
    </w:p>
    <w:p>
      <w:pPr>
        <w:pStyle w:val="FileName"/>
      </w:pPr>
      <w:r>
        <w:t>•  PBC List.xlsx</w:t>
      </w:r>
    </w:p>
    <w:p>
      <w:pPr>
        <w:pStyle w:val="FileName"/>
      </w:pPr>
      <w:r>
        <w:t>•  External Auditor Coordination Log.xlsx</w:t>
      </w:r>
    </w:p>
    <w:p>
      <w:pPr>
        <w:pStyle w:val="FileName"/>
      </w:pPr>
      <w:r>
        <w:t>•  Audit Evidence Package Index.xlsx</w:t>
      </w:r>
    </w:p>
    <w:p>
      <w:pPr>
        <w:pStyle w:val="FileName"/>
      </w:pPr>
      <w:r>
        <w:t>•  Executive Reporting Deck.pptx</w:t>
      </w:r>
    </w:p>
    <w:p>
      <w:pPr>
        <w:pStyle w:val="FileName"/>
      </w:pPr>
      <w:r>
        <w:t>•  Audit Readiness Deck.pptx</w:t>
      </w:r>
    </w:p>
    <w:p>
      <w:pPr>
        <w:pStyle w:val="Heading1"/>
        <w:keepNext/>
      </w:pPr>
      <w:r>
        <w:t>Part 11. Monitoring &amp; Sustainability</w:t>
      </w:r>
    </w:p>
    <w:p>
      <w:pPr>
        <w:pStyle w:val="FileName"/>
      </w:pPr>
      <w:r>
        <w:t>•  Continuous Control Monitoring Plan.docx</w:t>
      </w:r>
    </w:p>
    <w:p>
      <w:pPr>
        <w:pStyle w:val="FileName"/>
      </w:pPr>
      <w:r>
        <w:t>•  Control SelfAssessment (CSA) Procedure.docx</w:t>
      </w:r>
    </w:p>
    <w:p>
      <w:pPr>
        <w:pStyle w:val="FileName"/>
      </w:pPr>
      <w:r>
        <w:t>•  Continuous Improvement Plan.docx</w:t>
      </w:r>
    </w:p>
    <w:p>
      <w:pPr>
        <w:pStyle w:val="FileName"/>
      </w:pPr>
      <w:r>
        <w:t>•  KPI &amp; KRI Dashboard.xlsx</w:t>
      </w:r>
    </w:p>
    <w:p>
      <w:pPr>
        <w:pStyle w:val="FileName"/>
      </w:pPr>
      <w:r>
        <w:t>•  Control Performance Metrics.xlsx</w:t>
      </w:r>
    </w:p>
    <w:p>
      <w:pPr>
        <w:pStyle w:val="FileName"/>
      </w:pPr>
      <w:r>
        <w:t>•  Periodic Access Review Plan.xlsx</w:t>
      </w:r>
    </w:p>
    <w:p>
      <w:pPr>
        <w:pStyle w:val="FileName"/>
      </w:pPr>
      <w:r>
        <w:t>•  Change Monitoring Log.xlsx</w:t>
      </w:r>
    </w:p>
    <w:p>
      <w:pPr>
        <w:pStyle w:val="FileName"/>
      </w:pPr>
      <w:r>
        <w:t>•  Incident Trend Analysis.xlsx</w:t>
      </w:r>
    </w:p>
    <w:p>
      <w:pPr>
        <w:pStyle w:val="FileName"/>
      </w:pPr>
      <w:r>
        <w:t>•  CSA Tracker.xlsx</w:t>
      </w:r>
    </w:p>
    <w:p>
      <w:pPr>
        <w:pStyle w:val="FileName"/>
      </w:pPr>
      <w:r>
        <w:t>•  Internal Audit Followup Tracker.xlsx</w:t>
      </w:r>
    </w:p>
    <w:p>
      <w:pPr>
        <w:pStyle w:val="FileName"/>
      </w:pPr>
      <w:r>
        <w:t>•  Lessons Learned Register.xlsx</w:t>
      </w:r>
    </w:p>
    <w:p>
      <w:pPr>
        <w:pStyle w:val="FileName"/>
      </w:pPr>
      <w:r>
        <w:t>•  Continuous Monitoring Overview Deck.pptx</w:t>
      </w:r>
    </w:p>
    <w:p>
      <w:pPr>
        <w:pStyle w:val="Heading1"/>
        <w:keepNext/>
      </w:pPr>
      <w:r>
        <w:t>Part 12. Documentation Management</w:t>
      </w:r>
    </w:p>
    <w:p>
      <w:pPr>
        <w:pStyle w:val="FileName"/>
      </w:pPr>
      <w:r>
        <w:t>•  Document Control Procedure.docx</w:t>
      </w:r>
    </w:p>
    <w:p>
      <w:pPr>
        <w:pStyle w:val="FileName"/>
      </w:pPr>
      <w:r>
        <w:t>•  Record Management Policy.docx</w:t>
      </w:r>
    </w:p>
    <w:p>
      <w:pPr>
        <w:pStyle w:val="FileName"/>
      </w:pPr>
      <w:r>
        <w:t>•  Document Classification Standard.docx</w:t>
      </w:r>
    </w:p>
    <w:p>
      <w:pPr>
        <w:pStyle w:val="FileName"/>
      </w:pPr>
      <w:r>
        <w:t>•  Secure Storage &amp; Disposal Procedure.docx</w:t>
      </w:r>
    </w:p>
    <w:p>
      <w:pPr>
        <w:pStyle w:val="FileName"/>
      </w:pPr>
      <w:r>
        <w:t>•  Document Register.xlsx</w:t>
      </w:r>
    </w:p>
    <w:p>
      <w:pPr>
        <w:pStyle w:val="FileName"/>
      </w:pPr>
      <w:r>
        <w:t>•  Record Retention Schedule.xlsx</w:t>
      </w:r>
    </w:p>
    <w:p>
      <w:pPr>
        <w:pStyle w:val="FileName"/>
      </w:pPr>
      <w:r>
        <w:t>•  Document Approval Log.xlsx</w:t>
      </w:r>
    </w:p>
    <w:p>
      <w:pPr>
        <w:pStyle w:val="FileName"/>
      </w:pPr>
      <w:r>
        <w:t>•  Document Version Control Log.xlsx</w:t>
      </w:r>
    </w:p>
    <w:p>
      <w:pPr>
        <w:pStyle w:val="FileName"/>
      </w:pPr>
      <w:r>
        <w:t>•  Confidential Document Register.xlsx</w:t>
      </w:r>
    </w:p>
    <w:p>
      <w:pPr>
        <w:pStyle w:val="FileName"/>
      </w:pPr>
      <w:r>
        <w:t>•  Archive Index.xlsx</w:t>
      </w:r>
    </w:p>
    <w:p>
      <w:pPr>
        <w:pStyle w:val="FileName"/>
      </w:pPr>
      <w:r>
        <w:t>•  Document Control Awareness Deck.pptx</w:t>
      </w:r>
    </w:p>
    <w:p>
      <w:pPr>
        <w:pStyle w:val="Heading1"/>
        <w:keepNext/>
      </w:pPr>
      <w:r>
        <w:t>Part 13. Awareness Training</w:t>
      </w:r>
    </w:p>
    <w:p>
      <w:pPr>
        <w:pStyle w:val="FileName"/>
      </w:pPr>
      <w:r>
        <w:t>•  SOX ITGC Training Plan.docx</w:t>
      </w:r>
    </w:p>
    <w:p>
      <w:pPr>
        <w:pStyle w:val="FileName"/>
      </w:pPr>
      <w:r>
        <w:t>•  Control Owner Training Guide.docx</w:t>
      </w:r>
    </w:p>
    <w:p>
      <w:pPr>
        <w:pStyle w:val="FileName"/>
      </w:pPr>
      <w:r>
        <w:t>•  Awareness Communication Materials.docx</w:t>
      </w:r>
    </w:p>
    <w:p>
      <w:pPr>
        <w:pStyle w:val="FileName"/>
      </w:pPr>
      <w:r>
        <w:t>•  Onboarding SOX Training Package.docx</w:t>
      </w:r>
    </w:p>
    <w:p>
      <w:pPr>
        <w:pStyle w:val="FileName"/>
      </w:pPr>
      <w:r>
        <w:t>•  Refresher Training Plan.docx</w:t>
      </w:r>
    </w:p>
    <w:p>
      <w:pPr>
        <w:pStyle w:val="FileName"/>
      </w:pPr>
      <w:r>
        <w:t>•  Training Attendance Log.xlsx</w:t>
      </w:r>
    </w:p>
    <w:p>
      <w:pPr>
        <w:pStyle w:val="FileName"/>
      </w:pPr>
      <w:r>
        <w:t>•  Knowledge Assessment Quiz.xlsx</w:t>
      </w:r>
    </w:p>
    <w:p>
      <w:pPr>
        <w:pStyle w:val="FileName"/>
      </w:pPr>
      <w:r>
        <w:t>•  RoleBased Training Matrix.xlsx</w:t>
      </w:r>
    </w:p>
    <w:p>
      <w:pPr>
        <w:pStyle w:val="FileName"/>
      </w:pPr>
      <w:r>
        <w:t>•  Training Effectiveness Evaluation.xlsx</w:t>
      </w:r>
    </w:p>
    <w:p>
      <w:pPr>
        <w:pStyle w:val="FileName"/>
      </w:pPr>
      <w:r>
        <w:t>•  SOX ITGC Training Deck.pptx</w:t>
      </w:r>
    </w:p>
    <w:p>
      <w:pPr>
        <w:pStyle w:val="FileName"/>
      </w:pPr>
      <w:r>
        <w:t>•  Awareness Campaign Deck.pptx</w:t>
      </w:r>
    </w:p>
    <w:p>
      <w:pPr>
        <w:pStyle w:val="Heading1"/>
        <w:keepNext/>
      </w:pPr>
      <w:r>
        <w:t>Part 14. Final Audit</w:t>
      </w:r>
    </w:p>
    <w:p>
      <w:pPr>
        <w:pStyle w:val="FileName"/>
      </w:pPr>
      <w:r>
        <w:t>•  Audit Walkthrough Agenda.docx</w:t>
      </w:r>
    </w:p>
    <w:p>
      <w:pPr>
        <w:pStyle w:val="FileName"/>
      </w:pPr>
      <w:r>
        <w:t>•  Audit Interview Guide.docx</w:t>
      </w:r>
    </w:p>
    <w:p>
      <w:pPr>
        <w:pStyle w:val="FileName"/>
      </w:pPr>
      <w:r>
        <w:t>•  Audit Closure Report.docx</w:t>
      </w:r>
    </w:p>
    <w:p>
      <w:pPr>
        <w:pStyle w:val="FileName"/>
      </w:pPr>
      <w:r>
        <w:t>•  PostAudit Review Report.docx</w:t>
      </w:r>
    </w:p>
    <w:p>
      <w:pPr>
        <w:pStyle w:val="FileName"/>
      </w:pPr>
      <w:r>
        <w:t>•  SOX Certification Support Package.docx</w:t>
      </w:r>
    </w:p>
    <w:p>
      <w:pPr>
        <w:pStyle w:val="FileName"/>
      </w:pPr>
      <w:r>
        <w:t>•  Project Closure Report.docx</w:t>
      </w:r>
    </w:p>
    <w:p>
      <w:pPr>
        <w:pStyle w:val="FileName"/>
      </w:pPr>
      <w:r>
        <w:t>•  Auditor Q&amp;A Log.xlsx</w:t>
      </w:r>
    </w:p>
    <w:p>
      <w:pPr>
        <w:pStyle w:val="FileName"/>
      </w:pPr>
      <w:r>
        <w:t>•  Final Evidence Submission Tracker.xlsx</w:t>
      </w:r>
    </w:p>
    <w:p>
      <w:pPr>
        <w:pStyle w:val="FileName"/>
      </w:pPr>
      <w:r>
        <w:t>•  Audit Issue Resolution Log.xlsx</w:t>
      </w:r>
    </w:p>
    <w:p>
      <w:pPr>
        <w:pStyle w:val="FileName"/>
      </w:pPr>
      <w:r>
        <w:t>•  Closure Tracking Log.xlsx</w:t>
      </w:r>
    </w:p>
    <w:p>
      <w:pPr>
        <w:pStyle w:val="FileName"/>
      </w:pPr>
      <w:r>
        <w:t>•  Audit Closing Meeting Deck.pptx</w:t>
      </w:r>
    </w:p>
    <w:p>
      <w:pPr>
        <w:pStyle w:val="FileName"/>
      </w:pPr>
      <w:r>
        <w:t>•  Lessons Learned Workshop Deck.pptx</w:t>
      </w:r>
    </w:p>
    <w:sectPr w:rsidR="00F731D4" w:rsidSect="00034616">
      <w:footerReference w:type="default" r:id="rId8"/>
      <w:headerReference w:type="default" r:id="rId12"/>
      <w:pgSz w:w="12240" w:h="15840"/>
      <w:pgMar w:top="893" w:right="979" w:bottom="893" w:left="1066" w:header="360" w:footer="38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5855" w:rsidRDefault="00175855" w:rsidP="00F731D4">
      <w:pPr>
        <w:spacing w:after="0" w:line="240" w:lineRule="auto"/>
      </w:pPr>
      <w:r>
        <w:separator/>
      </w:r>
    </w:p>
  </w:endnote>
  <w:end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1D4" w:rsidRDefault="00175855">
    <w:pPr>
      <w:pStyle w:val="Footer"/>
      <w:jc w:val="right"/>
      <w:rPr>
        <w:rFonts w:hint="eastAsia"/>
      </w:rPr>
    </w:pPr>
    <w:r>
      <w:rPr>
        <w:i/>
        <w:color w:val="66717E"/>
        <w:sz w:val="14"/>
      </w:rPr>
    </w:r>
    <w:r>
      <w:t>SOX ITGC | Audit Toolkits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5855" w:rsidRDefault="00175855" w:rsidP="00F731D4">
      <w:pPr>
        <w:spacing w:after="0" w:line="240" w:lineRule="auto"/>
      </w:pPr>
      <w:r>
        <w:separator/>
      </w:r>
    </w:p>
  </w:footnote>
  <w:foot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175855"/>
    <w:rsid w:val="0029639D"/>
    <w:rsid w:val="00326F90"/>
    <w:rsid w:val="00816743"/>
    <w:rsid w:val="00AA1D8D"/>
    <w:rsid w:val="00B47730"/>
    <w:rsid w:val="00CB0664"/>
    <w:rsid w:val="00F731D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59" w:lineRule="auto"/>
    </w:pPr>
    <w:rPr>
      <w:rFonts w:ascii="Aptos" w:hAnsi="Aptos"/>
      <w:color w:val="242F3E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113457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b/>
      <w:bCs/>
      <w:color w:val="113457"/>
      <w:sz w:val="1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/>
      <w:b/>
      <w:color w:val="113457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leName">
    <w:name w:val="File Name"/>
    <w:basedOn w:val="Normal"/>
    <w:rsid w:val="00F731D4"/>
    <w:pPr>
      <w:spacing w:after="16"/>
      <w:ind w:left="173" w:hanging="101"/>
    </w:pPr>
    <w:rPr>
      <w:rFonts w:ascii="Consolas" w:hAnsi="Consola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1510</Words>
  <Characters>8613</Characters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10103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terms:modified xsi:type="dcterms:W3CDTF">2026-10-07T01:23:00Z</dcterms:modified>
  <cp:category/>
</cp:coreProperties>
</file>