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PCI DSS Implementation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23 Parts   |   266 Templates   |   96 DOCX   |   142 XLSX   |   28 PPTX</w:t>
      </w:r>
    </w:p>
    <w:p>
      <w:pPr>
        <w:pStyle w:val="Heading1"/>
        <w:keepNext/>
      </w:pPr>
      <w:r>
        <w:t>Part 1. Engagement Initiation &amp; Program Setup</w:t>
      </w:r>
    </w:p>
    <w:p>
      <w:pPr>
        <w:pStyle w:val="FileName"/>
      </w:pPr>
      <w:r>
        <w:t>•  PCI DSS Implementation Charter.docx</w:t>
      </w:r>
    </w:p>
    <w:p>
      <w:pPr>
        <w:pStyle w:val="FileName"/>
      </w:pPr>
      <w:r>
        <w:t>•  PCI DSS Consulting Statement of Work (SOW).docx</w:t>
      </w:r>
    </w:p>
    <w:p>
      <w:pPr>
        <w:pStyle w:val="FileName"/>
      </w:pPr>
      <w:r>
        <w:t>•  PCI DSS Project Governance Structure.docx</w:t>
      </w:r>
    </w:p>
    <w:p>
      <w:pPr>
        <w:pStyle w:val="FileName"/>
      </w:pPr>
      <w:r>
        <w:t>•  PCI DSS Steering Committee Meeting Minutes.docx</w:t>
      </w:r>
    </w:p>
    <w:p>
      <w:pPr>
        <w:pStyle w:val="FileName"/>
      </w:pPr>
      <w:r>
        <w:t>•  PCI DSS Communication Plan.docx</w:t>
      </w:r>
    </w:p>
    <w:p>
      <w:pPr>
        <w:pStyle w:val="FileName"/>
      </w:pPr>
      <w:r>
        <w:t>•  PCI DSS Master Project Plan.xlsx</w:t>
      </w:r>
    </w:p>
    <w:p>
      <w:pPr>
        <w:pStyle w:val="FileName"/>
      </w:pPr>
      <w:r>
        <w:t>•  PCI DSS RACI Matrix.xlsx</w:t>
      </w:r>
    </w:p>
    <w:p>
      <w:pPr>
        <w:pStyle w:val="FileName"/>
      </w:pPr>
      <w:r>
        <w:t>•  PCI DSS Stakeholder Register.xlsx</w:t>
      </w:r>
    </w:p>
    <w:p>
      <w:pPr>
        <w:pStyle w:val="FileName"/>
      </w:pPr>
      <w:r>
        <w:t>•  PCI DSS docxument Register.xlsx</w:t>
      </w:r>
    </w:p>
    <w:p>
      <w:pPr>
        <w:pStyle w:val="FileName"/>
      </w:pPr>
      <w:r>
        <w:t>•  PCI DSS Deliverables Tracker.xlsx</w:t>
      </w:r>
    </w:p>
    <w:p>
      <w:pPr>
        <w:pStyle w:val="FileName"/>
      </w:pPr>
      <w:r>
        <w:t>•  PCI DSS Program Kickoff Deck.pptx</w:t>
      </w:r>
    </w:p>
    <w:p>
      <w:pPr>
        <w:pStyle w:val="FileName"/>
      </w:pPr>
      <w:r>
        <w:t>•  PCI DSS Executive Sponsor Update Deck.pptx</w:t>
      </w:r>
    </w:p>
    <w:p>
      <w:pPr>
        <w:pStyle w:val="Heading1"/>
        <w:keepNext/>
      </w:pPr>
      <w:r>
        <w:t>Part 2. Business &amp; Environment Discovery</w:t>
      </w:r>
    </w:p>
    <w:p>
      <w:pPr>
        <w:pStyle w:val="FileName"/>
      </w:pPr>
      <w:r>
        <w:t>•  Payment Business Discovery Questionnaire.docx</w:t>
      </w:r>
    </w:p>
    <w:p>
      <w:pPr>
        <w:pStyle w:val="FileName"/>
      </w:pPr>
      <w:r>
        <w:t>•  Cardholder Data Environment Discovery.docx</w:t>
      </w:r>
    </w:p>
    <w:p>
      <w:pPr>
        <w:pStyle w:val="FileName"/>
      </w:pPr>
      <w:r>
        <w:t>•  Card Data Flow Interview.docx</w:t>
      </w:r>
    </w:p>
    <w:p>
      <w:pPr>
        <w:pStyle w:val="FileName"/>
      </w:pPr>
      <w:r>
        <w:t>•  Payment Channels Inventory.xlsx</w:t>
      </w:r>
    </w:p>
    <w:p>
      <w:pPr>
        <w:pStyle w:val="FileName"/>
      </w:pPr>
      <w:r>
        <w:t>•  Business Process Inventory.xlsx</w:t>
      </w:r>
    </w:p>
    <w:p>
      <w:pPr>
        <w:pStyle w:val="FileName"/>
      </w:pPr>
      <w:r>
        <w:t>•  Application Inventory.xlsx</w:t>
      </w:r>
    </w:p>
    <w:p>
      <w:pPr>
        <w:pStyle w:val="FileName"/>
      </w:pPr>
      <w:r>
        <w:t>•  System Component Inventory.xlsx</w:t>
      </w:r>
    </w:p>
    <w:p>
      <w:pPr>
        <w:pStyle w:val="FileName"/>
      </w:pPr>
      <w:r>
        <w:t>•  Third-Party / Service Provider Inventory.xlsx</w:t>
      </w:r>
    </w:p>
    <w:p>
      <w:pPr>
        <w:pStyle w:val="FileName"/>
      </w:pPr>
      <w:r>
        <w:t>•  Facility Inventory.xlsx</w:t>
      </w:r>
    </w:p>
    <w:p>
      <w:pPr>
        <w:pStyle w:val="FileName"/>
      </w:pPr>
      <w:r>
        <w:t>•  Network Segment Inventory.xlsx</w:t>
      </w:r>
    </w:p>
    <w:p>
      <w:pPr>
        <w:pStyle w:val="FileName"/>
      </w:pPr>
      <w:r>
        <w:t>•  In-Scope Personnel Inventory.xlsx</w:t>
      </w:r>
    </w:p>
    <w:p>
      <w:pPr>
        <w:pStyle w:val="FileName"/>
      </w:pPr>
      <w:r>
        <w:t>•  Discovery Workshop Deck.pptx</w:t>
      </w:r>
    </w:p>
    <w:p>
      <w:pPr>
        <w:pStyle w:val="Heading1"/>
        <w:keepNext/>
      </w:pPr>
      <w:r>
        <w:t>Part 3. PCI DSS Scope Definition</w:t>
      </w:r>
    </w:p>
    <w:p>
      <w:pPr>
        <w:pStyle w:val="FileName"/>
      </w:pPr>
      <w:r>
        <w:t>•  PCI DSS Scoping Methodology.docx</w:t>
      </w:r>
    </w:p>
    <w:p>
      <w:pPr>
        <w:pStyle w:val="FileName"/>
      </w:pPr>
      <w:r>
        <w:t>•  PCI DSS Scope Statement.docx</w:t>
      </w:r>
    </w:p>
    <w:p>
      <w:pPr>
        <w:pStyle w:val="FileName"/>
      </w:pPr>
      <w:r>
        <w:t>•  CDE Boundary Definition.docx</w:t>
      </w:r>
    </w:p>
    <w:p>
      <w:pPr>
        <w:pStyle w:val="FileName"/>
      </w:pPr>
      <w:r>
        <w:t>•  Segmentation Review.docx</w:t>
      </w:r>
    </w:p>
    <w:p>
      <w:pPr>
        <w:pStyle w:val="FileName"/>
      </w:pPr>
      <w:r>
        <w:t>•  In-Scope / Out-of-Scope Determination.xlsx</w:t>
      </w:r>
    </w:p>
    <w:p>
      <w:pPr>
        <w:pStyle w:val="FileName"/>
      </w:pPr>
      <w:r>
        <w:t>•  Connected-to System Assessment.xlsx</w:t>
      </w:r>
    </w:p>
    <w:p>
      <w:pPr>
        <w:pStyle w:val="FileName"/>
      </w:pPr>
      <w:r>
        <w:t>•  Scope Validation Checklist.xlsx</w:t>
      </w:r>
    </w:p>
    <w:p>
      <w:pPr>
        <w:pStyle w:val="FileName"/>
      </w:pPr>
      <w:r>
        <w:t>•  Shared Responsibility Matrix.xlsx</w:t>
      </w:r>
    </w:p>
    <w:p>
      <w:pPr>
        <w:pStyle w:val="FileName"/>
      </w:pPr>
      <w:r>
        <w:t>•  Service Provider Responsibility Matrix.xlsx</w:t>
      </w:r>
    </w:p>
    <w:p>
      <w:pPr>
        <w:pStyle w:val="FileName"/>
      </w:pPr>
      <w:r>
        <w:t>•  PCI Entity / Business Unit Mapping.xlsx</w:t>
      </w:r>
    </w:p>
    <w:p>
      <w:pPr>
        <w:pStyle w:val="FileName"/>
      </w:pPr>
      <w:r>
        <w:t>•  Scope Confirmation Deck.pptx</w:t>
      </w:r>
    </w:p>
    <w:p>
      <w:pPr>
        <w:pStyle w:val="Heading1"/>
        <w:keepNext/>
      </w:pPr>
      <w:r>
        <w:t>Part 4. Architecture &amp; Data Flow</w:t>
      </w:r>
    </w:p>
    <w:p>
      <w:pPr>
        <w:pStyle w:val="FileName"/>
      </w:pPr>
      <w:r>
        <w:t>•  Cardholder Data Flow Diagram.docx</w:t>
      </w:r>
    </w:p>
    <w:p>
      <w:pPr>
        <w:pStyle w:val="FileName"/>
      </w:pPr>
      <w:r>
        <w:t>•  Network Diagram.docx</w:t>
      </w:r>
    </w:p>
    <w:p>
      <w:pPr>
        <w:pStyle w:val="FileName"/>
      </w:pPr>
      <w:r>
        <w:t>•  CDE Logical Architecture Diagram.docx</w:t>
      </w:r>
    </w:p>
    <w:p>
      <w:pPr>
        <w:pStyle w:val="FileName"/>
      </w:pPr>
      <w:r>
        <w:t>•  CDE Physical Architecture Diagram.docx</w:t>
      </w:r>
    </w:p>
    <w:p>
      <w:pPr>
        <w:pStyle w:val="FileName"/>
      </w:pPr>
      <w:r>
        <w:t>•  Trust Boundary Diagram.docx</w:t>
      </w:r>
    </w:p>
    <w:p>
      <w:pPr>
        <w:pStyle w:val="FileName"/>
      </w:pPr>
      <w:r>
        <w:t>•  Wireless Network Diagram.docx</w:t>
      </w:r>
    </w:p>
    <w:p>
      <w:pPr>
        <w:pStyle w:val="FileName"/>
      </w:pPr>
      <w:r>
        <w:t>•  Payment Application Flow Diagram.docx</w:t>
      </w:r>
    </w:p>
    <w:p>
      <w:pPr>
        <w:pStyle w:val="FileName"/>
      </w:pPr>
      <w:r>
        <w:t>•  Remote Access Architecture.docx</w:t>
      </w:r>
    </w:p>
    <w:p>
      <w:pPr>
        <w:pStyle w:val="FileName"/>
      </w:pPr>
      <w:r>
        <w:t>•  Encryption Architecture.docx</w:t>
      </w:r>
    </w:p>
    <w:p>
      <w:pPr>
        <w:pStyle w:val="FileName"/>
      </w:pPr>
      <w:r>
        <w:t>•  Key Management Architecture.docx</w:t>
      </w:r>
    </w:p>
    <w:p>
      <w:pPr>
        <w:pStyle w:val="FileName"/>
      </w:pPr>
      <w:r>
        <w:t>•  Architecture Review Deck.pptx</w:t>
      </w:r>
    </w:p>
    <w:p>
      <w:pPr>
        <w:pStyle w:val="Heading1"/>
        <w:keepNext/>
      </w:pPr>
      <w:r>
        <w:t>Part 5. Governance, Policy &amp; Control Framework</w:t>
      </w:r>
    </w:p>
    <w:p>
      <w:pPr>
        <w:pStyle w:val="FileName"/>
      </w:pPr>
      <w:r>
        <w:t>•  PCI DSS Policy Framework.docx</w:t>
      </w:r>
    </w:p>
    <w:p>
      <w:pPr>
        <w:pStyle w:val="FileName"/>
      </w:pPr>
      <w:r>
        <w:t>•  Information Security Policy.docx</w:t>
      </w:r>
    </w:p>
    <w:p>
      <w:pPr>
        <w:pStyle w:val="FileName"/>
      </w:pPr>
      <w:r>
        <w:t>•  Cardholder Data Protection Policy.docx</w:t>
      </w:r>
    </w:p>
    <w:p>
      <w:pPr>
        <w:pStyle w:val="FileName"/>
      </w:pPr>
      <w:r>
        <w:t>•  Access Control Policy.docx</w:t>
      </w:r>
    </w:p>
    <w:p>
      <w:pPr>
        <w:pStyle w:val="FileName"/>
      </w:pPr>
      <w:r>
        <w:t>•  Password / Authentication Policy.docx</w:t>
      </w:r>
    </w:p>
    <w:p>
      <w:pPr>
        <w:pStyle w:val="FileName"/>
      </w:pPr>
      <w:r>
        <w:t>•  Vulnerability Management Policy.docx</w:t>
      </w:r>
    </w:p>
    <w:p>
      <w:pPr>
        <w:pStyle w:val="FileName"/>
      </w:pPr>
      <w:r>
        <w:t>•  Secure Configuration Policy.docx</w:t>
      </w:r>
    </w:p>
    <w:p>
      <w:pPr>
        <w:pStyle w:val="FileName"/>
      </w:pPr>
      <w:r>
        <w:t>•  Logging and Monitoring Policy.docx</w:t>
      </w:r>
    </w:p>
    <w:p>
      <w:pPr>
        <w:pStyle w:val="FileName"/>
      </w:pPr>
      <w:r>
        <w:t>•  Incident Response Policy.docx</w:t>
      </w:r>
    </w:p>
    <w:p>
      <w:pPr>
        <w:pStyle w:val="FileName"/>
      </w:pPr>
      <w:r>
        <w:t>•  Third-Party Security Policy.docx</w:t>
      </w:r>
    </w:p>
    <w:p>
      <w:pPr>
        <w:pStyle w:val="FileName"/>
      </w:pPr>
      <w:r>
        <w:t>•  Change Management Policy.docx</w:t>
      </w:r>
    </w:p>
    <w:p>
      <w:pPr>
        <w:pStyle w:val="FileName"/>
      </w:pPr>
      <w:r>
        <w:t>•  Media Handling and Destruction Policy.docx</w:t>
      </w:r>
    </w:p>
    <w:p>
      <w:pPr>
        <w:pStyle w:val="FileName"/>
      </w:pPr>
      <w:r>
        <w:t>•  Remote Access Policy.docx</w:t>
      </w:r>
    </w:p>
    <w:p>
      <w:pPr>
        <w:pStyle w:val="FileName"/>
      </w:pPr>
      <w:r>
        <w:t>•  Risk Management Policy.docx</w:t>
      </w:r>
    </w:p>
    <w:p>
      <w:pPr>
        <w:pStyle w:val="FileName"/>
      </w:pPr>
      <w:r>
        <w:t>•  Security Awareness Policy.docx</w:t>
      </w:r>
    </w:p>
    <w:p>
      <w:pPr>
        <w:pStyle w:val="FileName"/>
      </w:pPr>
      <w:r>
        <w:t>•  Acceptable Use Policy.docx</w:t>
      </w:r>
    </w:p>
    <w:p>
      <w:pPr>
        <w:pStyle w:val="FileName"/>
      </w:pPr>
      <w:r>
        <w:t>•  Governance Framework Overview Deck.pptx</w:t>
      </w:r>
    </w:p>
    <w:p>
      <w:pPr>
        <w:pStyle w:val="Heading1"/>
        <w:keepNext/>
      </w:pPr>
      <w:r>
        <w:t>Part 6. Current-State Assessment</w:t>
      </w:r>
    </w:p>
    <w:p>
      <w:pPr>
        <w:pStyle w:val="FileName"/>
      </w:pPr>
      <w:r>
        <w:t>•  PCI DSS Current-State Assessment Plan.docx</w:t>
      </w:r>
    </w:p>
    <w:p>
      <w:pPr>
        <w:pStyle w:val="FileName"/>
      </w:pPr>
      <w:r>
        <w:t>•  Interview Questionnaire.docx</w:t>
      </w:r>
    </w:p>
    <w:p>
      <w:pPr>
        <w:pStyle w:val="FileName"/>
      </w:pPr>
      <w:r>
        <w:t>•  Requirement-by-Requirement Assessment Workbook.xlsx</w:t>
      </w:r>
    </w:p>
    <w:p>
      <w:pPr>
        <w:pStyle w:val="FileName"/>
      </w:pPr>
      <w:r>
        <w:t>•  Walkthrough Checklist.xlsx</w:t>
      </w:r>
    </w:p>
    <w:p>
      <w:pPr>
        <w:pStyle w:val="FileName"/>
      </w:pPr>
      <w:r>
        <w:t>•  Evidence Request List (ERL).xlsx</w:t>
      </w:r>
    </w:p>
    <w:p>
      <w:pPr>
        <w:pStyle w:val="FileName"/>
      </w:pPr>
      <w:r>
        <w:t>•  Evidence Review Tracker.xlsx</w:t>
      </w:r>
    </w:p>
    <w:p>
      <w:pPr>
        <w:pStyle w:val="FileName"/>
      </w:pPr>
      <w:r>
        <w:t>•  Sampling Plan.xlsx</w:t>
      </w:r>
    </w:p>
    <w:p>
      <w:pPr>
        <w:pStyle w:val="FileName"/>
      </w:pPr>
      <w:r>
        <w:t>•  Site Assessment Schedule.xlsx</w:t>
      </w:r>
    </w:p>
    <w:p>
      <w:pPr>
        <w:pStyle w:val="FileName"/>
      </w:pPr>
      <w:r>
        <w:t>•  Assumption Log.xlsx</w:t>
      </w:r>
    </w:p>
    <w:p>
      <w:pPr>
        <w:pStyle w:val="FileName"/>
      </w:pPr>
      <w:r>
        <w:t>•  Observation Log.xlsx</w:t>
      </w:r>
    </w:p>
    <w:p>
      <w:pPr>
        <w:pStyle w:val="FileName"/>
      </w:pPr>
      <w:r>
        <w:t>•  Control Validation Worksheet.xlsx</w:t>
      </w:r>
    </w:p>
    <w:p>
      <w:pPr>
        <w:pStyle w:val="FileName"/>
      </w:pPr>
      <w:r>
        <w:t>•  Current-State Assessment Readout Deck.pptx</w:t>
      </w:r>
    </w:p>
    <w:p>
      <w:pPr>
        <w:pStyle w:val="Heading1"/>
        <w:keepNext/>
      </w:pPr>
      <w:r>
        <w:t>Part 7. Gap Assessment &amp; Remediation Planning</w:t>
      </w:r>
    </w:p>
    <w:p>
      <w:pPr>
        <w:pStyle w:val="FileName"/>
      </w:pPr>
      <w:r>
        <w:t>•  PCI DSS Gap Assessment Report.docx</w:t>
      </w:r>
    </w:p>
    <w:p>
      <w:pPr>
        <w:pStyle w:val="FileName"/>
      </w:pPr>
      <w:r>
        <w:t>•  Requirement Gap Register.xlsx</w:t>
      </w:r>
    </w:p>
    <w:p>
      <w:pPr>
        <w:pStyle w:val="FileName"/>
      </w:pPr>
      <w:r>
        <w:t>•  Deficiency Classification.xlsx</w:t>
      </w:r>
    </w:p>
    <w:p>
      <w:pPr>
        <w:pStyle w:val="FileName"/>
      </w:pPr>
      <w:r>
        <w:t>•  Risk-Ranked Remediation Plan.xlsx</w:t>
      </w:r>
    </w:p>
    <w:p>
      <w:pPr>
        <w:pStyle w:val="FileName"/>
      </w:pPr>
      <w:r>
        <w:t>•  Remediation Roadmap.xlsx</w:t>
      </w:r>
    </w:p>
    <w:p>
      <w:pPr>
        <w:pStyle w:val="FileName"/>
      </w:pPr>
      <w:r>
        <w:t>•  Quick Wins Tracker.xlsx</w:t>
      </w:r>
    </w:p>
    <w:p>
      <w:pPr>
        <w:pStyle w:val="FileName"/>
      </w:pPr>
      <w:r>
        <w:t>•  Issue Log.xlsx</w:t>
      </w:r>
    </w:p>
    <w:p>
      <w:pPr>
        <w:pStyle w:val="FileName"/>
      </w:pPr>
      <w:r>
        <w:t>•  Dependency Tracker.xlsx</w:t>
      </w:r>
    </w:p>
    <w:p>
      <w:pPr>
        <w:pStyle w:val="FileName"/>
      </w:pPr>
      <w:r>
        <w:t>•  Remediation Owner Assignment.xlsx</w:t>
      </w:r>
    </w:p>
    <w:p>
      <w:pPr>
        <w:pStyle w:val="FileName"/>
      </w:pPr>
      <w:r>
        <w:t>•  Milestone Tracking.xlsx</w:t>
      </w:r>
    </w:p>
    <w:p>
      <w:pPr>
        <w:pStyle w:val="FileName"/>
      </w:pPr>
      <w:r>
        <w:t>•  Budget Estimate.xlsx</w:t>
      </w:r>
    </w:p>
    <w:p>
      <w:pPr>
        <w:pStyle w:val="FileName"/>
      </w:pPr>
      <w:r>
        <w:t>•  Management Action Plan.xlsx</w:t>
      </w:r>
    </w:p>
    <w:p>
      <w:pPr>
        <w:pStyle w:val="FileName"/>
      </w:pPr>
      <w:r>
        <w:t>•  Gap Assessment Executive Presentation.pptx</w:t>
      </w:r>
    </w:p>
    <w:p>
      <w:pPr>
        <w:pStyle w:val="FileName"/>
      </w:pPr>
      <w:r>
        <w:t>•  Remediation Roadmap Presentation.pptx</w:t>
      </w:r>
    </w:p>
    <w:p>
      <w:pPr>
        <w:pStyle w:val="Heading1"/>
        <w:keepNext/>
      </w:pPr>
      <w:r>
        <w:t>Part 8. Risk Analysis &amp; Risk Treatment</w:t>
      </w:r>
    </w:p>
    <w:p>
      <w:pPr>
        <w:pStyle w:val="FileName"/>
      </w:pPr>
      <w:r>
        <w:t>•  PCI DSS Risk Assessment.docx</w:t>
      </w:r>
    </w:p>
    <w:p>
      <w:pPr>
        <w:pStyle w:val="FileName"/>
      </w:pPr>
      <w:r>
        <w:t>•  Risk Acceptance Form.docx</w:t>
      </w:r>
    </w:p>
    <w:p>
      <w:pPr>
        <w:pStyle w:val="FileName"/>
      </w:pPr>
      <w:r>
        <w:t>•  Targeted Risk Analysis (TRA).docx</w:t>
      </w:r>
    </w:p>
    <w:p>
      <w:pPr>
        <w:pStyle w:val="FileName"/>
      </w:pPr>
      <w:r>
        <w:t>•  Compensating Risk Evaluation.docx</w:t>
      </w:r>
    </w:p>
    <w:p>
      <w:pPr>
        <w:pStyle w:val="FileName"/>
      </w:pPr>
      <w:r>
        <w:t>•  Executive Risk Summary.docx</w:t>
      </w:r>
    </w:p>
    <w:p>
      <w:pPr>
        <w:pStyle w:val="FileName"/>
      </w:pPr>
      <w:r>
        <w:t>•  Inherent Risk Register.xlsx</w:t>
      </w:r>
    </w:p>
    <w:p>
      <w:pPr>
        <w:pStyle w:val="FileName"/>
      </w:pPr>
      <w:r>
        <w:t>•  Residual Risk Register.xlsx</w:t>
      </w:r>
    </w:p>
    <w:p>
      <w:pPr>
        <w:pStyle w:val="FileName"/>
      </w:pPr>
      <w:r>
        <w:t>•  Risk Treatment Plan.xlsx</w:t>
      </w:r>
    </w:p>
    <w:p>
      <w:pPr>
        <w:pStyle w:val="FileName"/>
      </w:pPr>
      <w:r>
        <w:t>•  Frequency Justification Worksheet.xlsx</w:t>
      </w:r>
    </w:p>
    <w:p>
      <w:pPr>
        <w:pStyle w:val="FileName"/>
      </w:pPr>
      <w:r>
        <w:t>•  Risk Scoring Matrix.xlsx</w:t>
      </w:r>
    </w:p>
    <w:p>
      <w:pPr>
        <w:pStyle w:val="FileName"/>
      </w:pPr>
      <w:r>
        <w:t>•  Risk Committee Presentation.pptx</w:t>
      </w:r>
    </w:p>
    <w:p>
      <w:pPr>
        <w:pStyle w:val="Heading1"/>
        <w:keepNext/>
      </w:pPr>
      <w:r>
        <w:t>Part 9. Customized Approach Documentation</w:t>
      </w:r>
    </w:p>
    <w:p>
      <w:pPr>
        <w:pStyle w:val="FileName"/>
      </w:pPr>
      <w:r>
        <w:t>•  Customized Control Design.docx</w:t>
      </w:r>
    </w:p>
    <w:p>
      <w:pPr>
        <w:pStyle w:val="FileName"/>
      </w:pPr>
      <w:r>
        <w:t>•  Customized Approach Testing Procedure.docx</w:t>
      </w:r>
    </w:p>
    <w:p>
      <w:pPr>
        <w:pStyle w:val="FileName"/>
      </w:pPr>
      <w:r>
        <w:t>•  Ongoing Monitoring Plan for Customized Controls.docx</w:t>
      </w:r>
    </w:p>
    <w:p>
      <w:pPr>
        <w:pStyle w:val="FileName"/>
      </w:pPr>
      <w:r>
        <w:t>•  Customized Approach Management Approval.docx</w:t>
      </w:r>
    </w:p>
    <w:p>
      <w:pPr>
        <w:pStyle w:val="FileName"/>
      </w:pPr>
      <w:r>
        <w:t>•  Customized Approach Decision Register.xlsx</w:t>
      </w:r>
    </w:p>
    <w:p>
      <w:pPr>
        <w:pStyle w:val="FileName"/>
      </w:pPr>
      <w:r>
        <w:t>•  Controls Matrix.xlsx</w:t>
      </w:r>
    </w:p>
    <w:p>
      <w:pPr>
        <w:pStyle w:val="FileName"/>
      </w:pPr>
      <w:r>
        <w:t>•  Customized Approach Objective Mapping.xlsx</w:t>
      </w:r>
    </w:p>
    <w:p>
      <w:pPr>
        <w:pStyle w:val="FileName"/>
      </w:pPr>
      <w:r>
        <w:t>•  Control Effectiveness Validation.xlsx</w:t>
      </w:r>
    </w:p>
    <w:p>
      <w:pPr>
        <w:pStyle w:val="FileName"/>
      </w:pPr>
      <w:r>
        <w:t>•  Customized Approach Evidence Register.xlsx</w:t>
      </w:r>
    </w:p>
    <w:p>
      <w:pPr>
        <w:pStyle w:val="FileName"/>
      </w:pPr>
      <w:r>
        <w:t>•  Customized Approach Review Deck.pptx</w:t>
      </w:r>
    </w:p>
    <w:p>
      <w:pPr>
        <w:pStyle w:val="Heading1"/>
        <w:keepNext/>
      </w:pPr>
      <w:r>
        <w:t>Part 10. Secure Configuration &amp; Hardening</w:t>
      </w:r>
    </w:p>
    <w:p>
      <w:pPr>
        <w:pStyle w:val="FileName"/>
      </w:pPr>
      <w:r>
        <w:t>•  Secure Configuration Standard.docx</w:t>
      </w:r>
    </w:p>
    <w:p>
      <w:pPr>
        <w:pStyle w:val="FileName"/>
      </w:pPr>
      <w:r>
        <w:t>•  Baseline Configuration.xlsx</w:t>
      </w:r>
    </w:p>
    <w:p>
      <w:pPr>
        <w:pStyle w:val="FileName"/>
      </w:pPr>
      <w:r>
        <w:t>•  System Hardening Checklist.xlsx</w:t>
      </w:r>
    </w:p>
    <w:p>
      <w:pPr>
        <w:pStyle w:val="FileName"/>
      </w:pPr>
      <w:r>
        <w:t>•  Firewall / Router Rule Review.xlsx</w:t>
      </w:r>
    </w:p>
    <w:p>
      <w:pPr>
        <w:pStyle w:val="FileName"/>
      </w:pPr>
      <w:r>
        <w:t>•  Network Security Control Review.xlsx</w:t>
      </w:r>
    </w:p>
    <w:p>
      <w:pPr>
        <w:pStyle w:val="FileName"/>
      </w:pPr>
      <w:r>
        <w:t>•  Configuration Change Record.xlsx</w:t>
      </w:r>
    </w:p>
    <w:p>
      <w:pPr>
        <w:pStyle w:val="FileName"/>
      </w:pPr>
      <w:r>
        <w:t>•  Configuration Exception Register.xlsx</w:t>
      </w:r>
    </w:p>
    <w:p>
      <w:pPr>
        <w:pStyle w:val="FileName"/>
      </w:pPr>
      <w:r>
        <w:t>•  Default Account Review.xlsx</w:t>
      </w:r>
    </w:p>
    <w:p>
      <w:pPr>
        <w:pStyle w:val="FileName"/>
      </w:pPr>
      <w:r>
        <w:t>•  Unnecessary Services Review.xlsx</w:t>
      </w:r>
    </w:p>
    <w:p>
      <w:pPr>
        <w:pStyle w:val="FileName"/>
      </w:pPr>
      <w:r>
        <w:t>•  Time Synchronization Validation.xlsx</w:t>
      </w:r>
    </w:p>
    <w:p>
      <w:pPr>
        <w:pStyle w:val="FileName"/>
      </w:pPr>
      <w:r>
        <w:t>•  Secure Configuration Review Deck.pptx</w:t>
      </w:r>
    </w:p>
    <w:p>
      <w:pPr>
        <w:pStyle w:val="Heading1"/>
        <w:keepNext/>
      </w:pPr>
      <w:r>
        <w:t>Part 11. Identity &amp; Access Management</w:t>
      </w:r>
    </w:p>
    <w:p>
      <w:pPr>
        <w:pStyle w:val="FileName"/>
      </w:pPr>
      <w:r>
        <w:t>•  Authentication Mechanism Review.docx</w:t>
      </w:r>
    </w:p>
    <w:p>
      <w:pPr>
        <w:pStyle w:val="FileName"/>
      </w:pPr>
      <w:r>
        <w:t>•  Access Provisioning Request Form.docx</w:t>
      </w:r>
    </w:p>
    <w:p>
      <w:pPr>
        <w:pStyle w:val="FileName"/>
      </w:pPr>
      <w:r>
        <w:t>•  Access Control Matrix.xlsx</w:t>
      </w:r>
    </w:p>
    <w:p>
      <w:pPr>
        <w:pStyle w:val="FileName"/>
      </w:pPr>
      <w:r>
        <w:t>•  User Access Review.xlsx</w:t>
      </w:r>
    </w:p>
    <w:p>
      <w:pPr>
        <w:pStyle w:val="FileName"/>
      </w:pPr>
      <w:r>
        <w:t>•  Privileged Access Inventory.xlsx</w:t>
      </w:r>
    </w:p>
    <w:p>
      <w:pPr>
        <w:pStyle w:val="FileName"/>
      </w:pPr>
      <w:r>
        <w:t>•  Joiner-Mover-Leaver Checklist.xlsx</w:t>
      </w:r>
    </w:p>
    <w:p>
      <w:pPr>
        <w:pStyle w:val="FileName"/>
      </w:pPr>
      <w:r>
        <w:t>•  MFA Coverage Register.xlsx</w:t>
      </w:r>
    </w:p>
    <w:p>
      <w:pPr>
        <w:pStyle w:val="FileName"/>
      </w:pPr>
      <w:r>
        <w:t>•  Service Account Register.xlsx</w:t>
      </w:r>
    </w:p>
    <w:p>
      <w:pPr>
        <w:pStyle w:val="FileName"/>
      </w:pPr>
      <w:r>
        <w:t>•  Shared Account Exception Register.xlsx</w:t>
      </w:r>
    </w:p>
    <w:p>
      <w:pPr>
        <w:pStyle w:val="FileName"/>
      </w:pPr>
      <w:r>
        <w:t>•  Access Revocation Verification.xlsx</w:t>
      </w:r>
    </w:p>
    <w:p>
      <w:pPr>
        <w:pStyle w:val="FileName"/>
      </w:pPr>
      <w:r>
        <w:t>•  IAM Compliance Review Deck.pptx</w:t>
      </w:r>
    </w:p>
    <w:p>
      <w:pPr>
        <w:pStyle w:val="Heading1"/>
        <w:keepNext/>
      </w:pPr>
      <w:r>
        <w:t>Part 12. Data Protection &amp; Cryptography</w:t>
      </w:r>
    </w:p>
    <w:p>
      <w:pPr>
        <w:pStyle w:val="FileName"/>
      </w:pPr>
      <w:r>
        <w:t>•  Cryptographic Architecture Review.docx</w:t>
      </w:r>
    </w:p>
    <w:p>
      <w:pPr>
        <w:pStyle w:val="FileName"/>
      </w:pPr>
      <w:r>
        <w:t>•  Media Destruction Certificate.docx</w:t>
      </w:r>
    </w:p>
    <w:p>
      <w:pPr>
        <w:pStyle w:val="FileName"/>
      </w:pPr>
      <w:r>
        <w:t>•  Cardholder Data Storage Register.xlsx</w:t>
      </w:r>
    </w:p>
    <w:p>
      <w:pPr>
        <w:pStyle w:val="FileName"/>
      </w:pPr>
      <w:r>
        <w:t>•  Sensitive Authentication Data Review.xlsx</w:t>
      </w:r>
    </w:p>
    <w:p>
      <w:pPr>
        <w:pStyle w:val="FileName"/>
      </w:pPr>
      <w:r>
        <w:t>•  Data Retention and Disposal Schedule.xlsx</w:t>
      </w:r>
    </w:p>
    <w:p>
      <w:pPr>
        <w:pStyle w:val="FileName"/>
      </w:pPr>
      <w:r>
        <w:t>•  PAN Discovery Tracker.xlsx</w:t>
      </w:r>
    </w:p>
    <w:p>
      <w:pPr>
        <w:pStyle w:val="FileName"/>
      </w:pPr>
      <w:r>
        <w:t>•  Data Minimization Review.xlsx</w:t>
      </w:r>
    </w:p>
    <w:p>
      <w:pPr>
        <w:pStyle w:val="FileName"/>
      </w:pPr>
      <w:r>
        <w:t>•  Encryption Key Inventory.xlsx</w:t>
      </w:r>
    </w:p>
    <w:p>
      <w:pPr>
        <w:pStyle w:val="FileName"/>
      </w:pPr>
      <w:r>
        <w:t>•  Key Custodian Register.xlsx</w:t>
      </w:r>
    </w:p>
    <w:p>
      <w:pPr>
        <w:pStyle w:val="FileName"/>
      </w:pPr>
      <w:r>
        <w:t>•  Key Rotation Schedule.xlsx</w:t>
      </w:r>
    </w:p>
    <w:p>
      <w:pPr>
        <w:pStyle w:val="FileName"/>
      </w:pPr>
      <w:r>
        <w:t>•  Masking / Truncation Validation.xlsx</w:t>
      </w:r>
    </w:p>
    <w:p>
      <w:pPr>
        <w:pStyle w:val="FileName"/>
      </w:pPr>
      <w:r>
        <w:t>•  Data Protection Review Deck.pptx</w:t>
      </w:r>
    </w:p>
    <w:p>
      <w:pPr>
        <w:pStyle w:val="Heading1"/>
        <w:keepNext/>
      </w:pPr>
      <w:r>
        <w:t>Part 13. Vulnerability Management &amp; Secure Testing</w:t>
      </w:r>
    </w:p>
    <w:p>
      <w:pPr>
        <w:pStyle w:val="FileName"/>
      </w:pPr>
      <w:r>
        <w:t>•  Vulnerability Management Plan.docx</w:t>
      </w:r>
    </w:p>
    <w:p>
      <w:pPr>
        <w:pStyle w:val="FileName"/>
      </w:pPr>
      <w:r>
        <w:t>•  Penetration Testing Plan.docx</w:t>
      </w:r>
    </w:p>
    <w:p>
      <w:pPr>
        <w:pStyle w:val="FileName"/>
      </w:pPr>
      <w:r>
        <w:t>•  Penetration Testing Scope.docx</w:t>
      </w:r>
    </w:p>
    <w:p>
      <w:pPr>
        <w:pStyle w:val="FileName"/>
      </w:pPr>
      <w:r>
        <w:t>•  Segmentation Testing Plan.docx</w:t>
      </w:r>
    </w:p>
    <w:p>
      <w:pPr>
        <w:pStyle w:val="FileName"/>
      </w:pPr>
      <w:r>
        <w:t>•  Segmentation Testing Results.docx</w:t>
      </w:r>
    </w:p>
    <w:p>
      <w:pPr>
        <w:pStyle w:val="FileName"/>
      </w:pPr>
      <w:r>
        <w:t>•  Secure Software / Change Security Review.docx</w:t>
      </w:r>
    </w:p>
    <w:p>
      <w:pPr>
        <w:pStyle w:val="FileName"/>
      </w:pPr>
      <w:r>
        <w:t>•  Internal Vulnerability Scan Tracker.xlsx</w:t>
      </w:r>
    </w:p>
    <w:p>
      <w:pPr>
        <w:pStyle w:val="FileName"/>
      </w:pPr>
      <w:r>
        <w:t>•  External ASV Scan Tracker.xlsx</w:t>
      </w:r>
    </w:p>
    <w:p>
      <w:pPr>
        <w:pStyle w:val="FileName"/>
      </w:pPr>
      <w:r>
        <w:t>•  Scan Exception Register.xlsx</w:t>
      </w:r>
    </w:p>
    <w:p>
      <w:pPr>
        <w:pStyle w:val="FileName"/>
      </w:pPr>
      <w:r>
        <w:t>•  Patch Management Register.xlsx</w:t>
      </w:r>
    </w:p>
    <w:p>
      <w:pPr>
        <w:pStyle w:val="FileName"/>
      </w:pPr>
      <w:r>
        <w:t>•  Patch Verification.xlsx</w:t>
      </w:r>
    </w:p>
    <w:p>
      <w:pPr>
        <w:pStyle w:val="FileName"/>
      </w:pPr>
      <w:r>
        <w:t>•  Remediation Validation.xlsx</w:t>
      </w:r>
    </w:p>
    <w:p>
      <w:pPr>
        <w:pStyle w:val="FileName"/>
      </w:pPr>
      <w:r>
        <w:t>•  Testing Results Presentation.pptx</w:t>
      </w:r>
    </w:p>
    <w:p>
      <w:pPr>
        <w:pStyle w:val="Heading1"/>
        <w:keepNext/>
      </w:pPr>
      <w:r>
        <w:t>Part 14. Logging, Monitoring &amp; Detection</w:t>
      </w:r>
    </w:p>
    <w:p>
      <w:pPr>
        <w:pStyle w:val="FileName"/>
      </w:pPr>
      <w:r>
        <w:t>•  Logging Standard.docx</w:t>
      </w:r>
    </w:p>
    <w:p>
      <w:pPr>
        <w:pStyle w:val="FileName"/>
      </w:pPr>
      <w:r>
        <w:t>•  Log Review Procedure.docx</w:t>
      </w:r>
    </w:p>
    <w:p>
      <w:pPr>
        <w:pStyle w:val="FileName"/>
      </w:pPr>
      <w:r>
        <w:t>•  Monitoring Effectiveness Review.docx</w:t>
      </w:r>
    </w:p>
    <w:p>
      <w:pPr>
        <w:pStyle w:val="FileName"/>
      </w:pPr>
      <w:r>
        <w:t>•  Audit Log Source Inventory.xlsx</w:t>
      </w:r>
    </w:p>
    <w:p>
      <w:pPr>
        <w:pStyle w:val="FileName"/>
      </w:pPr>
      <w:r>
        <w:t>•  Daily Log Review Checklist.xlsx</w:t>
      </w:r>
    </w:p>
    <w:p>
      <w:pPr>
        <w:pStyle w:val="FileName"/>
      </w:pPr>
      <w:r>
        <w:t>•  Security Monitoring Use Case Register.xlsx</w:t>
      </w:r>
    </w:p>
    <w:p>
      <w:pPr>
        <w:pStyle w:val="FileName"/>
      </w:pPr>
      <w:r>
        <w:t>•  Alert Triage.xlsx</w:t>
      </w:r>
    </w:p>
    <w:p>
      <w:pPr>
        <w:pStyle w:val="FileName"/>
      </w:pPr>
      <w:r>
        <w:t>•  Time Synchronization Evidence.xlsx</w:t>
      </w:r>
    </w:p>
    <w:p>
      <w:pPr>
        <w:pStyle w:val="FileName"/>
      </w:pPr>
      <w:r>
        <w:t>•  Retention Verification.xlsx</w:t>
      </w:r>
    </w:p>
    <w:p>
      <w:pPr>
        <w:pStyle w:val="FileName"/>
      </w:pPr>
      <w:r>
        <w:t>•  Detection Coverage Matrix.xlsx</w:t>
      </w:r>
    </w:p>
    <w:p>
      <w:pPr>
        <w:pStyle w:val="FileName"/>
      </w:pPr>
      <w:r>
        <w:t>•  Security Monitoring Review Deck.pptx</w:t>
      </w:r>
    </w:p>
    <w:p>
      <w:pPr>
        <w:pStyle w:val="Heading1"/>
        <w:keepNext/>
      </w:pPr>
      <w:r>
        <w:t>Part 15. Third-Party &amp; Service Provider Management</w:t>
      </w:r>
    </w:p>
    <w:p>
      <w:pPr>
        <w:pStyle w:val="FileName"/>
      </w:pPr>
      <w:r>
        <w:t>•  Service Provider Due Diligence Questionnaire.docx</w:t>
      </w:r>
    </w:p>
    <w:p>
      <w:pPr>
        <w:pStyle w:val="FileName"/>
      </w:pPr>
      <w:r>
        <w:t>•  Service Provider Responsibility Acknowledgement.docx</w:t>
      </w:r>
    </w:p>
    <w:p>
      <w:pPr>
        <w:pStyle w:val="FileName"/>
      </w:pPr>
      <w:r>
        <w:t>•  PCI Compliance Evidence Request to Service Provider.docx</w:t>
      </w:r>
    </w:p>
    <w:p>
      <w:pPr>
        <w:pStyle w:val="FileName"/>
      </w:pPr>
      <w:r>
        <w:t>•  Service Provider Monitoring Plan.docx</w:t>
      </w:r>
    </w:p>
    <w:p>
      <w:pPr>
        <w:pStyle w:val="FileName"/>
      </w:pPr>
      <w:r>
        <w:t>•  PCI DSS Service Provider Register.xlsx</w:t>
      </w:r>
    </w:p>
    <w:p>
      <w:pPr>
        <w:pStyle w:val="FileName"/>
      </w:pPr>
      <w:r>
        <w:t>•  AOC Collection Tracker.xlsx</w:t>
      </w:r>
    </w:p>
    <w:p>
      <w:pPr>
        <w:pStyle w:val="FileName"/>
      </w:pPr>
      <w:r>
        <w:t>•  Service Provider Review Checklist.xlsx</w:t>
      </w:r>
    </w:p>
    <w:p>
      <w:pPr>
        <w:pStyle w:val="FileName"/>
      </w:pPr>
      <w:r>
        <w:t>•  Third-Party Access Review.xlsx</w:t>
      </w:r>
    </w:p>
    <w:p>
      <w:pPr>
        <w:pStyle w:val="FileName"/>
      </w:pPr>
      <w:r>
        <w:t>•  Contract Security Clause Checklist.xlsx</w:t>
      </w:r>
    </w:p>
    <w:p>
      <w:pPr>
        <w:pStyle w:val="FileName"/>
      </w:pPr>
      <w:r>
        <w:t>•  Service Provider Risk Register.xlsx</w:t>
      </w:r>
    </w:p>
    <w:p>
      <w:pPr>
        <w:pStyle w:val="FileName"/>
      </w:pPr>
      <w:r>
        <w:t>•  Third-Party Risk Review Deck.pptx</w:t>
      </w:r>
    </w:p>
    <w:p>
      <w:pPr>
        <w:pStyle w:val="Heading1"/>
        <w:keepNext/>
      </w:pPr>
      <w:r>
        <w:t>Part 16. Security Operations &amp; Incident Response</w:t>
      </w:r>
    </w:p>
    <w:p>
      <w:pPr>
        <w:pStyle w:val="FileName"/>
      </w:pPr>
      <w:r>
        <w:t>•  PCI Incident Response Plan.docx</w:t>
      </w:r>
    </w:p>
    <w:p>
      <w:pPr>
        <w:pStyle w:val="FileName"/>
      </w:pPr>
      <w:r>
        <w:t>•  Payment Security Incident Playbook.docx</w:t>
      </w:r>
    </w:p>
    <w:p>
      <w:pPr>
        <w:pStyle w:val="FileName"/>
      </w:pPr>
      <w:r>
        <w:t>•  Incident Report Form.docx</w:t>
      </w:r>
    </w:p>
    <w:p>
      <w:pPr>
        <w:pStyle w:val="FileName"/>
      </w:pPr>
      <w:r>
        <w:t>•  Tabletop Exercise Plan.docx</w:t>
      </w:r>
    </w:p>
    <w:p>
      <w:pPr>
        <w:pStyle w:val="FileName"/>
      </w:pPr>
      <w:r>
        <w:t>•  Tabletop Exercise Report.docx</w:t>
      </w:r>
    </w:p>
    <w:p>
      <w:pPr>
        <w:pStyle w:val="FileName"/>
      </w:pPr>
      <w:r>
        <w:t>•  Incident Classification Matrix.xlsx</w:t>
      </w:r>
    </w:p>
    <w:p>
      <w:pPr>
        <w:pStyle w:val="FileName"/>
      </w:pPr>
      <w:r>
        <w:t>•  Breach Escalation Matrix.xlsx</w:t>
      </w:r>
    </w:p>
    <w:p>
      <w:pPr>
        <w:pStyle w:val="FileName"/>
      </w:pPr>
      <w:r>
        <w:t>•  Forensic Readiness Checklist.xlsx</w:t>
      </w:r>
    </w:p>
    <w:p>
      <w:pPr>
        <w:pStyle w:val="FileName"/>
      </w:pPr>
      <w:r>
        <w:t>•  Evidence Preservation Log.xlsx</w:t>
      </w:r>
    </w:p>
    <w:p>
      <w:pPr>
        <w:pStyle w:val="FileName"/>
      </w:pPr>
      <w:r>
        <w:t>•  Lessons Learned Register.xlsx</w:t>
      </w:r>
    </w:p>
    <w:p>
      <w:pPr>
        <w:pStyle w:val="FileName"/>
      </w:pPr>
      <w:r>
        <w:t>•  Incident Response Exercise Deck.pptx</w:t>
      </w:r>
    </w:p>
    <w:p>
      <w:pPr>
        <w:pStyle w:val="FileName"/>
      </w:pPr>
      <w:r>
        <w:t>•  Incident Management Executive Briefing.pptx</w:t>
      </w:r>
    </w:p>
    <w:p>
      <w:pPr>
        <w:pStyle w:val="Heading1"/>
        <w:keepNext/>
      </w:pPr>
      <w:r>
        <w:t>Part 17. Security Awareness &amp; Operational Readiness</w:t>
      </w:r>
    </w:p>
    <w:p>
      <w:pPr>
        <w:pStyle w:val="FileName"/>
      </w:pPr>
      <w:r>
        <w:t>•  PCI Security Awareness Plan.docx</w:t>
      </w:r>
    </w:p>
    <w:p>
      <w:pPr>
        <w:pStyle w:val="FileName"/>
      </w:pPr>
      <w:r>
        <w:t>•  Policy Acknowledgement Form.docx</w:t>
      </w:r>
    </w:p>
    <w:p>
      <w:pPr>
        <w:pStyle w:val="FileName"/>
      </w:pPr>
      <w:r>
        <w:t>•  Role-Based Training Matrix.xlsx</w:t>
      </w:r>
    </w:p>
    <w:p>
      <w:pPr>
        <w:pStyle w:val="FileName"/>
      </w:pPr>
      <w:r>
        <w:t>•  Training Attendance Register.xlsx</w:t>
      </w:r>
    </w:p>
    <w:p>
      <w:pPr>
        <w:pStyle w:val="FileName"/>
      </w:pPr>
      <w:r>
        <w:t>•  Administrator Training Checklist.xlsx</w:t>
      </w:r>
    </w:p>
    <w:p>
      <w:pPr>
        <w:pStyle w:val="FileName"/>
      </w:pPr>
      <w:r>
        <w:t>•  Developer Secure Coding Training Record.xlsx</w:t>
      </w:r>
    </w:p>
    <w:p>
      <w:pPr>
        <w:pStyle w:val="FileName"/>
      </w:pPr>
      <w:r>
        <w:t>•  Annual Awareness Campaign Tracker.xlsx</w:t>
      </w:r>
    </w:p>
    <w:p>
      <w:pPr>
        <w:pStyle w:val="FileName"/>
      </w:pPr>
      <w:r>
        <w:t>•  Insider Threat Awareness Checklist.xlsx</w:t>
      </w:r>
    </w:p>
    <w:p>
      <w:pPr>
        <w:pStyle w:val="FileName"/>
      </w:pPr>
      <w:r>
        <w:t>•  Security Awareness Training Deck.pptx</w:t>
      </w:r>
    </w:p>
    <w:p>
      <w:pPr>
        <w:pStyle w:val="FileName"/>
      </w:pPr>
      <w:r>
        <w:t>•  Operational Readiness Briefing Deck.pptx</w:t>
      </w:r>
    </w:p>
    <w:p>
      <w:pPr>
        <w:pStyle w:val="Heading1"/>
        <w:keepNext/>
      </w:pPr>
      <w:r>
        <w:t>Part 18. Pre-Assessment Readiness &amp; Evidence Packaging</w:t>
      </w:r>
    </w:p>
    <w:p>
      <w:pPr>
        <w:pStyle w:val="FileName"/>
      </w:pPr>
      <w:r>
        <w:t>•  Site Visit Agenda.docx</w:t>
      </w:r>
    </w:p>
    <w:p>
      <w:pPr>
        <w:pStyle w:val="FileName"/>
      </w:pPr>
      <w:r>
        <w:t>•  Management Representation Request.docx</w:t>
      </w:r>
    </w:p>
    <w:p>
      <w:pPr>
        <w:pStyle w:val="FileName"/>
      </w:pPr>
      <w:r>
        <w:t>•  Readiness Sign-Off.docx</w:t>
      </w:r>
    </w:p>
    <w:p>
      <w:pPr>
        <w:pStyle w:val="FileName"/>
      </w:pPr>
      <w:r>
        <w:t>•  Executive Readiness Summary.docx</w:t>
      </w:r>
    </w:p>
    <w:p>
      <w:pPr>
        <w:pStyle w:val="FileName"/>
      </w:pPr>
      <w:r>
        <w:t>•  PCI Readiness Review Checklist.xlsx</w:t>
      </w:r>
    </w:p>
    <w:p>
      <w:pPr>
        <w:pStyle w:val="FileName"/>
      </w:pPr>
      <w:r>
        <w:t>•  Final Evidence Collection Tracker.xlsx</w:t>
      </w:r>
    </w:p>
    <w:p>
      <w:pPr>
        <w:pStyle w:val="FileName"/>
      </w:pPr>
      <w:r>
        <w:t>•  Evidence Index.xlsx</w:t>
      </w:r>
    </w:p>
    <w:p>
      <w:pPr>
        <w:pStyle w:val="FileName"/>
      </w:pPr>
      <w:r>
        <w:t>•  Interview Schedule.xlsx</w:t>
      </w:r>
    </w:p>
    <w:p>
      <w:pPr>
        <w:pStyle w:val="FileName"/>
      </w:pPr>
      <w:r>
        <w:t>•  Open Items Closure Tracker.xlsx</w:t>
      </w:r>
    </w:p>
    <w:p>
      <w:pPr>
        <w:pStyle w:val="FileName"/>
      </w:pPr>
      <w:r>
        <w:t>•  Assessor Logistics Checklist.xlsx</w:t>
      </w:r>
    </w:p>
    <w:p>
      <w:pPr>
        <w:pStyle w:val="FileName"/>
      </w:pPr>
      <w:r>
        <w:t>•  Pre-Assessment Readiness Deck.pptx</w:t>
      </w:r>
    </w:p>
    <w:p>
      <w:pPr>
        <w:pStyle w:val="Heading1"/>
        <w:keepNext/>
      </w:pPr>
      <w:r>
        <w:t>Part 19. Formal Assessment &amp; Compliance Validation</w:t>
      </w:r>
    </w:p>
    <w:p>
      <w:pPr>
        <w:pStyle w:val="FileName"/>
      </w:pPr>
      <w:r>
        <w:t>•  Assessor Observation Record.docx</w:t>
      </w:r>
    </w:p>
    <w:p>
      <w:pPr>
        <w:pStyle w:val="FileName"/>
      </w:pPr>
      <w:r>
        <w:t>•  Compensating Controls Worksheet (CCW).docx</w:t>
      </w:r>
    </w:p>
    <w:p>
      <w:pPr>
        <w:pStyle w:val="FileName"/>
      </w:pPr>
      <w:r>
        <w:t>•  ROC Drafting Workbook.docx</w:t>
      </w:r>
    </w:p>
    <w:p>
      <w:pPr>
        <w:pStyle w:val="FileName"/>
      </w:pPr>
      <w:r>
        <w:t>•  Attestation of Compliance (AOC) Preparation.docx</w:t>
      </w:r>
    </w:p>
    <w:p>
      <w:pPr>
        <w:pStyle w:val="FileName"/>
      </w:pPr>
      <w:r>
        <w:t>•  Assessed Entity Information Sheet.docx</w:t>
      </w:r>
    </w:p>
    <w:p>
      <w:pPr>
        <w:pStyle w:val="FileName"/>
      </w:pPr>
      <w:r>
        <w:t>•  Penetration Test Attestation.docx</w:t>
      </w:r>
    </w:p>
    <w:p>
      <w:pPr>
        <w:pStyle w:val="FileName"/>
      </w:pPr>
      <w:r>
        <w:t>•  PCI DSS Assessment Workbook.xlsx</w:t>
      </w:r>
    </w:p>
    <w:p>
      <w:pPr>
        <w:pStyle w:val="FileName"/>
      </w:pPr>
      <w:r>
        <w:t>•  Requirement Testing Result.xlsx</w:t>
      </w:r>
    </w:p>
    <w:p>
      <w:pPr>
        <w:pStyle w:val="FileName"/>
      </w:pPr>
      <w:r>
        <w:t>•  Sample Selection Register.xlsx</w:t>
      </w:r>
    </w:p>
    <w:p>
      <w:pPr>
        <w:pStyle w:val="FileName"/>
      </w:pPr>
      <w:r>
        <w:t>•  Non-Compliant Item Tracker.xlsx</w:t>
      </w:r>
    </w:p>
    <w:p>
      <w:pPr>
        <w:pStyle w:val="FileName"/>
      </w:pPr>
      <w:r>
        <w:t>•  Connected Entity / Processor Mapping.xlsx</w:t>
      </w:r>
    </w:p>
    <w:p>
      <w:pPr>
        <w:pStyle w:val="FileName"/>
      </w:pPr>
      <w:r>
        <w:t>•  Quarterly Scan Attestation Tracker.xlsx</w:t>
      </w:r>
    </w:p>
    <w:p>
      <w:pPr>
        <w:pStyle w:val="FileName"/>
      </w:pPr>
      <w:r>
        <w:t>•  Assessment Status Reporting Deck.pptx</w:t>
      </w:r>
    </w:p>
    <w:p>
      <w:pPr>
        <w:pStyle w:val="Heading1"/>
        <w:keepNext/>
      </w:pPr>
      <w:r>
        <w:t>Part 20. Executive Reporting</w:t>
      </w:r>
    </w:p>
    <w:p>
      <w:pPr>
        <w:pStyle w:val="FileName"/>
      </w:pPr>
      <w:r>
        <w:t>•  PCI DSS Executive Summary Report.docx</w:t>
      </w:r>
    </w:p>
    <w:p>
      <w:pPr>
        <w:pStyle w:val="FileName"/>
      </w:pPr>
      <w:r>
        <w:t>•  Final Gap Closure Report.docx</w:t>
      </w:r>
    </w:p>
    <w:p>
      <w:pPr>
        <w:pStyle w:val="FileName"/>
      </w:pPr>
      <w:r>
        <w:t>•  Remediation Completion Certificate.docx</w:t>
      </w:r>
    </w:p>
    <w:p>
      <w:pPr>
        <w:pStyle w:val="FileName"/>
      </w:pPr>
      <w:r>
        <w:t>•  Residual Risk Acceptance Summary.docx</w:t>
      </w:r>
    </w:p>
    <w:p>
      <w:pPr>
        <w:pStyle w:val="FileName"/>
      </w:pPr>
      <w:r>
        <w:t>•  Program Closure Report.docx</w:t>
      </w:r>
    </w:p>
    <w:p>
      <w:pPr>
        <w:pStyle w:val="FileName"/>
      </w:pPr>
      <w:r>
        <w:t>•  Lessons Learned Workshop.docx</w:t>
      </w:r>
    </w:p>
    <w:p>
      <w:pPr>
        <w:pStyle w:val="FileName"/>
      </w:pPr>
      <w:r>
        <w:t>•  Transition to BAU Plan.docx</w:t>
      </w:r>
    </w:p>
    <w:p>
      <w:pPr>
        <w:pStyle w:val="FileName"/>
      </w:pPr>
      <w:r>
        <w:t>•  Post-Assessment Improvement Plan.xlsx</w:t>
      </w:r>
    </w:p>
    <w:p>
      <w:pPr>
        <w:pStyle w:val="FileName"/>
      </w:pPr>
      <w:r>
        <w:t>•  Board Reporting Deck.pptx</w:t>
      </w:r>
    </w:p>
    <w:p>
      <w:pPr>
        <w:pStyle w:val="FileName"/>
      </w:pPr>
      <w:r>
        <w:t>•  Final Program Closure Deck.pptx</w:t>
      </w:r>
    </w:p>
    <w:p>
      <w:pPr>
        <w:pStyle w:val="Heading1"/>
        <w:keepNext/>
      </w:pPr>
      <w:r>
        <w:t>Part 21. Business-as-Usual (BAU) Compliance Operations</w:t>
      </w:r>
    </w:p>
    <w:p>
      <w:pPr>
        <w:pStyle w:val="FileName"/>
      </w:pPr>
      <w:r>
        <w:t>•  PCI DSS BAU Control Calendar.xlsx</w:t>
      </w:r>
    </w:p>
    <w:p>
      <w:pPr>
        <w:pStyle w:val="FileName"/>
      </w:pPr>
      <w:r>
        <w:t>•  Annual Compliance Plan.xlsx</w:t>
      </w:r>
    </w:p>
    <w:p>
      <w:pPr>
        <w:pStyle w:val="FileName"/>
      </w:pPr>
      <w:r>
        <w:t>•  Recurring Control Execution Schedule.xlsx</w:t>
      </w:r>
    </w:p>
    <w:p>
      <w:pPr>
        <w:pStyle w:val="FileName"/>
      </w:pPr>
      <w:r>
        <w:t>•  Quarterly Task Tracker.xlsx</w:t>
      </w:r>
    </w:p>
    <w:p>
      <w:pPr>
        <w:pStyle w:val="FileName"/>
      </w:pPr>
      <w:r>
        <w:t>•  Monthly Control Checklist.xlsx</w:t>
      </w:r>
    </w:p>
    <w:p>
      <w:pPr>
        <w:pStyle w:val="FileName"/>
      </w:pPr>
      <w:r>
        <w:t>•  Periodic Access Review Schedule.xlsx</w:t>
      </w:r>
    </w:p>
    <w:p>
      <w:pPr>
        <w:pStyle w:val="FileName"/>
      </w:pPr>
      <w:r>
        <w:t>•  Periodic Configuration Review Schedule.xlsx</w:t>
      </w:r>
    </w:p>
    <w:p>
      <w:pPr>
        <w:pStyle w:val="FileName"/>
      </w:pPr>
      <w:r>
        <w:t>•  Periodic Log Review Attestation.xlsx</w:t>
      </w:r>
    </w:p>
    <w:p>
      <w:pPr>
        <w:pStyle w:val="FileName"/>
      </w:pPr>
      <w:r>
        <w:t>•  Periodic Service Provider Review Schedule.xlsx</w:t>
      </w:r>
    </w:p>
    <w:p>
      <w:pPr>
        <w:pStyle w:val="FileName"/>
      </w:pPr>
      <w:r>
        <w:t>•  Periodic Risk Review.xlsx</w:t>
      </w:r>
    </w:p>
    <w:p>
      <w:pPr>
        <w:pStyle w:val="FileName"/>
      </w:pPr>
      <w:r>
        <w:t>•  BAU Compliance Dashboard.xlsx</w:t>
      </w:r>
    </w:p>
    <w:p>
      <w:pPr>
        <w:pStyle w:val="FileName"/>
      </w:pPr>
      <w:r>
        <w:t>•  Continuous Compliance KPI / KRI Dashboard.xlsx</w:t>
      </w:r>
    </w:p>
    <w:p>
      <w:pPr>
        <w:pStyle w:val="FileName"/>
      </w:pPr>
      <w:r>
        <w:t>•  BAU Governance Review Deck.pptx</w:t>
      </w:r>
    </w:p>
    <w:p>
      <w:pPr>
        <w:pStyle w:val="Heading1"/>
        <w:keepNext/>
      </w:pPr>
      <w:r>
        <w:t>Part 22. Exceptions, Compensating Controls &amp; Governance</w:t>
      </w:r>
    </w:p>
    <w:p>
      <w:pPr>
        <w:pStyle w:val="FileName"/>
      </w:pPr>
      <w:r>
        <w:t>•  Policy Exception Request Form.docx</w:t>
      </w:r>
    </w:p>
    <w:p>
      <w:pPr>
        <w:pStyle w:val="FileName"/>
      </w:pPr>
      <w:r>
        <w:t>•  Compensating Controls Worksheet (CCW).docx</w:t>
      </w:r>
    </w:p>
    <w:p>
      <w:pPr>
        <w:pStyle w:val="FileName"/>
      </w:pPr>
      <w:r>
        <w:t>•  Temporary Risk Acceptance Form.docx</w:t>
      </w:r>
    </w:p>
    <w:p>
      <w:pPr>
        <w:pStyle w:val="FileName"/>
      </w:pPr>
      <w:r>
        <w:t>•  Control Deviation Approval.docx</w:t>
      </w:r>
    </w:p>
    <w:p>
      <w:pPr>
        <w:pStyle w:val="FileName"/>
      </w:pPr>
      <w:r>
        <w:t>•  Technical Exception Register.xlsx</w:t>
      </w:r>
    </w:p>
    <w:p>
      <w:pPr>
        <w:pStyle w:val="FileName"/>
      </w:pPr>
      <w:r>
        <w:t>•  Expiry / Renewal Tracker.xlsx</w:t>
      </w:r>
    </w:p>
    <w:p>
      <w:pPr>
        <w:pStyle w:val="FileName"/>
      </w:pPr>
      <w:r>
        <w:t>•  Exception Closure Verification.xlsx</w:t>
      </w:r>
    </w:p>
    <w:p>
      <w:pPr>
        <w:pStyle w:val="FileName"/>
      </w:pPr>
      <w:r>
        <w:t>•  Governance Decision Log.xlsx</w:t>
      </w:r>
    </w:p>
    <w:p>
      <w:pPr>
        <w:pStyle w:val="FileName"/>
      </w:pPr>
      <w:r>
        <w:t>•  Exception Review Committee Deck.pptx</w:t>
      </w:r>
    </w:p>
    <w:p>
      <w:pPr>
        <w:pStyle w:val="Heading1"/>
        <w:keepNext/>
      </w:pPr>
      <w:r>
        <w:t>Part 23. Audit Trail &amp; Records Management</w:t>
      </w:r>
    </w:p>
    <w:p>
      <w:pPr>
        <w:pStyle w:val="FileName"/>
      </w:pPr>
      <w:r>
        <w:t>•  PCI DSS Evidence Retention Schedule.xlsx</w:t>
      </w:r>
    </w:p>
    <w:p>
      <w:pPr>
        <w:pStyle w:val="FileName"/>
      </w:pPr>
      <w:r>
        <w:t>•  Audit Trail Register.xlsx</w:t>
      </w:r>
    </w:p>
    <w:p>
      <w:pPr>
        <w:pStyle w:val="FileName"/>
      </w:pPr>
      <w:r>
        <w:t>•  docxument Version Control.xlsx</w:t>
      </w:r>
    </w:p>
    <w:p>
      <w:pPr>
        <w:pStyle w:val="FileName"/>
      </w:pPr>
      <w:r>
        <w:t>•  Approval Record.xlsx</w:t>
      </w:r>
    </w:p>
    <w:p>
      <w:pPr>
        <w:pStyle w:val="FileName"/>
      </w:pPr>
      <w:r>
        <w:t>•  Record of Change.xlsx</w:t>
      </w:r>
    </w:p>
    <w:p>
      <w:pPr>
        <w:pStyle w:val="FileName"/>
      </w:pPr>
      <w:r>
        <w:t>•  Compliance Archive Index.xlsx</w:t>
      </w:r>
    </w:p>
    <w:p>
      <w:pPr>
        <w:pStyle w:val="FileName"/>
      </w:pPr>
      <w:r>
        <w:t>•  Confidential docxument Handling Register.xlsx</w:t>
      </w:r>
    </w:p>
    <w:p>
      <w:pPr>
        <w:pStyle w:val="FileName"/>
      </w:pPr>
      <w:r>
        <w:t>•  Evidence Chain-of-Custody Log.xlsx</w:t>
      </w:r>
    </w:p>
    <w:p>
      <w:pPr>
        <w:pStyle w:val="FileName"/>
      </w:pPr>
      <w:r>
        <w:t>•  Audit Evidence Archive Overview Deck.pptx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</w:r>
    <w:r>
      <w:t>PCI DSS | Implementation Toolkits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