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Strategy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139 Templates   |   124 DOC   |   6 XLS   |   9 PPT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ITD_ST01.Checklist_IT Topics Need for Business.xls</w:t>
      </w:r>
    </w:p>
    <w:p>
      <w:pPr>
        <w:pStyle w:val="FileName"/>
      </w:pPr>
      <w:r>
        <w:t>•  ITD_ST02.Assessment_Department Manager.doc</w:t>
      </w:r>
    </w:p>
    <w:p>
      <w:pPr>
        <w:pStyle w:val="FileName"/>
      </w:pPr>
      <w:r>
        <w:t>•  ITD_ST03.Assessment _Senior Manager.doc</w:t>
      </w:r>
    </w:p>
    <w:p>
      <w:pPr>
        <w:pStyle w:val="FileName"/>
      </w:pPr>
      <w:r>
        <w:t>•  ITD_ST04.Assessment_IT Staff.doc</w:t>
      </w:r>
    </w:p>
    <w:p>
      <w:pPr>
        <w:pStyle w:val="FileName"/>
      </w:pPr>
      <w:r>
        <w:t>•  ITD_ST05.Form_Assessing Enterprise Strategy.doc</w:t>
      </w:r>
    </w:p>
    <w:p>
      <w:pPr>
        <w:pStyle w:val="FileName"/>
      </w:pPr>
      <w:r>
        <w:t>•  ITD_ST06.Assessment_IT Business Demand Survey.xls</w:t>
      </w:r>
    </w:p>
    <w:p>
      <w:pPr>
        <w:pStyle w:val="FileName"/>
      </w:pPr>
      <w:r>
        <w:t>•  ITD_ST07.Guidance_Business Executive Interview.doc</w:t>
      </w:r>
    </w:p>
    <w:p>
      <w:pPr>
        <w:pStyle w:val="FileName"/>
      </w:pPr>
      <w:r>
        <w:t>•  ITD_ST08.Guidance_Stakeholder Guidelines and Analysis.doc</w:t>
      </w:r>
    </w:p>
    <w:p>
      <w:pPr>
        <w:pStyle w:val="FileName"/>
      </w:pPr>
      <w:r>
        <w:t>•  ITD_ST09.Guidance_Enterprise Strategy and Goals.doc</w:t>
      </w:r>
    </w:p>
    <w:p>
      <w:pPr>
        <w:pStyle w:val="FileName"/>
      </w:pPr>
      <w:r>
        <w:t>•  ITD_ST10.Survey_Executive Digital Maturity Evaluation.doc</w:t>
      </w:r>
    </w:p>
    <w:p>
      <w:pPr>
        <w:pStyle w:val="FileName"/>
      </w:pPr>
      <w:r>
        <w:t>•  ITD_ST11.Template_IT Value Proposition Mapping.doc</w:t>
      </w:r>
    </w:p>
    <w:p>
      <w:pPr>
        <w:pStyle w:val="FileName"/>
      </w:pPr>
      <w:r>
        <w:t>•  ITD_ST12.Matrix_Alignment of Business vs IT Goals.doc</w:t>
      </w:r>
    </w:p>
    <w:p>
      <w:pPr>
        <w:pStyle w:val="FileName"/>
      </w:pPr>
      <w:r>
        <w:t>•  ITD_ST13.Form_IT-Enabled Business Capability Mapping.doc</w:t>
      </w:r>
    </w:p>
    <w:p>
      <w:pPr>
        <w:pStyle w:val="FileName"/>
      </w:pPr>
      <w:r>
        <w:t>•  ITD_ST14.Template_IT Support for Competitive Advantage.doc</w:t>
      </w:r>
    </w:p>
    <w:p>
      <w:pPr>
        <w:pStyle w:val="FileName"/>
      </w:pPr>
      <w:r>
        <w:t>•  ITD_ST15.Guide_Business Scenario Planning for IT.doc</w:t>
      </w:r>
    </w:p>
    <w:p>
      <w:pPr>
        <w:pStyle w:val="FileName"/>
      </w:pPr>
      <w:r>
        <w:t>•  ITD_ST16.Template_Stakeholder Influence Map.doc</w:t>
      </w:r>
    </w:p>
    <w:p>
      <w:pPr>
        <w:pStyle w:val="FileName"/>
      </w:pPr>
      <w:r>
        <w:t>•  ITD_ST17.Checklist_IT Risk Consideration in Business Strategy.doc</w:t>
      </w:r>
    </w:p>
    <w:p>
      <w:pPr>
        <w:pStyle w:val="FileName"/>
      </w:pPr>
      <w:r>
        <w:t>•  ITD_ST18.Sheet_Digital Transformation Readiness Scorecard.doc</w:t>
      </w:r>
    </w:p>
    <w:p>
      <w:pPr>
        <w:pStyle w:val="FileName"/>
      </w:pPr>
      <w:r>
        <w:t>•  ITD_ST19.Form_Business Opportunity Discovery for IT.doc</w:t>
      </w:r>
    </w:p>
    <w:p>
      <w:pPr>
        <w:pStyle w:val="FileName"/>
      </w:pPr>
      <w:r>
        <w:t>•  ITD_ST20.Board_Enterprise Strategy Visual Map.doc</w:t>
      </w:r>
    </w:p>
    <w:p>
      <w:pPr>
        <w:pStyle w:val="FileName"/>
      </w:pPr>
      <w:r>
        <w:t>•  ITD_ST01.Guidance_IT System Assessment.doc</w:t>
      </w:r>
    </w:p>
    <w:p>
      <w:pPr>
        <w:pStyle w:val="FileName"/>
      </w:pPr>
      <w:r>
        <w:t>•  ITD_ST02.Template_Overall IT Assessment.doc</w:t>
      </w:r>
    </w:p>
    <w:p>
      <w:pPr>
        <w:pStyle w:val="FileName"/>
      </w:pPr>
      <w:r>
        <w:t>•  ITD_ST03.Checklist_IT Operation Survey.doc</w:t>
      </w:r>
    </w:p>
    <w:p>
      <w:pPr>
        <w:pStyle w:val="FileName"/>
      </w:pPr>
      <w:r>
        <w:t>•  ITD_ST04.External Services Assessment.doc</w:t>
      </w:r>
    </w:p>
    <w:p>
      <w:pPr>
        <w:pStyle w:val="FileName"/>
      </w:pPr>
      <w:r>
        <w:t>•  ITD_ST05.PC Inventory Assessment.doc</w:t>
      </w:r>
    </w:p>
    <w:p>
      <w:pPr>
        <w:pStyle w:val="FileName"/>
      </w:pPr>
      <w:r>
        <w:t>•  ITD_ST06.Network Inventory Assessment.doc</w:t>
      </w:r>
    </w:p>
    <w:p>
      <w:pPr>
        <w:pStyle w:val="FileName"/>
      </w:pPr>
      <w:r>
        <w:t>•  ITD_ST07.Printers and Peripherals Inventory Assessment.doc</w:t>
      </w:r>
    </w:p>
    <w:p>
      <w:pPr>
        <w:pStyle w:val="FileName"/>
      </w:pPr>
      <w:r>
        <w:t>•  ITD_ST08.Server Inventory Assessment.doc</w:t>
      </w:r>
    </w:p>
    <w:p>
      <w:pPr>
        <w:pStyle w:val="FileName"/>
      </w:pPr>
      <w:r>
        <w:t>•  ITD_ST09.Back-Up Configuration Assessment.doc</w:t>
      </w:r>
    </w:p>
    <w:p>
      <w:pPr>
        <w:pStyle w:val="FileName"/>
      </w:pPr>
      <w:r>
        <w:t>•  ITD_ST10.Enterprise Software Inventory Assessment.doc</w:t>
      </w:r>
    </w:p>
    <w:p>
      <w:pPr>
        <w:pStyle w:val="FileName"/>
      </w:pPr>
      <w:r>
        <w:t>•  ITD_ST11.Physical Security Risk Assessment.doc</w:t>
      </w:r>
    </w:p>
    <w:p>
      <w:pPr>
        <w:pStyle w:val="FileName"/>
      </w:pPr>
      <w:r>
        <w:t>•  ITD_ST12.Roles and Responsibilities Assessment.doc</w:t>
      </w:r>
    </w:p>
    <w:p>
      <w:pPr>
        <w:pStyle w:val="FileName"/>
      </w:pPr>
      <w:r>
        <w:t>•  ITD_ST13.IT Job Descriptions Assessment.doc</w:t>
      </w:r>
    </w:p>
    <w:p>
      <w:pPr>
        <w:pStyle w:val="FileName"/>
      </w:pPr>
      <w:r>
        <w:t>•  ITD_ST14.IT Procedures Assessment.doc</w:t>
      </w:r>
    </w:p>
    <w:p>
      <w:pPr>
        <w:pStyle w:val="FileName"/>
      </w:pPr>
      <w:r>
        <w:t>•  ITD_ST15.IT Policies Assessment.doc</w:t>
      </w:r>
    </w:p>
    <w:p>
      <w:pPr>
        <w:pStyle w:val="FileName"/>
      </w:pPr>
      <w:r>
        <w:t>•  ITD_ST16.Template_IT Capability Maturity Model Evaluation.doc</w:t>
      </w:r>
    </w:p>
    <w:p>
      <w:pPr>
        <w:pStyle w:val="FileName"/>
      </w:pPr>
      <w:r>
        <w:t>•  ITD_ST17.Form_IT Process Benchmarking Analysis.doc</w:t>
      </w:r>
    </w:p>
    <w:p>
      <w:pPr>
        <w:pStyle w:val="FileName"/>
      </w:pPr>
      <w:r>
        <w:t>•  ITD_ST18.Survey_User Satisfaction with IT Services.doc</w:t>
      </w:r>
    </w:p>
    <w:p>
      <w:pPr>
        <w:pStyle w:val="FileName"/>
      </w:pPr>
      <w:r>
        <w:t>•  ITD_ST19.Sheet_IT Asset Lifecycle Assessment.doc</w:t>
      </w:r>
    </w:p>
    <w:p>
      <w:pPr>
        <w:pStyle w:val="FileName"/>
      </w:pPr>
      <w:r>
        <w:t>•  ITD_ST20.Form_Software License Compliance Review.doc</w:t>
      </w:r>
    </w:p>
    <w:p>
      <w:pPr>
        <w:pStyle w:val="FileName"/>
      </w:pPr>
      <w:r>
        <w:t>•  ITD_ST21.Matrix_Cost vs Value Assessment IT Tools.doc</w:t>
      </w:r>
    </w:p>
    <w:p>
      <w:pPr>
        <w:pStyle w:val="FileName"/>
      </w:pPr>
      <w:r>
        <w:t>•  ITD_ST22.Template_Risk Exposure Mapping.doc</w:t>
      </w:r>
    </w:p>
    <w:p>
      <w:pPr>
        <w:pStyle w:val="FileName"/>
      </w:pPr>
      <w:r>
        <w:t>•  ITD_ST23.Template_IT Vendor Assessment Scorecard.doc</w:t>
      </w:r>
    </w:p>
    <w:p>
      <w:pPr>
        <w:pStyle w:val="FileName"/>
      </w:pPr>
      <w:r>
        <w:t>•  ITD_ST24.Sheet_SLA Performance Metrics Review.doc</w:t>
      </w:r>
    </w:p>
    <w:p>
      <w:pPr>
        <w:pStyle w:val="FileName"/>
      </w:pPr>
      <w:r>
        <w:t>•  ITD_ST25.Report_IT Workforce Capability Audit.doc</w:t>
      </w:r>
    </w:p>
    <w:p>
      <w:pPr>
        <w:pStyle w:val="FileName"/>
      </w:pPr>
      <w:r>
        <w:t>•  ITD_ST26.Form_Technical Debt Inventory Review.doc</w:t>
      </w:r>
    </w:p>
    <w:p>
      <w:pPr>
        <w:pStyle w:val="FileName"/>
      </w:pPr>
      <w:r>
        <w:t>•  ITD_ST27.Sheet_IT Cost Allocation Overview.doc</w:t>
      </w:r>
    </w:p>
    <w:p>
      <w:pPr>
        <w:pStyle w:val="FileName"/>
      </w:pPr>
      <w:r>
        <w:t>•  ITD_ST01. Enterprise Reference Architecture.ppt</w:t>
      </w:r>
    </w:p>
    <w:p>
      <w:pPr>
        <w:pStyle w:val="FileName"/>
      </w:pPr>
      <w:r>
        <w:t>•  ITD_ST02. Architecture Development Process.ppt</w:t>
      </w:r>
    </w:p>
    <w:p>
      <w:pPr>
        <w:pStyle w:val="FileName"/>
      </w:pPr>
      <w:r>
        <w:t>•  ITD_ST03. Business Architecture.ppt</w:t>
      </w:r>
    </w:p>
    <w:p>
      <w:pPr>
        <w:pStyle w:val="FileName"/>
      </w:pPr>
      <w:r>
        <w:t>•  ITD_ST04. Application Architecture.ppt</w:t>
      </w:r>
    </w:p>
    <w:p>
      <w:pPr>
        <w:pStyle w:val="FileName"/>
      </w:pPr>
      <w:r>
        <w:t>•  ITD_ST05. Data and Information Architecture.ppt</w:t>
      </w:r>
    </w:p>
    <w:p>
      <w:pPr>
        <w:pStyle w:val="FileName"/>
      </w:pPr>
      <w:r>
        <w:t>•  ITD_ST06. Technology Architecture.ppt</w:t>
      </w:r>
    </w:p>
    <w:p>
      <w:pPr>
        <w:pStyle w:val="FileName"/>
      </w:pPr>
      <w:r>
        <w:t>•  ITD_ST07.People and Organization Architecture.ppt</w:t>
      </w:r>
    </w:p>
    <w:p>
      <w:pPr>
        <w:pStyle w:val="FileName"/>
      </w:pPr>
      <w:r>
        <w:t>•  ITD_ST08. Strategic Roadmap.ppt</w:t>
      </w:r>
    </w:p>
    <w:p>
      <w:pPr>
        <w:pStyle w:val="FileName"/>
      </w:pPr>
      <w:r>
        <w:t>•  ITD_ST09.Template_Enterprise Architecture Governance Framework.doc</w:t>
      </w:r>
    </w:p>
    <w:p>
      <w:pPr>
        <w:pStyle w:val="FileName"/>
      </w:pPr>
      <w:r>
        <w:t>•  ITD_ST10.Form_EA Capability Assessment.doc</w:t>
      </w:r>
    </w:p>
    <w:p>
      <w:pPr>
        <w:pStyle w:val="FileName"/>
      </w:pPr>
      <w:r>
        <w:t>•  ITD_ST11.Matrix_IT Project vs Architecture Alignment.doc</w:t>
      </w:r>
    </w:p>
    <w:p>
      <w:pPr>
        <w:pStyle w:val="FileName"/>
      </w:pPr>
      <w:r>
        <w:t>•  ITD_ST12.Template_Target State Architecture Definition.ppt</w:t>
      </w:r>
    </w:p>
    <w:p>
      <w:pPr>
        <w:pStyle w:val="FileName"/>
      </w:pPr>
      <w:r>
        <w:t>•  ITD_ST13.Board_IT Service Blueprint Canvas.doc</w:t>
      </w:r>
    </w:p>
    <w:p>
      <w:pPr>
        <w:pStyle w:val="FileName"/>
      </w:pPr>
      <w:r>
        <w:t>•  ITD_ST14.Chart_Architecture Decision Log.doc</w:t>
      </w:r>
    </w:p>
    <w:p>
      <w:pPr>
        <w:pStyle w:val="FileName"/>
      </w:pPr>
      <w:r>
        <w:t>•  ITD_ST15.Template_Business Capability Heat Map.doc</w:t>
      </w:r>
    </w:p>
    <w:p>
      <w:pPr>
        <w:pStyle w:val="FileName"/>
      </w:pPr>
      <w:r>
        <w:t>•  ITD_ST16.Diagram_Data Integration and Flow Mapping.doc</w:t>
      </w:r>
    </w:p>
    <w:p>
      <w:pPr>
        <w:pStyle w:val="FileName"/>
      </w:pPr>
      <w:r>
        <w:t>•  ITD_ST17.Template_Technology Standards Catalog.doc</w:t>
      </w:r>
    </w:p>
    <w:p>
      <w:pPr>
        <w:pStyle w:val="FileName"/>
      </w:pPr>
      <w:r>
        <w:t>•  ITD_ST18.Sheet_IT Interdependency Mapping.doc</w:t>
      </w:r>
    </w:p>
    <w:p>
      <w:pPr>
        <w:pStyle w:val="FileName"/>
      </w:pPr>
      <w:r>
        <w:t>•  ITD_ST19.Form_Solution Architecture Alignment Checklist.doc</w:t>
      </w:r>
    </w:p>
    <w:p>
      <w:pPr>
        <w:pStyle w:val="FileName"/>
      </w:pPr>
      <w:r>
        <w:t>•  ITD_ST20.Template_IT Governance Model.doc</w:t>
      </w:r>
    </w:p>
    <w:p>
      <w:pPr>
        <w:pStyle w:val="FileName"/>
      </w:pPr>
      <w:r>
        <w:t>•  ITD_ST01.Template_IT System SWOT Analysis.doc</w:t>
      </w:r>
    </w:p>
    <w:p>
      <w:pPr>
        <w:pStyle w:val="FileName"/>
      </w:pPr>
      <w:r>
        <w:t>•  ITD_ST02.IT Gap Analysis.xls</w:t>
      </w:r>
    </w:p>
    <w:p>
      <w:pPr>
        <w:pStyle w:val="FileName"/>
      </w:pPr>
      <w:r>
        <w:t>•  ITD_ST03.Checklist_Segmented Infrastructure Model- Decision Making &amp; Analysis Framework.xls</w:t>
      </w:r>
    </w:p>
    <w:p>
      <w:pPr>
        <w:pStyle w:val="FileName"/>
      </w:pPr>
      <w:r>
        <w:t>•  ITD_ST04.Matrix_Digital Capability vs Industry Benchmark.doc</w:t>
      </w:r>
    </w:p>
    <w:p>
      <w:pPr>
        <w:pStyle w:val="FileName"/>
      </w:pPr>
      <w:r>
        <w:t>•  ITD_ST05.Template_IT Threats &amp; Opportunity Radar.doc</w:t>
      </w:r>
    </w:p>
    <w:p>
      <w:pPr>
        <w:pStyle w:val="FileName"/>
      </w:pPr>
      <w:r>
        <w:t>•  ITD_ST06.Form_Technology Lifecycle Gap Analysis.doc</w:t>
      </w:r>
    </w:p>
    <w:p>
      <w:pPr>
        <w:pStyle w:val="FileName"/>
      </w:pPr>
      <w:r>
        <w:t>•  ITD_ST07.Matrix_Business Process vs IT Capability Gaps.doc</w:t>
      </w:r>
    </w:p>
    <w:p>
      <w:pPr>
        <w:pStyle w:val="FileName"/>
      </w:pPr>
      <w:r>
        <w:t>•  ITD_ST08.Template_IT Operating Model Gap Analysis.doc</w:t>
      </w:r>
    </w:p>
    <w:p>
      <w:pPr>
        <w:pStyle w:val="FileName"/>
      </w:pPr>
      <w:r>
        <w:t>•  ITD_ST09.Form_Digital Maturity Gap Model.doc</w:t>
      </w:r>
    </w:p>
    <w:p>
      <w:pPr>
        <w:pStyle w:val="FileName"/>
      </w:pPr>
      <w:r>
        <w:t>•  ITD_ST10.Sheet_Competitor IT Strategy Comparison.doc</w:t>
      </w:r>
    </w:p>
    <w:p>
      <w:pPr>
        <w:pStyle w:val="FileName"/>
      </w:pPr>
      <w:r>
        <w:t>•  ITD_ST11.Template_IT Compliance Gap Analysis.doc</w:t>
      </w:r>
    </w:p>
    <w:p>
      <w:pPr>
        <w:pStyle w:val="FileName"/>
      </w:pPr>
      <w:r>
        <w:t>•  ITD_ST12.Form_Cybersecurity Posture SWOT.doc</w:t>
      </w:r>
    </w:p>
    <w:p>
      <w:pPr>
        <w:pStyle w:val="FileName"/>
      </w:pPr>
      <w:r>
        <w:t>•  ITD_ST13.Matrix_IT Change Readiness Gaps.doc</w:t>
      </w:r>
    </w:p>
    <w:p>
      <w:pPr>
        <w:pStyle w:val="FileName"/>
      </w:pPr>
      <w:r>
        <w:t>•  ITD_ST14.Board_IT Innovation Gaps and Opportunities.doc</w:t>
      </w:r>
    </w:p>
    <w:p>
      <w:pPr>
        <w:pStyle w:val="FileName"/>
      </w:pPr>
      <w:r>
        <w:t>•  ITD_ST01.Chart_IT Strategic Plan Phases and Templates.xls</w:t>
      </w:r>
    </w:p>
    <w:p>
      <w:pPr>
        <w:pStyle w:val="FileName"/>
      </w:pPr>
      <w:r>
        <w:t>•  ITD_ST02.Form_IT Fast Start Review.doc</w:t>
      </w:r>
    </w:p>
    <w:p>
      <w:pPr>
        <w:pStyle w:val="FileName"/>
      </w:pPr>
      <w:r>
        <w:t>•  ITD_ST03.Form_Strategic Planning Meeting.doc</w:t>
      </w:r>
    </w:p>
    <w:p>
      <w:pPr>
        <w:pStyle w:val="FileName"/>
      </w:pPr>
      <w:r>
        <w:t>•  ITD_ST04.Form_Business IT Strategic Plan.doc</w:t>
      </w:r>
    </w:p>
    <w:p>
      <w:pPr>
        <w:pStyle w:val="FileName"/>
      </w:pPr>
      <w:r>
        <w:t>•  ITD_ST05.Form_Key Success Factors Analysis Tool.doc</w:t>
      </w:r>
    </w:p>
    <w:p>
      <w:pPr>
        <w:pStyle w:val="FileName"/>
      </w:pPr>
      <w:r>
        <w:t>•  ITD_ST06.Form_New Technology Monitor.xls</w:t>
      </w:r>
    </w:p>
    <w:p>
      <w:pPr>
        <w:pStyle w:val="FileName"/>
      </w:pPr>
      <w:r>
        <w:t>•  ITD_ST07.Form_IT Strategy and Roadmap Scope Statement.doc</w:t>
      </w:r>
    </w:p>
    <w:p>
      <w:pPr>
        <w:pStyle w:val="FileName"/>
      </w:pPr>
      <w:r>
        <w:t>•  ITD_ST08.Guidance_Strategic Kickoff Meeting.doc</w:t>
      </w:r>
    </w:p>
    <w:p>
      <w:pPr>
        <w:pStyle w:val="FileName"/>
      </w:pPr>
      <w:r>
        <w:t>•  ITD_ST09.Business Review.doc</w:t>
      </w:r>
    </w:p>
    <w:p>
      <w:pPr>
        <w:pStyle w:val="FileName"/>
      </w:pPr>
      <w:r>
        <w:t>•  ITD_ST10.Solution Review.doc</w:t>
      </w:r>
    </w:p>
    <w:p>
      <w:pPr>
        <w:pStyle w:val="FileName"/>
      </w:pPr>
      <w:r>
        <w:t>•  ITD_ST11.Financial Review.doc</w:t>
      </w:r>
    </w:p>
    <w:p>
      <w:pPr>
        <w:pStyle w:val="FileName"/>
      </w:pPr>
      <w:r>
        <w:t>•  ITD_ST12.Board_IT Strategic Vision Map.doc</w:t>
      </w:r>
    </w:p>
    <w:p>
      <w:pPr>
        <w:pStyle w:val="FileName"/>
      </w:pPr>
      <w:r>
        <w:t>•  ITD_ST13.Template_IT Strategic Themes and Objectives.doc</w:t>
      </w:r>
    </w:p>
    <w:p>
      <w:pPr>
        <w:pStyle w:val="FileName"/>
      </w:pPr>
      <w:r>
        <w:t>•  ITD_ST14.Matrix_IT Initiative Prioritization Scorecard.doc</w:t>
      </w:r>
    </w:p>
    <w:p>
      <w:pPr>
        <w:pStyle w:val="FileName"/>
      </w:pPr>
      <w:r>
        <w:t>•  ITD_ST15.Form_IT Budget Planning by Strategic Domain.doc</w:t>
      </w:r>
    </w:p>
    <w:p>
      <w:pPr>
        <w:pStyle w:val="FileName"/>
      </w:pPr>
      <w:r>
        <w:t>•  ITD_ST16.Chart_Strategy Execution Timeline and Milestones.doc</w:t>
      </w:r>
    </w:p>
    <w:p>
      <w:pPr>
        <w:pStyle w:val="FileName"/>
      </w:pPr>
      <w:r>
        <w:t>•  ITD_ST17.Template_Risk Register for IT Strategy.doc</w:t>
      </w:r>
    </w:p>
    <w:p>
      <w:pPr>
        <w:pStyle w:val="FileName"/>
      </w:pPr>
      <w:r>
        <w:t>•  ITD_ST18.Dashboard_IT Strategic KPIs Tracker.doc</w:t>
      </w:r>
    </w:p>
    <w:p>
      <w:pPr>
        <w:pStyle w:val="FileName"/>
      </w:pPr>
      <w:r>
        <w:t>•  ITD_ST19.Template_IT Governance Council Charter.doc</w:t>
      </w:r>
    </w:p>
    <w:p>
      <w:pPr>
        <w:pStyle w:val="FileName"/>
      </w:pPr>
      <w:r>
        <w:t>•  ITD_ST20.Form_IT Strategy Communication Plan.doc</w:t>
      </w:r>
    </w:p>
    <w:p>
      <w:pPr>
        <w:pStyle w:val="FileName"/>
      </w:pPr>
      <w:r>
        <w:t>•  ITD_ST21.Template_IT Strategic Initiative Business Case.doc</w:t>
      </w:r>
    </w:p>
    <w:p>
      <w:pPr>
        <w:pStyle w:val="FileName"/>
      </w:pPr>
      <w:r>
        <w:t>•  ITD_ST22.Matrix_Strategic Capability vs IT Investment.doc</w:t>
      </w:r>
    </w:p>
    <w:p>
      <w:pPr>
        <w:pStyle w:val="FileName"/>
      </w:pPr>
      <w:r>
        <w:t>•  ITD_ST23.Template_IT Innovation Portfolio.doc</w:t>
      </w:r>
    </w:p>
    <w:p>
      <w:pPr>
        <w:pStyle w:val="FileName"/>
      </w:pPr>
      <w:r>
        <w:t>•  ITD_ST24.Form_Technology Trend Impact Evaluation.doc</w:t>
      </w:r>
    </w:p>
    <w:p>
      <w:pPr>
        <w:pStyle w:val="FileName"/>
      </w:pPr>
      <w:r>
        <w:t>•  ITD_ST01.Template_Strategy Execution Plan.doc</w:t>
      </w:r>
    </w:p>
    <w:p>
      <w:pPr>
        <w:pStyle w:val="FileName"/>
      </w:pPr>
      <w:r>
        <w:t>•  ITD_ST02.Form_IT Strategic Initiative Tracker.doc</w:t>
      </w:r>
    </w:p>
    <w:p>
      <w:pPr>
        <w:pStyle w:val="FileName"/>
      </w:pPr>
      <w:r>
        <w:t>•  ITD_ST03.Dashboard_Strategy vs Execution KPIs.doc</w:t>
      </w:r>
    </w:p>
    <w:p>
      <w:pPr>
        <w:pStyle w:val="FileName"/>
      </w:pPr>
      <w:r>
        <w:t>•  ITD_ST04.Template_IT Governance Framework.doc</w:t>
      </w:r>
    </w:p>
    <w:p>
      <w:pPr>
        <w:pStyle w:val="FileName"/>
      </w:pPr>
      <w:r>
        <w:t>•  ITD_ST05.Form_IT Governance Meeting Agenda.doc</w:t>
      </w:r>
    </w:p>
    <w:p>
      <w:pPr>
        <w:pStyle w:val="FileName"/>
      </w:pPr>
      <w:r>
        <w:t>•  ITD_ST06.Log_IT Strategic Decisions Record.doc</w:t>
      </w:r>
    </w:p>
    <w:p>
      <w:pPr>
        <w:pStyle w:val="FileName"/>
      </w:pPr>
      <w:r>
        <w:t>•  ITD_ST07.Matrix_Accountability for IT Strategy.doc</w:t>
      </w:r>
    </w:p>
    <w:p>
      <w:pPr>
        <w:pStyle w:val="FileName"/>
      </w:pPr>
      <w:r>
        <w:t>•  ITD_ST08.Template_IT Steering Committee Charter.doc</w:t>
      </w:r>
    </w:p>
    <w:p>
      <w:pPr>
        <w:pStyle w:val="FileName"/>
      </w:pPr>
      <w:r>
        <w:t>•  ITD_ST09.Checklist_IT Strategy Review Cadence.doc</w:t>
      </w:r>
    </w:p>
    <w:p>
      <w:pPr>
        <w:pStyle w:val="FileName"/>
      </w:pPr>
      <w:r>
        <w:t>•  ITD_ST10.Form_IT Strategy Amendment Proposal.doc</w:t>
      </w:r>
    </w:p>
    <w:p>
      <w:pPr>
        <w:pStyle w:val="FileName"/>
      </w:pPr>
      <w:r>
        <w:t>•  ITD_ST11.Template_IT Strategy Communication Kit.doc</w:t>
      </w:r>
    </w:p>
    <w:p>
      <w:pPr>
        <w:pStyle w:val="FileName"/>
      </w:pPr>
      <w:r>
        <w:t>•  ITD_ST12.Board_IT Change Governance Structure.doc</w:t>
      </w:r>
    </w:p>
    <w:p>
      <w:pPr>
        <w:pStyle w:val="FileName"/>
      </w:pPr>
      <w:r>
        <w:t>•  ITD_ST13.Matrix_IT Strategic Initiative Risk Tracker.doc</w:t>
      </w:r>
    </w:p>
    <w:p>
      <w:pPr>
        <w:pStyle w:val="FileName"/>
      </w:pPr>
      <w:r>
        <w:t>•  ITD_ST14.Guide_IT Portfolio Governance Handbook.doc</w:t>
      </w:r>
    </w:p>
    <w:p>
      <w:pPr>
        <w:pStyle w:val="FileName"/>
      </w:pPr>
      <w:r>
        <w:t>•  ITD_ST15.Template_IT Strategic Benefits Realization Plan.doc</w:t>
      </w:r>
    </w:p>
    <w:p>
      <w:pPr>
        <w:pStyle w:val="FileName"/>
      </w:pPr>
      <w:r>
        <w:t>•  ITD_ST16.Report_Strategic Outcomes Summary Quarterly.doc</w:t>
      </w:r>
    </w:p>
    <w:p>
      <w:pPr>
        <w:pStyle w:val="FileName"/>
      </w:pPr>
      <w:r>
        <w:t>•  ITD_ST17.Chart_Strategy Execution Gantt Overview.doc</w:t>
      </w:r>
    </w:p>
    <w:p>
      <w:pPr>
        <w:pStyle w:val="FileName"/>
      </w:pPr>
      <w:r>
        <w:t>•  ITD_ST01.Template_IT Innovation Management Process.doc</w:t>
      </w:r>
    </w:p>
    <w:p>
      <w:pPr>
        <w:pStyle w:val="FileName"/>
      </w:pPr>
      <w:r>
        <w:t>•  ITD_ST02.Form_Technology Scouting Log.doc</w:t>
      </w:r>
    </w:p>
    <w:p>
      <w:pPr>
        <w:pStyle w:val="FileName"/>
      </w:pPr>
      <w:r>
        <w:t>•  ITD_ST03.Matrix_Experiment Portfolio Tracker.doc</w:t>
      </w:r>
    </w:p>
    <w:p>
      <w:pPr>
        <w:pStyle w:val="FileName"/>
      </w:pPr>
      <w:r>
        <w:t>•  ITD_ST04.Form_Pilot Project Proposal.doc</w:t>
      </w:r>
    </w:p>
    <w:p>
      <w:pPr>
        <w:pStyle w:val="FileName"/>
      </w:pPr>
      <w:r>
        <w:t>•  ITD_ST05.Report_Innovation Success Metrics Summary.doc</w:t>
      </w:r>
    </w:p>
    <w:p>
      <w:pPr>
        <w:pStyle w:val="FileName"/>
      </w:pPr>
      <w:r>
        <w:t>•  ITD_ST06.Template_Technology Radar Update.doc</w:t>
      </w:r>
    </w:p>
    <w:p>
      <w:pPr>
        <w:pStyle w:val="FileName"/>
      </w:pPr>
      <w:r>
        <w:t>•  ITD_ST07.Sheet_IT Strategic Innovation Budget Tracker.doc</w:t>
      </w:r>
    </w:p>
    <w:p>
      <w:pPr>
        <w:pStyle w:val="FileName"/>
      </w:pPr>
      <w:r>
        <w:t>•  ITD_ST08.Chart_IT Emerging Technology Watchlist.doc</w:t>
      </w:r>
    </w:p>
    <w:p>
      <w:pPr>
        <w:pStyle w:val="FileName"/>
      </w:pPr>
      <w:r>
        <w:t>•  ITD_ST09.Template_Proof-of-Concept Evaluation Criteria.doc</w:t>
      </w:r>
    </w:p>
    <w:p>
      <w:pPr>
        <w:pStyle w:val="FileName"/>
      </w:pPr>
      <w:r>
        <w:t>•  ITD_ST10.Matrix_Transformation Opportunity Map.doc</w:t>
      </w:r>
    </w:p>
    <w:p>
      <w:pPr>
        <w:pStyle w:val="FileName"/>
      </w:pPr>
      <w:r>
        <w:t>•  ITD_ST11.Form_Stakeholder Innovation Feedback Log.doc</w:t>
      </w:r>
    </w:p>
    <w:p>
      <w:pPr>
        <w:pStyle w:val="FileName"/>
      </w:pPr>
      <w:r>
        <w:t>•  ITD_ST12.Template_Digital Innovation Governance.doc</w:t>
      </w:r>
    </w:p>
    <w:p>
      <w:pPr>
        <w:pStyle w:val="FileName"/>
      </w:pPr>
      <w:r>
        <w:t>•  ITD_ST13.Board_IT Innovation Strategy Canvas.doc</w:t>
      </w:r>
    </w:p>
    <w:p>
      <w:pPr>
        <w:pStyle w:val="FileName"/>
      </w:pPr>
      <w:r>
        <w:t>•  ITD_ST14.Sheet_IT Futurist Scenario Models.doc</w:t>
      </w:r>
    </w:p>
    <w:p>
      <w:pPr>
        <w:pStyle w:val="FileName"/>
      </w:pPr>
      <w:r>
        <w:t>•  ITD_ST15.Guide_Building a Culture of Innovation.doc</w:t>
      </w:r>
    </w:p>
    <w:p>
      <w:pPr>
        <w:pStyle w:val="FileName"/>
      </w:pPr>
      <w:r>
        <w:t>•  ITD_ST16.Dashboard_Strategic Foresight Indicators.doc</w:t>
      </w:r>
    </w:p>
    <w:p>
      <w:pPr>
        <w:pStyle w:val="FileName"/>
      </w:pPr>
      <w:r>
        <w:t>•  ITD_ST17.Template_IT Strategic Resilience Plan.doc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Strategy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