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Staff Management and Motivation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136 Templates   |   76 DOC   |   11 XLS   |   49 Unspecified extensions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ITD_SF01.Form_IT Staff Needs Assessment.xls</w:t>
      </w:r>
    </w:p>
    <w:p>
      <w:pPr>
        <w:pStyle w:val="FileName"/>
      </w:pPr>
      <w:r>
        <w:t>•  ITD_SF02.Guidance_IT Resource Interview Guide.xls</w:t>
      </w:r>
    </w:p>
    <w:p>
      <w:pPr>
        <w:pStyle w:val="FileName"/>
      </w:pPr>
      <w:r>
        <w:t>•  ITD_SF03.Guidance_New IT Staff Guidance.xls</w:t>
      </w:r>
    </w:p>
    <w:p>
      <w:pPr>
        <w:pStyle w:val="FileName"/>
      </w:pPr>
      <w:r>
        <w:t>•  ITD_SF04.Form_IT Recruitment Request Approval</w:t>
      </w:r>
    </w:p>
    <w:p>
      <w:pPr>
        <w:pStyle w:val="FileName"/>
      </w:pPr>
      <w:r>
        <w:t>•  ITD_SF05.Template_IT Job Posting Announcement</w:t>
      </w:r>
    </w:p>
    <w:p>
      <w:pPr>
        <w:pStyle w:val="FileName"/>
      </w:pPr>
      <w:r>
        <w:t>•  ITD_SF06.Form_Candidate Screening Checklist</w:t>
      </w:r>
    </w:p>
    <w:p>
      <w:pPr>
        <w:pStyle w:val="FileName"/>
      </w:pPr>
      <w:r>
        <w:t>•  ITD_SF07.Template_IT Interview Evaluation Form</w:t>
      </w:r>
    </w:p>
    <w:p>
      <w:pPr>
        <w:pStyle w:val="FileName"/>
      </w:pPr>
      <w:r>
        <w:t>•  ITD_SF08.Form_IT Candidate Shortlisting Matrix</w:t>
      </w:r>
    </w:p>
    <w:p>
      <w:pPr>
        <w:pStyle w:val="FileName"/>
      </w:pPr>
      <w:r>
        <w:t>•  ITD_SF09.Template_IT Job Offer Letter</w:t>
      </w:r>
    </w:p>
    <w:p>
      <w:pPr>
        <w:pStyle w:val="FileName"/>
      </w:pPr>
      <w:r>
        <w:t>•  ITD_SF10.Form_IT Onboarding Schedule</w:t>
      </w:r>
    </w:p>
    <w:p>
      <w:pPr>
        <w:pStyle w:val="FileName"/>
      </w:pPr>
      <w:r>
        <w:t>•  ITD_SF11.Checklist_IT Onboarding Preparation</w:t>
      </w:r>
    </w:p>
    <w:p>
      <w:pPr>
        <w:pStyle w:val="FileName"/>
      </w:pPr>
      <w:r>
        <w:t>•  ITD_SF12.Form_IT New Hire Equipment Allocation</w:t>
      </w:r>
    </w:p>
    <w:p>
      <w:pPr>
        <w:pStyle w:val="FileName"/>
      </w:pPr>
      <w:r>
        <w:t>•  ITD_SF13.Template_IT New Hire Orientation Plan</w:t>
      </w:r>
    </w:p>
    <w:p>
      <w:pPr>
        <w:pStyle w:val="FileName"/>
      </w:pPr>
      <w:r>
        <w:t>•  ITD_SF14.Form_Probation Period Objectives</w:t>
      </w:r>
    </w:p>
    <w:p>
      <w:pPr>
        <w:pStyle w:val="FileName"/>
      </w:pPr>
      <w:r>
        <w:t>•  ITD_SF15.Guide_New Hire Communication Protocol</w:t>
      </w:r>
    </w:p>
    <w:p>
      <w:pPr>
        <w:pStyle w:val="FileName"/>
      </w:pPr>
      <w:r>
        <w:t>•  ITD_SF16.Form_IT Department Welcome Memo</w:t>
      </w:r>
    </w:p>
    <w:p>
      <w:pPr>
        <w:pStyle w:val="FileName"/>
      </w:pPr>
      <w:r>
        <w:t>•  ITD_SF17.Template_New Hire Feedback Form (Week 1)</w:t>
      </w:r>
    </w:p>
    <w:p>
      <w:pPr>
        <w:pStyle w:val="FileName"/>
      </w:pPr>
      <w:r>
        <w:t>•  ITD_SF18.Form_IT Recruitment KPI Tracker</w:t>
      </w:r>
    </w:p>
    <w:p>
      <w:pPr>
        <w:pStyle w:val="FileName"/>
      </w:pPr>
      <w:r>
        <w:t>•  ITD_SF19.Log_IT Talent Pool Database</w:t>
      </w:r>
    </w:p>
    <w:p>
      <w:pPr>
        <w:pStyle w:val="FileName"/>
      </w:pPr>
      <w:r>
        <w:t>•  ITD_SF01.Sample_Help Desk Job Description.doc</w:t>
      </w:r>
    </w:p>
    <w:p>
      <w:pPr>
        <w:pStyle w:val="FileName"/>
      </w:pPr>
      <w:r>
        <w:t>•  ITD_SF02.Sample_IT Administrator Job Description.doc</w:t>
      </w:r>
    </w:p>
    <w:p>
      <w:pPr>
        <w:pStyle w:val="FileName"/>
      </w:pPr>
      <w:r>
        <w:t>•  ITD_SF03.Sample_Systems Supervisor Job Description.doc</w:t>
      </w:r>
    </w:p>
    <w:p>
      <w:pPr>
        <w:pStyle w:val="FileName"/>
      </w:pPr>
      <w:r>
        <w:t>•  ITD_SF04.Sample_Applications Programmer Job Description.doc</w:t>
      </w:r>
    </w:p>
    <w:p>
      <w:pPr>
        <w:pStyle w:val="FileName"/>
      </w:pPr>
      <w:r>
        <w:t>•  ITD_SF05.Sample_IT Manager CIO Job Description.doc</w:t>
      </w:r>
    </w:p>
    <w:p>
      <w:pPr>
        <w:pStyle w:val="FileName"/>
      </w:pPr>
      <w:r>
        <w:t>•  ITD_SF06.Template_DevOps Engineer Job Description</w:t>
      </w:r>
    </w:p>
    <w:p>
      <w:pPr>
        <w:pStyle w:val="FileName"/>
      </w:pPr>
      <w:r>
        <w:t>•  ITD_SF07.Template_Network Engineer Job Description</w:t>
      </w:r>
    </w:p>
    <w:p>
      <w:pPr>
        <w:pStyle w:val="FileName"/>
      </w:pPr>
      <w:r>
        <w:t>•  ITD_SF08.Template_IT Security Officer Job Description</w:t>
      </w:r>
    </w:p>
    <w:p>
      <w:pPr>
        <w:pStyle w:val="FileName"/>
      </w:pPr>
      <w:r>
        <w:t>•  ITD_SF09.Template_Data Analyst Job Description</w:t>
      </w:r>
    </w:p>
    <w:p>
      <w:pPr>
        <w:pStyle w:val="FileName"/>
      </w:pPr>
      <w:r>
        <w:t>•  ITD_SF10.Template_Database Administrator Job Description</w:t>
      </w:r>
    </w:p>
    <w:p>
      <w:pPr>
        <w:pStyle w:val="FileName"/>
      </w:pPr>
      <w:r>
        <w:t>•  ITD_SF11.Template_IT Project Manager Job Description</w:t>
      </w:r>
    </w:p>
    <w:p>
      <w:pPr>
        <w:pStyle w:val="FileName"/>
      </w:pPr>
      <w:r>
        <w:t>•  ITD_SF12.Template_Software QA Tester Job Description</w:t>
      </w:r>
    </w:p>
    <w:p>
      <w:pPr>
        <w:pStyle w:val="FileName"/>
      </w:pPr>
      <w:r>
        <w:t>•  ITD_SF13.Template_Cloud Architect Job Description</w:t>
      </w:r>
    </w:p>
    <w:p>
      <w:pPr>
        <w:pStyle w:val="FileName"/>
      </w:pPr>
      <w:r>
        <w:t>•  ITD_SF14.Template_AI/ML Engineer Job Description</w:t>
      </w:r>
    </w:p>
    <w:p>
      <w:pPr>
        <w:pStyle w:val="FileName"/>
      </w:pPr>
      <w:r>
        <w:t>•  ITD_SF15.Template_Business Analyst Job Description</w:t>
      </w:r>
    </w:p>
    <w:p>
      <w:pPr>
        <w:pStyle w:val="FileName"/>
      </w:pPr>
      <w:r>
        <w:t>•  ITD_SF16.Template_IT Governance Officer Job Description</w:t>
      </w:r>
    </w:p>
    <w:p>
      <w:pPr>
        <w:pStyle w:val="FileName"/>
      </w:pPr>
      <w:r>
        <w:t>•  ITD_SF17.Template_IT Compliance Officer Job Description</w:t>
      </w:r>
    </w:p>
    <w:p>
      <w:pPr>
        <w:pStyle w:val="FileName"/>
      </w:pPr>
      <w:r>
        <w:t>•  ITD_SF18.Template_IT Asset Manager Job Description</w:t>
      </w:r>
    </w:p>
    <w:p>
      <w:pPr>
        <w:pStyle w:val="FileName"/>
      </w:pPr>
      <w:r>
        <w:t>•  ITD_SF19.Template_IT Support Supervisor Job Description</w:t>
      </w:r>
    </w:p>
    <w:p>
      <w:pPr>
        <w:pStyle w:val="FileName"/>
      </w:pPr>
      <w:r>
        <w:t>•  ITD_SF20.Template_L2 &amp; L3 IT Support Job Description</w:t>
      </w:r>
    </w:p>
    <w:p>
      <w:pPr>
        <w:pStyle w:val="FileName"/>
      </w:pPr>
      <w:r>
        <w:t>•  ITD_SF21.Template_IT Intern Job Description</w:t>
      </w:r>
    </w:p>
    <w:p>
      <w:pPr>
        <w:pStyle w:val="FileName"/>
      </w:pPr>
      <w:r>
        <w:t>•  ITD_SF22.Template_Role-Based Access Analyst Job Description</w:t>
      </w:r>
    </w:p>
    <w:p>
      <w:pPr>
        <w:pStyle w:val="FileName"/>
      </w:pPr>
      <w:r>
        <w:t>•  ITD_SF01.Form_IT Staff Profile.xls</w:t>
      </w:r>
    </w:p>
    <w:p>
      <w:pPr>
        <w:pStyle w:val="FileName"/>
      </w:pPr>
      <w:r>
        <w:t>•  ITD_SF02.Form_IT Employee Skills Matrix Chart.xls</w:t>
      </w:r>
    </w:p>
    <w:p>
      <w:pPr>
        <w:pStyle w:val="FileName"/>
      </w:pPr>
      <w:r>
        <w:t>•  ITD_SF03.Flowchart_IT Career Roadmap.xls</w:t>
      </w:r>
    </w:p>
    <w:p>
      <w:pPr>
        <w:pStyle w:val="FileName"/>
      </w:pPr>
      <w:r>
        <w:t>•  ITD_SF04.Form_IT Employee Development Plan.doc</w:t>
      </w:r>
    </w:p>
    <w:p>
      <w:pPr>
        <w:pStyle w:val="FileName"/>
      </w:pPr>
      <w:r>
        <w:t>•  ITD_SF05.Form_IT Employee Training Plan.xls</w:t>
      </w:r>
    </w:p>
    <w:p>
      <w:pPr>
        <w:pStyle w:val="FileName"/>
      </w:pPr>
      <w:r>
        <w:t>•  ITD_SF06.Form_IT Staff Promotion.xls</w:t>
      </w:r>
    </w:p>
    <w:p>
      <w:pPr>
        <w:pStyle w:val="FileName"/>
      </w:pPr>
      <w:r>
        <w:t>•  ITD_SF07.Form_IT Staff Warning.xls</w:t>
      </w:r>
    </w:p>
    <w:p>
      <w:pPr>
        <w:pStyle w:val="FileName"/>
      </w:pPr>
      <w:r>
        <w:t>•  ITD_SF08.Chart_IT Technical vs Management Track</w:t>
      </w:r>
    </w:p>
    <w:p>
      <w:pPr>
        <w:pStyle w:val="FileName"/>
      </w:pPr>
      <w:r>
        <w:t>•  ITD_SF09.Template_IT Certification Pathway Tracker</w:t>
      </w:r>
    </w:p>
    <w:p>
      <w:pPr>
        <w:pStyle w:val="FileName"/>
      </w:pPr>
      <w:r>
        <w:t>•  ITD_SF10.Guide_IT Competency Level Definition</w:t>
      </w:r>
    </w:p>
    <w:p>
      <w:pPr>
        <w:pStyle w:val="FileName"/>
      </w:pPr>
      <w:r>
        <w:t>•  ITD_SF11.Matrix_IT Career Milestone Framework</w:t>
      </w:r>
    </w:p>
    <w:p>
      <w:pPr>
        <w:pStyle w:val="FileName"/>
      </w:pPr>
      <w:r>
        <w:t>•  ITD_SF12.Template_IT Cross-Training Tracker</w:t>
      </w:r>
    </w:p>
    <w:p>
      <w:pPr>
        <w:pStyle w:val="FileName"/>
      </w:pPr>
      <w:r>
        <w:t>•  ITD_SF13.Form_IT Skills Self-Assessment</w:t>
      </w:r>
    </w:p>
    <w:p>
      <w:pPr>
        <w:pStyle w:val="FileName"/>
      </w:pPr>
      <w:r>
        <w:t>•  ITD_SF14.Form_IT Mentorship Assignment Sheet</w:t>
      </w:r>
    </w:p>
    <w:p>
      <w:pPr>
        <w:pStyle w:val="FileName"/>
      </w:pPr>
      <w:r>
        <w:t>•  ITD_SF15.Template_IT Promotion Review Committee</w:t>
      </w:r>
    </w:p>
    <w:p>
      <w:pPr>
        <w:pStyle w:val="FileName"/>
      </w:pPr>
      <w:r>
        <w:t>•  ITD_SF16.Form_IT Talent Development Tracker</w:t>
      </w:r>
    </w:p>
    <w:p>
      <w:pPr>
        <w:pStyle w:val="FileName"/>
      </w:pPr>
      <w:r>
        <w:t>•  ITD_SF17.Chart_IT Dual Career Ladder</w:t>
      </w:r>
    </w:p>
    <w:p>
      <w:pPr>
        <w:pStyle w:val="FileName"/>
      </w:pPr>
      <w:r>
        <w:t>•  ITD_SF18.Checklist_IT Individual Development Plan</w:t>
      </w:r>
    </w:p>
    <w:p>
      <w:pPr>
        <w:pStyle w:val="FileName"/>
      </w:pPr>
      <w:r>
        <w:t>•  ITD_SF19.Template_IT Career Coaching Plan</w:t>
      </w:r>
    </w:p>
    <w:p>
      <w:pPr>
        <w:pStyle w:val="FileName"/>
      </w:pPr>
      <w:r>
        <w:t>•  ITD_SF20.Form_IT Rotation Program Schedule</w:t>
      </w:r>
    </w:p>
    <w:p>
      <w:pPr>
        <w:pStyle w:val="FileName"/>
      </w:pPr>
      <w:r>
        <w:t>•  ITD_SF21.Template_IT Staff Long-Term Planning</w:t>
      </w:r>
    </w:p>
    <w:p>
      <w:pPr>
        <w:pStyle w:val="FileName"/>
      </w:pPr>
      <w:r>
        <w:t>•  ITD_SF22.Guide_Aligning IT Skills with Business Goals</w:t>
      </w:r>
    </w:p>
    <w:p>
      <w:pPr>
        <w:pStyle w:val="FileName"/>
      </w:pPr>
      <w:r>
        <w:t>•  ITD_SF23.Template_IT Succession Plan Roadmap</w:t>
      </w:r>
    </w:p>
    <w:p>
      <w:pPr>
        <w:pStyle w:val="FileName"/>
      </w:pPr>
      <w:r>
        <w:t>•  ITD_SF01.Form_IT Services Desk Performance Self Assessment.doc</w:t>
      </w:r>
    </w:p>
    <w:p>
      <w:pPr>
        <w:pStyle w:val="FileName"/>
      </w:pPr>
      <w:r>
        <w:t>•  ITD_SF02.Form_IT Support Performance Self Assessment.doc</w:t>
      </w:r>
    </w:p>
    <w:p>
      <w:pPr>
        <w:pStyle w:val="FileName"/>
      </w:pPr>
      <w:r>
        <w:t>•  ITD_SF03.Form_IT Manager-CIO-CTO Self Assessment.xls</w:t>
      </w:r>
    </w:p>
    <w:p>
      <w:pPr>
        <w:pStyle w:val="FileName"/>
      </w:pPr>
      <w:r>
        <w:t>•  ITD_SF04.Form_IT Staff Performance Review.doc</w:t>
      </w:r>
    </w:p>
    <w:p>
      <w:pPr>
        <w:pStyle w:val="FileName"/>
      </w:pPr>
      <w:r>
        <w:t>•  ITD_SF05.Form_IT Probationary Management Employee Performance Review.doc</w:t>
      </w:r>
    </w:p>
    <w:p>
      <w:pPr>
        <w:pStyle w:val="FileName"/>
      </w:pPr>
      <w:r>
        <w:t>•  ITD_SF06.Form_IT Annual KPI Scorecard.doc</w:t>
      </w:r>
    </w:p>
    <w:p>
      <w:pPr>
        <w:pStyle w:val="FileName"/>
      </w:pPr>
      <w:r>
        <w:t>•  ITD_SF07.Form_IT Manager Feedback Report.doc</w:t>
      </w:r>
    </w:p>
    <w:p>
      <w:pPr>
        <w:pStyle w:val="FileName"/>
      </w:pPr>
      <w:r>
        <w:t>•  ITD_SF08.Template_IT Peer Review Form.doc</w:t>
      </w:r>
    </w:p>
    <w:p>
      <w:pPr>
        <w:pStyle w:val="FileName"/>
      </w:pPr>
      <w:r>
        <w:t>•  ITD_SF09.Template_360 IT Feedback Survey.doc</w:t>
      </w:r>
    </w:p>
    <w:p>
      <w:pPr>
        <w:pStyle w:val="FileName"/>
      </w:pPr>
      <w:r>
        <w:t>•  ITD_SF10.Form_IT Bonus Eligibility Evaluation.doc</w:t>
      </w:r>
    </w:p>
    <w:p>
      <w:pPr>
        <w:pStyle w:val="FileName"/>
      </w:pPr>
      <w:r>
        <w:t>•  ITD_SF11.Matrix_IT Performance vs Training Needs.doc</w:t>
      </w:r>
    </w:p>
    <w:p>
      <w:pPr>
        <w:pStyle w:val="FileName"/>
      </w:pPr>
      <w:r>
        <w:t>•  ITD_SF12.Form_IT SMART Goal Tracker.doc</w:t>
      </w:r>
    </w:p>
    <w:p>
      <w:pPr>
        <w:pStyle w:val="FileName"/>
      </w:pPr>
      <w:r>
        <w:t>•  ITD_SF13.Template_IT Employee Recognition Nomination.doc</w:t>
      </w:r>
    </w:p>
    <w:p>
      <w:pPr>
        <w:pStyle w:val="FileName"/>
      </w:pPr>
      <w:r>
        <w:t>•  ITD_SF14.Report_IT Team Performance Summary.doc</w:t>
      </w:r>
    </w:p>
    <w:p>
      <w:pPr>
        <w:pStyle w:val="FileName"/>
      </w:pPr>
      <w:r>
        <w:t>•  ITD_SF15.Template_IT Monthly Objectives Tracker.doc</w:t>
      </w:r>
    </w:p>
    <w:p>
      <w:pPr>
        <w:pStyle w:val="FileName"/>
      </w:pPr>
      <w:r>
        <w:t>•  ITD_SF16.Template_IT Critical Incidents Review.doc</w:t>
      </w:r>
    </w:p>
    <w:p>
      <w:pPr>
        <w:pStyle w:val="FileName"/>
      </w:pPr>
      <w:r>
        <w:t>•  ITD_SF17.Form_IT Innovation Contribution Log.doc</w:t>
      </w:r>
    </w:p>
    <w:p>
      <w:pPr>
        <w:pStyle w:val="FileName"/>
      </w:pPr>
      <w:r>
        <w:t>•  ITD_SF18.Form_IT SLA Compliance Review.doc</w:t>
      </w:r>
    </w:p>
    <w:p>
      <w:pPr>
        <w:pStyle w:val="FileName"/>
      </w:pPr>
      <w:r>
        <w:t>•  ITD_SF19.Template_IT Conflict Resolution Tracker.doc</w:t>
      </w:r>
    </w:p>
    <w:p>
      <w:pPr>
        <w:pStyle w:val="FileName"/>
      </w:pPr>
      <w:r>
        <w:t>•  ITD_SF20.Form_IT Leadership Competency Scorecard.doc</w:t>
      </w:r>
    </w:p>
    <w:p>
      <w:pPr>
        <w:pStyle w:val="FileName"/>
      </w:pPr>
      <w:r>
        <w:t>•  ITD_SF21.Template_IT Behavior Evaluation Form.doc</w:t>
      </w:r>
    </w:p>
    <w:p>
      <w:pPr>
        <w:pStyle w:val="FileName"/>
      </w:pPr>
      <w:r>
        <w:t>•  ITD_SF01.Form_IT Tasks Transfer Checklist.xls</w:t>
      </w:r>
    </w:p>
    <w:p>
      <w:pPr>
        <w:pStyle w:val="FileName"/>
      </w:pPr>
      <w:r>
        <w:t>•  ITD_SF02.Checklist_IT Employee Resignation.doc</w:t>
      </w:r>
    </w:p>
    <w:p>
      <w:pPr>
        <w:pStyle w:val="FileName"/>
      </w:pPr>
      <w:r>
        <w:t>•  ITD_SF03.Form_IT Exit Interview.doc</w:t>
      </w:r>
    </w:p>
    <w:p>
      <w:pPr>
        <w:pStyle w:val="FileName"/>
      </w:pPr>
      <w:r>
        <w:t>•  ITD_SF04.Form_IT Knowledge Transfer Log.doc</w:t>
      </w:r>
    </w:p>
    <w:p>
      <w:pPr>
        <w:pStyle w:val="FileName"/>
      </w:pPr>
      <w:r>
        <w:t>•  ITD_SF05.Template_IT Final Work Summary Report.doc</w:t>
      </w:r>
    </w:p>
    <w:p>
      <w:pPr>
        <w:pStyle w:val="FileName"/>
      </w:pPr>
      <w:r>
        <w:t>•  ITD_SF06.Form_IT Asset Return Checklist.doc</w:t>
      </w:r>
    </w:p>
    <w:p>
      <w:pPr>
        <w:pStyle w:val="FileName"/>
      </w:pPr>
      <w:r>
        <w:t>•  ITD_SF07.Form_IT User Account Deactivation.doc</w:t>
      </w:r>
    </w:p>
    <w:p>
      <w:pPr>
        <w:pStyle w:val="FileName"/>
      </w:pPr>
      <w:r>
        <w:t>•  ITD_SF08.Template_IT Resignation Acknowledgment Letter.doc</w:t>
      </w:r>
    </w:p>
    <w:p>
      <w:pPr>
        <w:pStyle w:val="FileName"/>
      </w:pPr>
      <w:r>
        <w:t>•  ITD_SF09.Form_IT Role Handover Plan.doc</w:t>
      </w:r>
    </w:p>
    <w:p>
      <w:pPr>
        <w:pStyle w:val="FileName"/>
      </w:pPr>
      <w:r>
        <w:t>•  ITD_SF10.Template_IT Resignation Root Cause Report.doc</w:t>
      </w:r>
    </w:p>
    <w:p>
      <w:pPr>
        <w:pStyle w:val="FileName"/>
      </w:pPr>
      <w:r>
        <w:t>•  ITD_SF11.Form_IT Staff Exit Feedback Survey.doc</w:t>
      </w:r>
    </w:p>
    <w:p>
      <w:pPr>
        <w:pStyle w:val="FileName"/>
      </w:pPr>
      <w:r>
        <w:t>•  ITD_SF12.Checklist_IT Data Access Revocation.doc</w:t>
      </w:r>
    </w:p>
    <w:p>
      <w:pPr>
        <w:pStyle w:val="FileName"/>
      </w:pPr>
      <w:r>
        <w:t>•  ITD_SF13.Form_IT Exit Clearance Sign-Off.doc</w:t>
      </w:r>
    </w:p>
    <w:p>
      <w:pPr>
        <w:pStyle w:val="FileName"/>
      </w:pPr>
      <w:r>
        <w:t>•  ITD_SF14.Log_IT Resignation Trend Analysis.doc</w:t>
      </w:r>
    </w:p>
    <w:p>
      <w:pPr>
        <w:pStyle w:val="FileName"/>
      </w:pPr>
      <w:r>
        <w:t>•  ITD_SF15.Template_IT Replacement Justification.doc</w:t>
      </w:r>
    </w:p>
    <w:p>
      <w:pPr>
        <w:pStyle w:val="FileName"/>
      </w:pPr>
      <w:r>
        <w:t>•  ITD_SF16.Form_IT Notification to Stakeholders.doc</w:t>
      </w:r>
    </w:p>
    <w:p>
      <w:pPr>
        <w:pStyle w:val="FileName"/>
      </w:pPr>
      <w:r>
        <w:t>•  ITD_SF17.Template_IT Farewell Communication Draft.doc</w:t>
      </w:r>
    </w:p>
    <w:p>
      <w:pPr>
        <w:pStyle w:val="FileName"/>
      </w:pPr>
      <w:r>
        <w:t>•  ITD_SF18.Guide_IT Handover Best Practices.doc</w:t>
      </w:r>
    </w:p>
    <w:p>
      <w:pPr>
        <w:pStyle w:val="FileName"/>
      </w:pPr>
      <w:r>
        <w:t>•  ITD_SF01.Plan_IT Annual Workforce Planning.doc</w:t>
      </w:r>
    </w:p>
    <w:p>
      <w:pPr>
        <w:pStyle w:val="FileName"/>
      </w:pPr>
      <w:r>
        <w:t>•  ITD_SF02.Matrix_IT Team Capacity vs Demand.doc</w:t>
      </w:r>
    </w:p>
    <w:p>
      <w:pPr>
        <w:pStyle w:val="FileName"/>
      </w:pPr>
      <w:r>
        <w:t>•  ITD_SF03.Form_IT Resource Allocation Request.doc</w:t>
      </w:r>
    </w:p>
    <w:p>
      <w:pPr>
        <w:pStyle w:val="FileName"/>
      </w:pPr>
      <w:r>
        <w:t>•  ITD_SF04.Chart_IT Department Headcount Forecast.doc</w:t>
      </w:r>
    </w:p>
    <w:p>
      <w:pPr>
        <w:pStyle w:val="FileName"/>
      </w:pPr>
      <w:r>
        <w:t>•  ITD_SF05.Form_IT Project Staffing Sheet.doc</w:t>
      </w:r>
    </w:p>
    <w:p>
      <w:pPr>
        <w:pStyle w:val="FileName"/>
      </w:pPr>
      <w:r>
        <w:t>•  ITD_SF06.Template_IT Resource Utilization Tracker.doc</w:t>
      </w:r>
    </w:p>
    <w:p>
      <w:pPr>
        <w:pStyle w:val="FileName"/>
      </w:pPr>
      <w:r>
        <w:t>•  ITD_SF07.Plan_IT Cross-Functional Assignment.doc</w:t>
      </w:r>
    </w:p>
    <w:p>
      <w:pPr>
        <w:pStyle w:val="FileName"/>
      </w:pPr>
      <w:r>
        <w:t>•  ITD_SF08.Template_IT Task vs Skill Allocation.doc</w:t>
      </w:r>
    </w:p>
    <w:p>
      <w:pPr>
        <w:pStyle w:val="FileName"/>
      </w:pPr>
      <w:r>
        <w:t>•  ITD_SF09.Template_IT Outsourcing Justification.doc</w:t>
      </w:r>
    </w:p>
    <w:p>
      <w:pPr>
        <w:pStyle w:val="FileName"/>
      </w:pPr>
      <w:r>
        <w:t>•  ITD_SF10.Chart_IT Team vs Project Dependency Map.doc</w:t>
      </w:r>
    </w:p>
    <w:p>
      <w:pPr>
        <w:pStyle w:val="FileName"/>
      </w:pPr>
      <w:r>
        <w:t>•  ITD_SF11.Form_IT Role Overlap Analysis.doc</w:t>
      </w:r>
    </w:p>
    <w:p>
      <w:pPr>
        <w:pStyle w:val="FileName"/>
      </w:pPr>
      <w:r>
        <w:t>•  ITD_SF12.Template_Shared Services Resource Plan.doc</w:t>
      </w:r>
    </w:p>
    <w:p>
      <w:pPr>
        <w:pStyle w:val="FileName"/>
      </w:pPr>
      <w:r>
        <w:t>•  ITD_SF13.Matrix_IT Backfill Readiness Table.doc</w:t>
      </w:r>
    </w:p>
    <w:p>
      <w:pPr>
        <w:pStyle w:val="FileName"/>
      </w:pPr>
      <w:r>
        <w:t>•  ITD_SF14.Plan_IT Overtime Forecasting.doc</w:t>
      </w:r>
    </w:p>
    <w:p>
      <w:pPr>
        <w:pStyle w:val="FileName"/>
      </w:pPr>
      <w:r>
        <w:t>•  ITD_SF15.Template_IT Workforce Cost Projection.doc</w:t>
      </w:r>
    </w:p>
    <w:p>
      <w:pPr>
        <w:pStyle w:val="FileName"/>
      </w:pPr>
      <w:r>
        <w:t>•  ITD_SF16.Log_IT Skill Bottleneck Register.doc</w:t>
      </w:r>
    </w:p>
    <w:p>
      <w:pPr>
        <w:pStyle w:val="FileName"/>
      </w:pPr>
      <w:r>
        <w:t>•  ITD_SF17.Report_IT FTE Optimization Summary.doc</w:t>
      </w:r>
    </w:p>
    <w:p>
      <w:pPr>
        <w:pStyle w:val="FileName"/>
      </w:pPr>
      <w:r>
        <w:t>•  ITD_SF01.Form_IT Staff Engagement Survey.doc</w:t>
      </w:r>
    </w:p>
    <w:p>
      <w:pPr>
        <w:pStyle w:val="FileName"/>
      </w:pPr>
      <w:r>
        <w:t>•  ITD_SF02.Template_IT Team Building Activity Plan.doc</w:t>
      </w:r>
    </w:p>
    <w:p>
      <w:pPr>
        <w:pStyle w:val="FileName"/>
      </w:pPr>
      <w:r>
        <w:t>•  ITD_SF03.Template_IT Monthly Kudos Board.doc</w:t>
      </w:r>
    </w:p>
    <w:p>
      <w:pPr>
        <w:pStyle w:val="FileName"/>
      </w:pPr>
      <w:r>
        <w:t>•  ITD_SF04.Form_IT Internal Communication Tracker.doc</w:t>
      </w:r>
    </w:p>
    <w:p>
      <w:pPr>
        <w:pStyle w:val="FileName"/>
      </w:pPr>
      <w:r>
        <w:t>•  ITD_SF05.Guide_IT Recognition Framework.doc</w:t>
      </w:r>
    </w:p>
    <w:p>
      <w:pPr>
        <w:pStyle w:val="FileName"/>
      </w:pPr>
      <w:r>
        <w:t>•  ITD_SF06.Template_IT Birthday &amp; Milestone Calendar.doc</w:t>
      </w:r>
    </w:p>
    <w:p>
      <w:pPr>
        <w:pStyle w:val="FileName"/>
      </w:pPr>
      <w:r>
        <w:t>•  ITD_SF07.Form_IT Employee Wellbeing Check.doc</w:t>
      </w:r>
    </w:p>
    <w:p>
      <w:pPr>
        <w:pStyle w:val="FileName"/>
      </w:pPr>
      <w:r>
        <w:t>•  ITD_SF08.Template_IT Internal Newsletter Format.doc</w:t>
      </w:r>
    </w:p>
    <w:p>
      <w:pPr>
        <w:pStyle w:val="FileName"/>
      </w:pPr>
      <w:r>
        <w:t>•  ITD_SF09.Form_IT Grievance Log.doc</w:t>
      </w:r>
    </w:p>
    <w:p>
      <w:pPr>
        <w:pStyle w:val="FileName"/>
      </w:pPr>
      <w:r>
        <w:t>•  ITD_SF10.Template_IT Conflict Escalation Workflow.doc</w:t>
      </w:r>
    </w:p>
    <w:p>
      <w:pPr>
        <w:pStyle w:val="FileName"/>
      </w:pPr>
      <w:r>
        <w:t>•  ITD_SF11.Checklist_IT Inclusivity &amp; Diversity Tracker.doc</w:t>
      </w:r>
    </w:p>
    <w:p>
      <w:pPr>
        <w:pStyle w:val="FileName"/>
      </w:pPr>
      <w:r>
        <w:t>•  ITD_SF12.Template_IT Annual Satisfaction Report.doc</w:t>
      </w:r>
    </w:p>
    <w:p>
      <w:pPr>
        <w:pStyle w:val="FileName"/>
      </w:pPr>
      <w:r>
        <w:t>•  ITD_SF13.Form_IT Department Celebration Plan.doc</w:t>
      </w:r>
    </w:p>
    <w:p>
      <w:pPr>
        <w:pStyle w:val="FileName"/>
      </w:pPr>
      <w:r>
        <w:t>•  ITD_SF14.Template_IT Mental Health Support List.doc</w:t>
      </w:r>
    </w:p>
    <w:p>
      <w:pPr>
        <w:pStyle w:val="FileName"/>
      </w:pPr>
      <w:r>
        <w:t>•  ITD_SF15.Guide_IT Remote Work Engagement Tips.doc</w:t>
      </w:r>
    </w:p>
    <w:p>
      <w:pPr>
        <w:pStyle w:val="FileName"/>
      </w:pPr>
      <w:r>
        <w:t>•  ITD_SF16.Template_IT Morale Pulse Survey.doc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Manager | Staff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