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Server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62 Templates   |   57 DOC   |   4 XLS   |   1 Unspecified extensions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ITD_SV01_Work List Installing Server.doc</w:t>
      </w:r>
    </w:p>
    <w:p>
      <w:pPr>
        <w:pStyle w:val="FileName"/>
      </w:pPr>
      <w:r>
        <w:t>•  ITD_SV02_Work List_Protect Server Safety.doc</w:t>
      </w:r>
    </w:p>
    <w:p>
      <w:pPr>
        <w:pStyle w:val="FileName"/>
      </w:pPr>
      <w:r>
        <w:t>•  ITD_SV03_Checklist_Server Configuration Requirements.doc</w:t>
      </w:r>
    </w:p>
    <w:p>
      <w:pPr>
        <w:pStyle w:val="FileName"/>
      </w:pPr>
      <w:r>
        <w:t>•  ITD_SV04_Work List_Implementation Server.xls</w:t>
      </w:r>
    </w:p>
    <w:p>
      <w:pPr>
        <w:pStyle w:val="FileName"/>
      </w:pPr>
      <w:r>
        <w:t>•  ITD_SV05_Guidance_Windows Server and Linux Installation.doc</w:t>
      </w:r>
    </w:p>
    <w:p>
      <w:pPr>
        <w:pStyle w:val="FileName"/>
      </w:pPr>
      <w:r>
        <w:t>•  ITD_SV06_Guidance_Server Security.doc</w:t>
      </w:r>
    </w:p>
    <w:p>
      <w:pPr>
        <w:pStyle w:val="FileName"/>
      </w:pPr>
      <w:r>
        <w:t>•  ITD_SV07_Guidance_Windows Server Installation.doc</w:t>
      </w:r>
    </w:p>
    <w:p>
      <w:pPr>
        <w:pStyle w:val="FileName"/>
      </w:pPr>
      <w:r>
        <w:t>•  ITD_SV08_Email Server Installation Plan.doc</w:t>
      </w:r>
    </w:p>
    <w:p>
      <w:pPr>
        <w:pStyle w:val="FileName"/>
      </w:pPr>
      <w:r>
        <w:t>•  ITD_SV09_Windows Server Installing Plan.doc</w:t>
      </w:r>
    </w:p>
    <w:p>
      <w:pPr>
        <w:pStyle w:val="FileName"/>
      </w:pPr>
      <w:r>
        <w:t>•  ITD_SV10_Server Upgrading Plan.doc</w:t>
      </w:r>
    </w:p>
    <w:p>
      <w:pPr>
        <w:pStyle w:val="FileName"/>
      </w:pPr>
      <w:r>
        <w:t>•  ITD_SV11_Windows Server Upgrading Plan.doc</w:t>
      </w:r>
    </w:p>
    <w:p>
      <w:pPr>
        <w:pStyle w:val="FileName"/>
      </w:pPr>
      <w:r>
        <w:t>•  ITD_SV12_Server Map Installation.doc</w:t>
      </w:r>
    </w:p>
    <w:p>
      <w:pPr>
        <w:pStyle w:val="FileName"/>
      </w:pPr>
      <w:r>
        <w:t>•  ITD_SV13_Server Infrastructure Asset Profile.xls</w:t>
      </w:r>
    </w:p>
    <w:p>
      <w:pPr>
        <w:pStyle w:val="FileName"/>
      </w:pPr>
      <w:r>
        <w:t>•  ITD_SV14_Windows Server Configuration Procedure.doc</w:t>
      </w:r>
    </w:p>
    <w:p>
      <w:pPr>
        <w:pStyle w:val="FileName"/>
      </w:pPr>
      <w:r>
        <w:t>•  ITD_SV15_Template_New_Server_Hardware_Setup_and_Inspection.doc</w:t>
      </w:r>
    </w:p>
    <w:p>
      <w:pPr>
        <w:pStyle w:val="FileName"/>
      </w:pPr>
      <w:r>
        <w:t>•  ITD_SV16_Template_Virtualization_Server_Deployment.doc</w:t>
      </w:r>
    </w:p>
    <w:p>
      <w:pPr>
        <w:pStyle w:val="FileName"/>
      </w:pPr>
      <w:r>
        <w:t>•  ITD_SV17_Template_Server_Migration_Plan.doc</w:t>
      </w:r>
    </w:p>
    <w:p>
      <w:pPr>
        <w:pStyle w:val="FileName"/>
      </w:pPr>
      <w:r>
        <w:t>•  ITD_SV18_Template_Cloud_Server_Configuration.doc</w:t>
      </w:r>
    </w:p>
    <w:p>
      <w:pPr>
        <w:pStyle w:val="FileName"/>
      </w:pPr>
      <w:r>
        <w:t>•  ITD_SV01_Server Security Monitoring Weekly.xls</w:t>
      </w:r>
    </w:p>
    <w:p>
      <w:pPr>
        <w:pStyle w:val="FileName"/>
      </w:pPr>
      <w:r>
        <w:t>•  ITD_SV02_Work List_ IT Infrastructure Maintenance.doc</w:t>
      </w:r>
    </w:p>
    <w:p>
      <w:pPr>
        <w:pStyle w:val="FileName"/>
      </w:pPr>
      <w:r>
        <w:t>•  ITD_SV03_ Problem Server Restore Preparation.doc</w:t>
      </w:r>
    </w:p>
    <w:p>
      <w:pPr>
        <w:pStyle w:val="FileName"/>
      </w:pPr>
      <w:r>
        <w:t>•  ITD_SV04_Work List_Computer Network Maintenance.doc</w:t>
      </w:r>
    </w:p>
    <w:p>
      <w:pPr>
        <w:pStyle w:val="FileName"/>
      </w:pPr>
      <w:r>
        <w:t>•  ITD_SV05_Work List_Server Infrastruture Maintenance.doc</w:t>
      </w:r>
    </w:p>
    <w:p>
      <w:pPr>
        <w:pStyle w:val="FileName"/>
      </w:pPr>
      <w:r>
        <w:t>•  ITD_SV06_Work List_Windows Server Maintenance.doc</w:t>
      </w:r>
    </w:p>
    <w:p>
      <w:pPr>
        <w:pStyle w:val="FileName"/>
      </w:pPr>
      <w:r>
        <w:t>•  ITD_SV07_Work List_IT Infrastructure Mornitoring Daily.doc</w:t>
      </w:r>
    </w:p>
    <w:p>
      <w:pPr>
        <w:pStyle w:val="FileName"/>
      </w:pPr>
      <w:r>
        <w:t>•  ITD_SV08_Work List_Server Room Operation Mornitoring.doc</w:t>
      </w:r>
    </w:p>
    <w:p>
      <w:pPr>
        <w:pStyle w:val="FileName"/>
      </w:pPr>
      <w:r>
        <w:t>•  ITD_SV09_Checklist_Server Operation Daily.doc</w:t>
      </w:r>
    </w:p>
    <w:p>
      <w:pPr>
        <w:pStyle w:val="FileName"/>
      </w:pPr>
      <w:r>
        <w:t>•  ITD_SV10_Checklist_Server Operation Weekly.doc</w:t>
      </w:r>
    </w:p>
    <w:p>
      <w:pPr>
        <w:pStyle w:val="FileName"/>
      </w:pPr>
      <w:r>
        <w:t>•  ITD_SV11_Checklist_Server Operation Monthy.doc</w:t>
      </w:r>
    </w:p>
    <w:p>
      <w:pPr>
        <w:pStyle w:val="FileName"/>
      </w:pPr>
      <w:r>
        <w:t>•  ITD_SV12_Checklist_SQL Server Security.doc</w:t>
      </w:r>
    </w:p>
    <w:p>
      <w:pPr>
        <w:pStyle w:val="FileName"/>
      </w:pPr>
      <w:r>
        <w:t>•  ITD_SV13_Checklist_Server Room Operation Daily.doc</w:t>
      </w:r>
    </w:p>
    <w:p>
      <w:pPr>
        <w:pStyle w:val="FileName"/>
      </w:pPr>
      <w:r>
        <w:t>•  ITD_SV14_Guidance_Workstation, Server and Network Maintenance.doc</w:t>
      </w:r>
    </w:p>
    <w:p>
      <w:pPr>
        <w:pStyle w:val="FileName"/>
      </w:pPr>
      <w:r>
        <w:t>•  ITD_SV15_IT Systems Maintenance Plan Annual.doc</w:t>
      </w:r>
    </w:p>
    <w:p>
      <w:pPr>
        <w:pStyle w:val="FileName"/>
      </w:pPr>
      <w:r>
        <w:t>•  ITD_SV16_Checklist_Server Operation Weekly-Monthly.doc</w:t>
      </w:r>
    </w:p>
    <w:p>
      <w:pPr>
        <w:pStyle w:val="FileName"/>
      </w:pPr>
      <w:r>
        <w:t>•  ITD_SV17_Checklist_Server_PC_Network.doc</w:t>
      </w:r>
    </w:p>
    <w:p>
      <w:pPr>
        <w:pStyle w:val="FileName"/>
      </w:pPr>
      <w:r>
        <w:t>•  ITD_SV18_Server and Infrastructrure Security Assessment.doc</w:t>
      </w:r>
    </w:p>
    <w:p>
      <w:pPr>
        <w:pStyle w:val="FileName"/>
      </w:pPr>
      <w:r>
        <w:t>•  ITD_SV19_Windows Server Maintenance Weekly-Monthly.doc</w:t>
      </w:r>
    </w:p>
    <w:p>
      <w:pPr>
        <w:pStyle w:val="FileName"/>
      </w:pPr>
      <w:r>
        <w:t>•  ITD_SV20_Data-Center and Power Maintenance Procedure.doc</w:t>
      </w:r>
    </w:p>
    <w:p>
      <w:pPr>
        <w:pStyle w:val="FileName"/>
      </w:pPr>
      <w:r>
        <w:t>•  ITD_SV21_Server Restore.xls</w:t>
      </w:r>
    </w:p>
    <w:p>
      <w:pPr>
        <w:pStyle w:val="FileName"/>
      </w:pPr>
      <w:r>
        <w:t>•  ITD_SV22_Template_Server_Performance_Evaluation_Monthly.doc</w:t>
      </w:r>
    </w:p>
    <w:p>
      <w:pPr>
        <w:pStyle w:val="FileName"/>
      </w:pPr>
      <w:r>
        <w:t>•  ITD_SV23_Template_Server_Troubleshooting_Log.doc</w:t>
      </w:r>
    </w:p>
    <w:p>
      <w:pPr>
        <w:pStyle w:val="FileName"/>
      </w:pPr>
      <w:r>
        <w:t>•  ITD_SV24_Template_Server_Patch_Management_Plan.doc</w:t>
      </w:r>
    </w:p>
    <w:p>
      <w:pPr>
        <w:pStyle w:val="FileName"/>
      </w:pPr>
      <w:r>
        <w:t>•  ITD_SV25_Template_Backup_Restoration_Test_Plan.doc</w:t>
      </w:r>
    </w:p>
    <w:p>
      <w:pPr>
        <w:pStyle w:val="FileName"/>
      </w:pPr>
      <w:r>
        <w:t>•  ITD_SV01_Remote Access Policy.doc</w:t>
      </w:r>
    </w:p>
    <w:p>
      <w:pPr>
        <w:pStyle w:val="FileName"/>
      </w:pPr>
      <w:r>
        <w:t>•  ITD_SV02_Server Backup Policy.doc</w:t>
      </w:r>
    </w:p>
    <w:p>
      <w:pPr>
        <w:pStyle w:val="FileName"/>
      </w:pPr>
      <w:r>
        <w:t>•  ITD_SV03_Software Installation Policy.doc</w:t>
      </w:r>
    </w:p>
    <w:p>
      <w:pPr>
        <w:pStyle w:val="FileName"/>
      </w:pPr>
      <w:r>
        <w:t>•  ITD_SV04_Server Configuration Policy.doc</w:t>
      </w:r>
    </w:p>
    <w:p>
      <w:pPr>
        <w:pStyle w:val="FileName"/>
      </w:pPr>
      <w:r>
        <w:t>•  ITD_SV05_System Monitoring Policy.doc</w:t>
      </w:r>
    </w:p>
    <w:p>
      <w:pPr>
        <w:pStyle w:val="FileName"/>
      </w:pPr>
      <w:r>
        <w:t>•  ITD_SV06_Disaster Recovery Plan Policy.doc</w:t>
      </w:r>
    </w:p>
    <w:p>
      <w:pPr>
        <w:pStyle w:val="FileName"/>
      </w:pPr>
      <w:r>
        <w:t>•  ITD_SV07_Disaster Recovery Testing Policy.doc</w:t>
      </w:r>
    </w:p>
    <w:p>
      <w:pPr>
        <w:pStyle w:val="FileName"/>
      </w:pPr>
      <w:r>
        <w:t>•  ITD_SV08_Contingency Plan Policy.doc</w:t>
      </w:r>
    </w:p>
    <w:p>
      <w:pPr>
        <w:pStyle w:val="FileName"/>
      </w:pPr>
      <w:r>
        <w:t>•  ITD_SV09_Detailed_Data_Retention_and_Disposal_Policy.doc</w:t>
      </w:r>
    </w:p>
    <w:p>
      <w:pPr>
        <w:pStyle w:val="FileName"/>
      </w:pPr>
      <w:r>
        <w:t>•  ITD_SV10_Template_Server_Compliance_and_Audit_Policy.doc</w:t>
      </w:r>
    </w:p>
    <w:p>
      <w:pPr>
        <w:pStyle w:val="FileName"/>
      </w:pPr>
      <w:r>
        <w:t>•  ITD_SV11_Access_Control_and_Authorization_Policy.doc</w:t>
      </w:r>
    </w:p>
    <w:p>
      <w:pPr>
        <w:pStyle w:val="FileName"/>
      </w:pPr>
      <w:r>
        <w:t>•  ITD_SV12_Template_Third-party_Server_Management_Policy.doc</w:t>
      </w:r>
    </w:p>
    <w:p>
      <w:pPr>
        <w:pStyle w:val="FileName"/>
      </w:pPr>
      <w:r>
        <w:t>•  ITD_SV01_Template_Server_Documentation_Standards</w:t>
      </w:r>
    </w:p>
    <w:p>
      <w:pPr>
        <w:pStyle w:val="FileName"/>
      </w:pPr>
      <w:r>
        <w:t>•  ITD_SV02_Template_Server_Incident_Reporting_Procedure.doc</w:t>
      </w:r>
    </w:p>
    <w:p>
      <w:pPr>
        <w:pStyle w:val="FileName"/>
      </w:pPr>
      <w:r>
        <w:t>•  ITD_SV03_Template_Server_Change_Management_Procedure.doc</w:t>
      </w:r>
    </w:p>
    <w:p>
      <w:pPr>
        <w:pStyle w:val="FileName"/>
      </w:pPr>
      <w:r>
        <w:t>•  ITD_SV04_Template_Annual_Server_Management_Report.doc</w:t>
      </w:r>
    </w:p>
    <w:p>
      <w:pPr>
        <w:pStyle w:val="FileName"/>
      </w:pPr>
      <w:r>
        <w:t>•  ITD_SV05_Template_Server_Capacity_Planning.doc</w:t>
      </w:r>
    </w:p>
    <w:p>
      <w:pPr>
        <w:pStyle w:val="FileName"/>
      </w:pPr>
      <w:r>
        <w:t>•  ITD_SV06_Template_Server_Inventory_Management.doc</w:t>
      </w:r>
    </w:p>
    <w:p>
      <w:pPr>
        <w:pStyle w:val="FileName"/>
      </w:pPr>
      <w:r>
        <w:t>•  ITD_SV07_Template_Server_Maintenance_Record.doc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Admin | Server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