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 Project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99 Templates   |   99 DOC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ITD_PR01.Form_IT Project Initiation.doc</w:t>
      </w:r>
    </w:p>
    <w:p>
      <w:pPr>
        <w:pStyle w:val="FileName"/>
      </w:pPr>
      <w:r>
        <w:t>•  ITD_PR02.Form_IT Project Charter.doc</w:t>
      </w:r>
    </w:p>
    <w:p>
      <w:pPr>
        <w:pStyle w:val="FileName"/>
      </w:pPr>
      <w:r>
        <w:t>•  ITD_PR03.Form_Project Kickoff Meeting Agenda.doc</w:t>
      </w:r>
    </w:p>
    <w:p>
      <w:pPr>
        <w:pStyle w:val="FileName"/>
      </w:pPr>
      <w:r>
        <w:t>•  ITD_PR04.Template_Business Case for IT Project.doc</w:t>
      </w:r>
    </w:p>
    <w:p>
      <w:pPr>
        <w:pStyle w:val="FileName"/>
      </w:pPr>
      <w:r>
        <w:t>•  ITD_PR05.Form_Project Feasibility Study.doc</w:t>
      </w:r>
    </w:p>
    <w:p>
      <w:pPr>
        <w:pStyle w:val="FileName"/>
      </w:pPr>
      <w:r>
        <w:t>•  ITD_PR06.Checklist_Project Stakeholder Identification.doc</w:t>
      </w:r>
    </w:p>
    <w:p>
      <w:pPr>
        <w:pStyle w:val="FileName"/>
      </w:pPr>
      <w:r>
        <w:t>•  ITD_PR07.Matrix_Project Stakeholder Influence and Interest.doc</w:t>
      </w:r>
    </w:p>
    <w:p>
      <w:pPr>
        <w:pStyle w:val="FileName"/>
      </w:pPr>
      <w:r>
        <w:t>•  ITD_PR08.Form_Project Sponsor Approval Request.doc</w:t>
      </w:r>
    </w:p>
    <w:p>
      <w:pPr>
        <w:pStyle w:val="FileName"/>
      </w:pPr>
      <w:r>
        <w:t>•  ITD_PR09.Template_Project Readiness Assessment.doc</w:t>
      </w:r>
    </w:p>
    <w:p>
      <w:pPr>
        <w:pStyle w:val="FileName"/>
      </w:pPr>
      <w:r>
        <w:t>•  ITD_PR10.Log_Preliminary Risk Register.doc</w:t>
      </w:r>
    </w:p>
    <w:p>
      <w:pPr>
        <w:pStyle w:val="FileName"/>
      </w:pPr>
      <w:r>
        <w:t>•  ITD_PR11.Form_IT Governance Review Approval.doc</w:t>
      </w:r>
    </w:p>
    <w:p>
      <w:pPr>
        <w:pStyle w:val="FileName"/>
      </w:pPr>
      <w:r>
        <w:t>•  ITD_PR12.Protocol_Pre-Project Communication Announcement.doc</w:t>
      </w:r>
    </w:p>
    <w:p>
      <w:pPr>
        <w:pStyle w:val="FileName"/>
      </w:pPr>
      <w:r>
        <w:t>•  ITD_PR13.Form_Legal and Compliance Pre-Check.doc</w:t>
      </w:r>
    </w:p>
    <w:p>
      <w:pPr>
        <w:pStyle w:val="FileName"/>
      </w:pPr>
      <w:r>
        <w:t>•  ITD_PR14.Template_IT Project Justification Sheet.doc</w:t>
      </w:r>
    </w:p>
    <w:p>
      <w:pPr>
        <w:pStyle w:val="FileName"/>
      </w:pPr>
      <w:r>
        <w:t>•  ITD_PR15.Sheet_Project Idea Submission Tracker.doc</w:t>
      </w:r>
    </w:p>
    <w:p>
      <w:pPr>
        <w:pStyle w:val="FileName"/>
      </w:pPr>
      <w:r>
        <w:t>•  ITD_PR01.Form_IT Project Scope Plan.doc</w:t>
      </w:r>
    </w:p>
    <w:p>
      <w:pPr>
        <w:pStyle w:val="FileName"/>
      </w:pPr>
      <w:r>
        <w:t>•  ITD_PR02.Form_IT Project Detail Plan.doc</w:t>
      </w:r>
    </w:p>
    <w:p>
      <w:pPr>
        <w:pStyle w:val="FileName"/>
      </w:pPr>
      <w:r>
        <w:t>•  ITD_PR03.Form_IT Project Resources &amp; Staffing Plan.doc</w:t>
      </w:r>
    </w:p>
    <w:p>
      <w:pPr>
        <w:pStyle w:val="FileName"/>
      </w:pPr>
      <w:r>
        <w:t>•  ITD_PR04.Form_IT Project Budget Plan.doc</w:t>
      </w:r>
    </w:p>
    <w:p>
      <w:pPr>
        <w:pStyle w:val="FileName"/>
      </w:pPr>
      <w:r>
        <w:t>•  ITD_PR05.Form_IT Project Purchases &amp; Acquisitions Plan.doc</w:t>
      </w:r>
    </w:p>
    <w:p>
      <w:pPr>
        <w:pStyle w:val="FileName"/>
      </w:pPr>
      <w:r>
        <w:t>•  ITD_PR06.Form_IT Project Communication Plan.doc</w:t>
      </w:r>
    </w:p>
    <w:p>
      <w:pPr>
        <w:pStyle w:val="FileName"/>
      </w:pPr>
      <w:r>
        <w:t>•  ITD_PR07.Form_IT Project Risk Management Plan.doc</w:t>
      </w:r>
    </w:p>
    <w:p>
      <w:pPr>
        <w:pStyle w:val="FileName"/>
      </w:pPr>
      <w:r>
        <w:t>•  ITD_PR08.Form_IT Project Security Initial Review.doc</w:t>
      </w:r>
    </w:p>
    <w:p>
      <w:pPr>
        <w:pStyle w:val="FileName"/>
      </w:pPr>
      <w:r>
        <w:t>•  ITD_PR09.Form_IT Project Testing Plan.doc</w:t>
      </w:r>
    </w:p>
    <w:p>
      <w:pPr>
        <w:pStyle w:val="FileName"/>
      </w:pPr>
      <w:r>
        <w:t>•  ITD_PR10.Form_IT Project Management Training Plan.doc</w:t>
      </w:r>
    </w:p>
    <w:p>
      <w:pPr>
        <w:pStyle w:val="FileName"/>
      </w:pPr>
      <w:r>
        <w:t>•  ITD_PR11.Form_IT Project Integrated Change Control.doc</w:t>
      </w:r>
    </w:p>
    <w:p>
      <w:pPr>
        <w:pStyle w:val="FileName"/>
      </w:pPr>
      <w:r>
        <w:t>•  ITD_PR12.Form_IT Project Quality Management Plan.doc</w:t>
      </w:r>
    </w:p>
    <w:p>
      <w:pPr>
        <w:pStyle w:val="FileName"/>
      </w:pPr>
      <w:r>
        <w:t>•  ITD_PR13.Form_IT Project Performance Report.doc</w:t>
      </w:r>
    </w:p>
    <w:p>
      <w:pPr>
        <w:pStyle w:val="FileName"/>
      </w:pPr>
      <w:r>
        <w:t>•  ITD_PR14.Template_WBS.doc</w:t>
      </w:r>
    </w:p>
    <w:p>
      <w:pPr>
        <w:pStyle w:val="FileName"/>
      </w:pPr>
      <w:r>
        <w:t>•  ITD_PR15.Chart_Project_Milestone_Timeline.doc</w:t>
      </w:r>
    </w:p>
    <w:p>
      <w:pPr>
        <w:pStyle w:val="FileName"/>
      </w:pPr>
      <w:r>
        <w:t>•  ITD_PR16.Matrix_RACI_Roles_for_Project_Stakeholders.doc</w:t>
      </w:r>
    </w:p>
    <w:p>
      <w:pPr>
        <w:pStyle w:val="FileName"/>
      </w:pPr>
      <w:r>
        <w:t>•  ITD_PR17.Form_Project_Integration_Plan.doc</w:t>
      </w:r>
    </w:p>
    <w:p>
      <w:pPr>
        <w:pStyle w:val="FileName"/>
      </w:pPr>
      <w:r>
        <w:t>•  ITD_PR18.Sheet_Project_Tools_and_Platform_Checklist.doc</w:t>
      </w:r>
    </w:p>
    <w:p>
      <w:pPr>
        <w:pStyle w:val="FileName"/>
      </w:pPr>
      <w:r>
        <w:t>•  ITD_PR19.Matrix_Supplier_Risk_Assessment.doc</w:t>
      </w:r>
    </w:p>
    <w:p>
      <w:pPr>
        <w:pStyle w:val="FileName"/>
      </w:pPr>
      <w:r>
        <w:t>•  ITD_PR20.Template_Contractor_Engagement_Plan.doc</w:t>
      </w:r>
    </w:p>
    <w:p>
      <w:pPr>
        <w:pStyle w:val="FileName"/>
      </w:pPr>
      <w:r>
        <w:t>•  ITD_PR21.Sheet_Legal_Document_and_NDA_Tracker.doc</w:t>
      </w:r>
    </w:p>
    <w:p>
      <w:pPr>
        <w:pStyle w:val="FileName"/>
      </w:pPr>
      <w:r>
        <w:t>•  ITD_PR22.Form_Data_Privacy_and_Protection_Plan.doc</w:t>
      </w:r>
    </w:p>
    <w:p>
      <w:pPr>
        <w:pStyle w:val="FileName"/>
      </w:pPr>
      <w:r>
        <w:t>•  ITD_PR23.Checklist_Readiness_for_Execution.doc</w:t>
      </w:r>
    </w:p>
    <w:p>
      <w:pPr>
        <w:pStyle w:val="FileName"/>
      </w:pPr>
      <w:r>
        <w:t>•  ITD_PR24.Sheet_Kickoff_Resources_Checklist.doc</w:t>
      </w:r>
    </w:p>
    <w:p>
      <w:pPr>
        <w:pStyle w:val="FileName"/>
      </w:pPr>
      <w:r>
        <w:t>•  ITD_PR25.Template_Project_Success_Metrics_Planning.doc</w:t>
      </w:r>
    </w:p>
    <w:p>
      <w:pPr>
        <w:pStyle w:val="FileName"/>
      </w:pPr>
      <w:r>
        <w:t>•  ITD_PR01.Form_Project_Daily_Task_Assignment.doc</w:t>
      </w:r>
    </w:p>
    <w:p>
      <w:pPr>
        <w:pStyle w:val="FileName"/>
      </w:pPr>
      <w:r>
        <w:t>•  ITD_PR02.Board_Sprint_and_Iteration_Plan.doc</w:t>
      </w:r>
    </w:p>
    <w:p>
      <w:pPr>
        <w:pStyle w:val="FileName"/>
      </w:pPr>
      <w:r>
        <w:t>•  ITD_PR03.Form_Daily_Standup_Meeting_Notes.doc</w:t>
      </w:r>
    </w:p>
    <w:p>
      <w:pPr>
        <w:pStyle w:val="FileName"/>
      </w:pPr>
      <w:r>
        <w:t>•  ITD_PR04.Template_Weekly_Progress_Report.doc</w:t>
      </w:r>
    </w:p>
    <w:p>
      <w:pPr>
        <w:pStyle w:val="FileName"/>
      </w:pPr>
      <w:r>
        <w:t>•  ITD_PR05.Sheet_Developer_Task_Tracker.doc</w:t>
      </w:r>
    </w:p>
    <w:p>
      <w:pPr>
        <w:pStyle w:val="FileName"/>
      </w:pPr>
      <w:r>
        <w:t>•  ITD_PR06.Form_Change_Request_Log.doc</w:t>
      </w:r>
    </w:p>
    <w:p>
      <w:pPr>
        <w:pStyle w:val="FileName"/>
      </w:pPr>
      <w:r>
        <w:t>•  ITD_PR07.Protocol_Scope_Creep_Management.doc</w:t>
      </w:r>
    </w:p>
    <w:p>
      <w:pPr>
        <w:pStyle w:val="FileName"/>
      </w:pPr>
      <w:r>
        <w:t>•  ITD_PR08.Template_Deliverables_Quality_Control.doc</w:t>
      </w:r>
    </w:p>
    <w:p>
      <w:pPr>
        <w:pStyle w:val="FileName"/>
      </w:pPr>
      <w:r>
        <w:t>•  ITD_PR09.Form_Supplier_Communication_Log.doc</w:t>
      </w:r>
    </w:p>
    <w:p>
      <w:pPr>
        <w:pStyle w:val="FileName"/>
      </w:pPr>
      <w:r>
        <w:t>•  ITD_PR10.Form_Implementation_Issues_Log.doc</w:t>
      </w:r>
    </w:p>
    <w:p>
      <w:pPr>
        <w:pStyle w:val="FileName"/>
      </w:pPr>
      <w:r>
        <w:t>•  ITD_PR11.Checklist_UAT_Preparation_and_Execution.doc</w:t>
      </w:r>
    </w:p>
    <w:p>
      <w:pPr>
        <w:pStyle w:val="FileName"/>
      </w:pPr>
      <w:r>
        <w:t>•  ITD_PR12.Report_Implementation_Support_Plan.doc</w:t>
      </w:r>
    </w:p>
    <w:p>
      <w:pPr>
        <w:pStyle w:val="FileName"/>
      </w:pPr>
      <w:r>
        <w:t>•  ITD_PR13.Board_Project_Dependencies_Tracker.doc</w:t>
      </w:r>
    </w:p>
    <w:p>
      <w:pPr>
        <w:pStyle w:val="FileName"/>
      </w:pPr>
      <w:r>
        <w:t>•  ITD_PR14.Matrix_Deployment_Readiness_Assessment.doc</w:t>
      </w:r>
    </w:p>
    <w:p>
      <w:pPr>
        <w:pStyle w:val="FileName"/>
      </w:pPr>
      <w:r>
        <w:t>•  ITD_PR15.Form_Hypercare_Support_Assignment.doc</w:t>
      </w:r>
    </w:p>
    <w:p>
      <w:pPr>
        <w:pStyle w:val="FileName"/>
      </w:pPr>
      <w:r>
        <w:t>•  ITD_PR16.Sheet_Internal_Team_Allocation_Tracker.doc</w:t>
      </w:r>
    </w:p>
    <w:p>
      <w:pPr>
        <w:pStyle w:val="FileName"/>
      </w:pPr>
      <w:r>
        <w:t>•  ITD_PR01.Dashboard_Project KPI Tracker.doc</w:t>
      </w:r>
    </w:p>
    <w:p>
      <w:pPr>
        <w:pStyle w:val="FileName"/>
      </w:pPr>
      <w:r>
        <w:t>•  ITD_PR02.Sheet_Project Budget vs Actual.doc</w:t>
      </w:r>
    </w:p>
    <w:p>
      <w:pPr>
        <w:pStyle w:val="FileName"/>
      </w:pPr>
      <w:r>
        <w:t>•  ITD_PR03.Log_Issues and Escalation Record.doc</w:t>
      </w:r>
    </w:p>
    <w:p>
      <w:pPr>
        <w:pStyle w:val="FileName"/>
      </w:pPr>
      <w:r>
        <w:t>•  ITD_PR04.Form_Risk Update and Mitigation Actions.doc</w:t>
      </w:r>
    </w:p>
    <w:p>
      <w:pPr>
        <w:pStyle w:val="FileName"/>
      </w:pPr>
      <w:r>
        <w:t>•  ITD_PR05.Report_Scope Variance Tracker.doc</w:t>
      </w:r>
    </w:p>
    <w:p>
      <w:pPr>
        <w:pStyle w:val="FileName"/>
      </w:pPr>
      <w:r>
        <w:t>•  ITD_PR06.Chart_Burndown and Burnup Chart.doc</w:t>
      </w:r>
    </w:p>
    <w:p>
      <w:pPr>
        <w:pStyle w:val="FileName"/>
      </w:pPr>
      <w:r>
        <w:t>•  ITD_PR07.Log_Deliverables Verification Tracker.doc</w:t>
      </w:r>
    </w:p>
    <w:p>
      <w:pPr>
        <w:pStyle w:val="FileName"/>
      </w:pPr>
      <w:r>
        <w:t>•  ITD_PR08.Form_Performance Review and Rebaseline.doc</w:t>
      </w:r>
    </w:p>
    <w:p>
      <w:pPr>
        <w:pStyle w:val="FileName"/>
      </w:pPr>
      <w:r>
        <w:t>•  ITD_PR09.Template_QA_Test_Findings_Log.doc</w:t>
      </w:r>
    </w:p>
    <w:p>
      <w:pPr>
        <w:pStyle w:val="FileName"/>
      </w:pPr>
      <w:r>
        <w:t>•  ITD_PR10.Matrix_SLA_Compliance_Monitoring.doc</w:t>
      </w:r>
    </w:p>
    <w:p>
      <w:pPr>
        <w:pStyle w:val="FileName"/>
      </w:pPr>
      <w:r>
        <w:t>•  ITD_PR11.Protocol_Project_Audit_Checklist.doc</w:t>
      </w:r>
    </w:p>
    <w:p>
      <w:pPr>
        <w:pStyle w:val="FileName"/>
      </w:pPr>
      <w:r>
        <w:t>•  ITD_PR12.Report_Resource_Utilization_Summary.doc</w:t>
      </w:r>
    </w:p>
    <w:p>
      <w:pPr>
        <w:pStyle w:val="FileName"/>
      </w:pPr>
      <w:r>
        <w:t>•  ITD_PR13.Form_Project_Alert_Notification_Escalation.doc</w:t>
      </w:r>
    </w:p>
    <w:p>
      <w:pPr>
        <w:pStyle w:val="FileName"/>
      </w:pPr>
      <w:r>
        <w:t>•  ITD_PR14.Sheet_Project_Communication_Effectiveness_Score.doc</w:t>
      </w:r>
    </w:p>
    <w:p>
      <w:pPr>
        <w:pStyle w:val="FileName"/>
      </w:pPr>
      <w:r>
        <w:t>•  ITD_PR15.Template_Mid-Project_Review_Presentation.doc</w:t>
      </w:r>
    </w:p>
    <w:p>
      <w:pPr>
        <w:pStyle w:val="FileName"/>
      </w:pPr>
      <w:r>
        <w:t>•  ITD_PR01.Form_IT Project Closing.doc</w:t>
      </w:r>
    </w:p>
    <w:p>
      <w:pPr>
        <w:pStyle w:val="FileName"/>
      </w:pPr>
      <w:r>
        <w:t>•  ITD_PR02.Log_Project_Deliverables_Acceptance.doc</w:t>
      </w:r>
    </w:p>
    <w:p>
      <w:pPr>
        <w:pStyle w:val="FileName"/>
      </w:pPr>
      <w:r>
        <w:t>•  ITD_PR03.Report_IT_Project_Final_Evaluation.doc</w:t>
      </w:r>
    </w:p>
    <w:p>
      <w:pPr>
        <w:pStyle w:val="FileName"/>
      </w:pPr>
      <w:r>
        <w:t>•  ITD_PR04.Form_Client_Signoff_and_Closure_Confirmation.doc</w:t>
      </w:r>
    </w:p>
    <w:p>
      <w:pPr>
        <w:pStyle w:val="FileName"/>
      </w:pPr>
      <w:r>
        <w:t>•  ITD_PR05.Sheet_Remaining_Issues_and_Risk_Transfer.doc</w:t>
      </w:r>
    </w:p>
    <w:p>
      <w:pPr>
        <w:pStyle w:val="FileName"/>
      </w:pPr>
      <w:r>
        <w:t>•  ITD_PR06.Form_Project_Archive_Documentation_Checklist.doc</w:t>
      </w:r>
    </w:p>
    <w:p>
      <w:pPr>
        <w:pStyle w:val="FileName"/>
      </w:pPr>
      <w:r>
        <w:t>•  ITD_PR07.Survey_Project_Team_Feedback.doc</w:t>
      </w:r>
    </w:p>
    <w:p>
      <w:pPr>
        <w:pStyle w:val="FileName"/>
      </w:pPr>
      <w:r>
        <w:t>•  ITD_PR08.Survey_End-User_Feedback.doc</w:t>
      </w:r>
    </w:p>
    <w:p>
      <w:pPr>
        <w:pStyle w:val="FileName"/>
      </w:pPr>
      <w:r>
        <w:t>•  ITD_PR09.Template_Post-Implementation_Review.doc</w:t>
      </w:r>
    </w:p>
    <w:p>
      <w:pPr>
        <w:pStyle w:val="FileName"/>
      </w:pPr>
      <w:r>
        <w:t>•  ITD_PR10.Sheet_Payments_and_Invoices_Tracker.doc</w:t>
      </w:r>
    </w:p>
    <w:p>
      <w:pPr>
        <w:pStyle w:val="FileName"/>
      </w:pPr>
      <w:r>
        <w:t>•  ITD_PR11.Report_Project_ROI_Review.doc</w:t>
      </w:r>
    </w:p>
    <w:p>
      <w:pPr>
        <w:pStyle w:val="FileName"/>
      </w:pPr>
      <w:r>
        <w:t>•  ITD_PR12.Template_Project_Termination_Statement.doc</w:t>
      </w:r>
    </w:p>
    <w:p>
      <w:pPr>
        <w:pStyle w:val="FileName"/>
      </w:pPr>
      <w:r>
        <w:t>•  ITD_PR01.Template_Lessons_Learned_Summary.doc</w:t>
      </w:r>
    </w:p>
    <w:p>
      <w:pPr>
        <w:pStyle w:val="FileName"/>
      </w:pPr>
      <w:r>
        <w:t>•  ITD_PR02.Log_Knowledge_Transfer_Record_Sheet.doc</w:t>
      </w:r>
    </w:p>
    <w:p>
      <w:pPr>
        <w:pStyle w:val="FileName"/>
      </w:pPr>
      <w:r>
        <w:t>•  ITD_PR03.Form_Post-Mortem_Meeting_Agenda.doc</w:t>
      </w:r>
    </w:p>
    <w:p>
      <w:pPr>
        <w:pStyle w:val="FileName"/>
      </w:pPr>
      <w:r>
        <w:t>•  ITD_PR04.Template_Best_Practices_Guide.doc</w:t>
      </w:r>
    </w:p>
    <w:p>
      <w:pPr>
        <w:pStyle w:val="FileName"/>
      </w:pPr>
      <w:r>
        <w:t>•  ITD_PR05.Form_Project_Documentation_Inventory.doc</w:t>
      </w:r>
    </w:p>
    <w:p>
      <w:pPr>
        <w:pStyle w:val="FileName"/>
      </w:pPr>
      <w:r>
        <w:t>•  ITD_PR06.Checklist_Archival_Readiness_Review.doc</w:t>
      </w:r>
    </w:p>
    <w:p>
      <w:pPr>
        <w:pStyle w:val="FileName"/>
      </w:pPr>
      <w:r>
        <w:t>•  ITD_PR07.Sheet_Change_Impact_Summary.doc</w:t>
      </w:r>
    </w:p>
    <w:p>
      <w:pPr>
        <w:pStyle w:val="FileName"/>
      </w:pPr>
      <w:r>
        <w:t>•  ITD_PR08.Template_What_Went_Well_and_Areas_to_Improve.doc</w:t>
      </w:r>
    </w:p>
    <w:p>
      <w:pPr>
        <w:pStyle w:val="FileName"/>
      </w:pPr>
      <w:r>
        <w:t>•  ITD_PR09.Form_Retrospective_Feedback_Collection.doc</w:t>
      </w:r>
    </w:p>
    <w:p>
      <w:pPr>
        <w:pStyle w:val="FileName"/>
      </w:pPr>
      <w:r>
        <w:t>•  ITD_PR10.Sheet_Permanent_Fixes_Log.doc</w:t>
      </w:r>
    </w:p>
    <w:p>
      <w:pPr>
        <w:pStyle w:val="FileName"/>
      </w:pPr>
      <w:r>
        <w:t>•  ITD_PR11.Board_Lessons_Learned_per_Department.doc</w:t>
      </w:r>
    </w:p>
    <w:p>
      <w:pPr>
        <w:pStyle w:val="FileName"/>
      </w:pPr>
      <w:r>
        <w:t>•  ITD_PR12.Matrix_Project_Assumptions_vs_Reality.doc</w:t>
      </w:r>
    </w:p>
    <w:p>
      <w:pPr>
        <w:pStyle w:val="FileName"/>
      </w:pPr>
      <w:r>
        <w:t>•  ITD_PR13.Dashboard_Project_Closure_Analytics.doc</w:t>
      </w:r>
    </w:p>
    <w:p>
      <w:pPr>
        <w:pStyle w:val="FileName"/>
      </w:pPr>
      <w:r>
        <w:t>•  ITD_PR14.Template_Internal_Presentation_Project_Outcome.doc</w:t>
      </w:r>
    </w:p>
    <w:p>
      <w:pPr>
        <w:pStyle w:val="FileName"/>
      </w:pPr>
      <w:r>
        <w:t>•  ITD_PR15.Report_Post-Project_Risk_Residuals.doc</w:t>
      </w:r>
    </w:p>
    <w:p>
      <w:pPr>
        <w:pStyle w:val="FileName"/>
      </w:pPr>
      <w:r>
        <w:t>•  ITD_PR16.Index_Project_Repository_Index.doc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Manager | IT Project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