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Desktop and Workstation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52 Templates   |   34 DOC   |   18 XLS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ITD_PC01_Chart_PC Software List Installation.doc</w:t>
      </w:r>
    </w:p>
    <w:p>
      <w:pPr>
        <w:pStyle w:val="FileName"/>
      </w:pPr>
      <w:r>
        <w:t>•  ITD_PC02_Checklist_IT Support IT Equipment.doc</w:t>
      </w:r>
    </w:p>
    <w:p>
      <w:pPr>
        <w:pStyle w:val="FileName"/>
      </w:pPr>
      <w:r>
        <w:t>•  ITD_PC03_Checklist_PC Application Software.xls</w:t>
      </w:r>
    </w:p>
    <w:p>
      <w:pPr>
        <w:pStyle w:val="FileName"/>
      </w:pPr>
      <w:r>
        <w:t>•  ITD_PC04_Checklist_PC Data Migrattion.xls</w:t>
      </w:r>
    </w:p>
    <w:p>
      <w:pPr>
        <w:pStyle w:val="FileName"/>
      </w:pPr>
      <w:r>
        <w:t>•  ITD_PC05_Checklist_PC &amp; User Installation.doc</w:t>
      </w:r>
    </w:p>
    <w:p>
      <w:pPr>
        <w:pStyle w:val="FileName"/>
      </w:pPr>
      <w:r>
        <w:t>•  ITD_PC06_Checklist_New PC Installation.doc</w:t>
      </w:r>
    </w:p>
    <w:p>
      <w:pPr>
        <w:pStyle w:val="FileName"/>
      </w:pPr>
      <w:r>
        <w:t>•  ITD_PC07_Form_Installed Software Report.xls</w:t>
      </w:r>
    </w:p>
    <w:p>
      <w:pPr>
        <w:pStyle w:val="FileName"/>
      </w:pPr>
      <w:r>
        <w:t>•  ITD_PC08_Form_IT Equipments Configuration Mornitoring.doc</w:t>
      </w:r>
    </w:p>
    <w:p>
      <w:pPr>
        <w:pStyle w:val="FileName"/>
      </w:pPr>
      <w:r>
        <w:t>•  ITD_PC09_Checklist_OS_Image_Validation.doc</w:t>
      </w:r>
    </w:p>
    <w:p>
      <w:pPr>
        <w:pStyle w:val="FileName"/>
      </w:pPr>
      <w:r>
        <w:t>•  ITD_PC10_Form_User_Acceptance_Testing_UAT_of_PC.doc</w:t>
      </w:r>
    </w:p>
    <w:p>
      <w:pPr>
        <w:pStyle w:val="FileName"/>
      </w:pPr>
      <w:r>
        <w:t>•  ITD_PC01_Checklist_Maintenance and Clean PC.doc</w:t>
      </w:r>
    </w:p>
    <w:p>
      <w:pPr>
        <w:pStyle w:val="FileName"/>
      </w:pPr>
      <w:r>
        <w:t>•  ITD_PC02_Flowchart_PC - Laptop Trouble Shooting.doc</w:t>
      </w:r>
    </w:p>
    <w:p>
      <w:pPr>
        <w:pStyle w:val="FileName"/>
      </w:pPr>
      <w:r>
        <w:t>•  ITD_PC03_Form_ Incident Report of Desktop_Laptop_Printer.xls</w:t>
      </w:r>
    </w:p>
    <w:p>
      <w:pPr>
        <w:pStyle w:val="FileName"/>
      </w:pPr>
      <w:r>
        <w:t>•  ITD_PC04_Form_PC (Move_Install_Change_Add) Request.doc</w:t>
      </w:r>
    </w:p>
    <w:p>
      <w:pPr>
        <w:pStyle w:val="FileName"/>
      </w:pPr>
      <w:r>
        <w:t>•  ITD_PC05_Form_IT Devices Maintenance List.xls</w:t>
      </w:r>
    </w:p>
    <w:p>
      <w:pPr>
        <w:pStyle w:val="FileName"/>
      </w:pPr>
      <w:r>
        <w:t>•  ITD_PC06_Form_PC_Performance_Monitoring_and_Optimization.doc</w:t>
      </w:r>
    </w:p>
    <w:p>
      <w:pPr>
        <w:pStyle w:val="FileName"/>
      </w:pPr>
      <w:r>
        <w:t>•  ITD_PC07_Checklist_Security_Patch_Deployment_Tracking.doc</w:t>
      </w:r>
    </w:p>
    <w:p>
      <w:pPr>
        <w:pStyle w:val="FileName"/>
      </w:pPr>
      <w:r>
        <w:t>•  ITD_PC01_Flowchart_IT Assets Return.xls</w:t>
      </w:r>
    </w:p>
    <w:p>
      <w:pPr>
        <w:pStyle w:val="FileName"/>
      </w:pPr>
      <w:r>
        <w:t>•  ITD_PC02_Form_IT Asset Report Annual.xls</w:t>
      </w:r>
    </w:p>
    <w:p>
      <w:pPr>
        <w:pStyle w:val="FileName"/>
      </w:pPr>
      <w:r>
        <w:t>•  ITD_PC03_Form_Laptop Asset Delivery Agreement.doc</w:t>
      </w:r>
    </w:p>
    <w:p>
      <w:pPr>
        <w:pStyle w:val="FileName"/>
      </w:pPr>
      <w:r>
        <w:t>•  ITD_PC04_Form_IT Asset Delivery Agreement.xls</w:t>
      </w:r>
    </w:p>
    <w:p>
      <w:pPr>
        <w:pStyle w:val="FileName"/>
      </w:pPr>
      <w:r>
        <w:t>•  ITD_PC05_Form_Mapping IT Asset and Fix Asset.doc</w:t>
      </w:r>
    </w:p>
    <w:p>
      <w:pPr>
        <w:pStyle w:val="FileName"/>
      </w:pPr>
      <w:r>
        <w:t>•  ITD_PC06_Form_Analyse Cost - IT Assets Lifecycle.xls</w:t>
      </w:r>
    </w:p>
    <w:p>
      <w:pPr>
        <w:pStyle w:val="FileName"/>
      </w:pPr>
      <w:r>
        <w:t>•  ITD_PC07_Form_IT Equipments Borrowed Monitoring.xls</w:t>
      </w:r>
    </w:p>
    <w:p>
      <w:pPr>
        <w:pStyle w:val="FileName"/>
      </w:pPr>
      <w:r>
        <w:t>•  ITD_PC08_Form_IT Sparepart Tracking.xls</w:t>
      </w:r>
    </w:p>
    <w:p>
      <w:pPr>
        <w:pStyle w:val="FileName"/>
      </w:pPr>
      <w:r>
        <w:t>•  ITD_PC09_Form_IT Maintenance Services Contract.xls</w:t>
      </w:r>
    </w:p>
    <w:p>
      <w:pPr>
        <w:pStyle w:val="FileName"/>
      </w:pPr>
      <w:r>
        <w:t>•  ITD_PC10_Form_IT Leasing Services Contract.xls</w:t>
      </w:r>
    </w:p>
    <w:p>
      <w:pPr>
        <w:pStyle w:val="FileName"/>
      </w:pPr>
      <w:r>
        <w:t>•  ITD_PC11_Form_IT Repository.xls</w:t>
      </w:r>
    </w:p>
    <w:p>
      <w:pPr>
        <w:pStyle w:val="FileName"/>
      </w:pPr>
      <w:r>
        <w:t>•  ITD_PC12_Form_Laptop Asset.xls</w:t>
      </w:r>
    </w:p>
    <w:p>
      <w:pPr>
        <w:pStyle w:val="FileName"/>
      </w:pPr>
      <w:r>
        <w:t>•  ITD_PC13_Form_PC Components.xls</w:t>
      </w:r>
    </w:p>
    <w:p>
      <w:pPr>
        <w:pStyle w:val="FileName"/>
      </w:pPr>
      <w:r>
        <w:t>•  ITD_PC14_Form_PC Asset.xls</w:t>
      </w:r>
    </w:p>
    <w:p>
      <w:pPr>
        <w:pStyle w:val="FileName"/>
      </w:pPr>
      <w:r>
        <w:t>•  ITD_PC15_Guidance_PC Hardware, Software Reporting Requirement.doc</w:t>
      </w:r>
    </w:p>
    <w:p>
      <w:pPr>
        <w:pStyle w:val="FileName"/>
      </w:pPr>
      <w:r>
        <w:t>•  ITD_PC16_Guidance_IT Asset Terminology.doc</w:t>
      </w:r>
    </w:p>
    <w:p>
      <w:pPr>
        <w:pStyle w:val="FileName"/>
      </w:pPr>
      <w:r>
        <w:t>•  ITD_PC17_Sample_IT System Assets Survey.xls</w:t>
      </w:r>
    </w:p>
    <w:p>
      <w:pPr>
        <w:pStyle w:val="FileName"/>
      </w:pPr>
      <w:r>
        <w:t>•  ITD_PC18_Form_IT_Asset_Disposal_and_Recycling_Tracking.doc</w:t>
      </w:r>
    </w:p>
    <w:p>
      <w:pPr>
        <w:pStyle w:val="FileName"/>
      </w:pPr>
      <w:r>
        <w:t>•  ITD_PC19_Form_IT_Asset_Loss_and_Damage_Report.doc</w:t>
      </w:r>
    </w:p>
    <w:p>
      <w:pPr>
        <w:pStyle w:val="FileName"/>
      </w:pPr>
      <w:r>
        <w:t>•  ITD_PC01_PC Maintenance Policy.doc</w:t>
      </w:r>
    </w:p>
    <w:p>
      <w:pPr>
        <w:pStyle w:val="FileName"/>
      </w:pPr>
      <w:r>
        <w:t>•  ITD_PC02_PC Procurement, Installation, Support Policy.doc</w:t>
      </w:r>
    </w:p>
    <w:p>
      <w:pPr>
        <w:pStyle w:val="FileName"/>
      </w:pPr>
      <w:r>
        <w:t>•  ITD_PC03_PC Moving, Adding and Replacing Policy.doc</w:t>
      </w:r>
    </w:p>
    <w:p>
      <w:pPr>
        <w:pStyle w:val="FileName"/>
      </w:pPr>
      <w:r>
        <w:t>•  ITD_PC04_IT Equipment - Sparepart Policy.doc</w:t>
      </w:r>
    </w:p>
    <w:p>
      <w:pPr>
        <w:pStyle w:val="FileName"/>
      </w:pPr>
      <w:r>
        <w:t>•  ITD_PC05_PC Power Saving Policy.doc</w:t>
      </w:r>
    </w:p>
    <w:p>
      <w:pPr>
        <w:pStyle w:val="FileName"/>
      </w:pPr>
      <w:r>
        <w:t>•  ITD_PC06_IT Equipment Repair Policy.doc</w:t>
      </w:r>
    </w:p>
    <w:p>
      <w:pPr>
        <w:pStyle w:val="FileName"/>
      </w:pPr>
      <w:r>
        <w:t>•  ITD_PC07_PC_Acceptable_Use_Policy.doc</w:t>
      </w:r>
    </w:p>
    <w:p>
      <w:pPr>
        <w:pStyle w:val="FileName"/>
      </w:pPr>
      <w:r>
        <w:t>•  ITD_PC08_PC_Remote_Work_and_Mobile_Device_Policy.doc</w:t>
      </w:r>
    </w:p>
    <w:p>
      <w:pPr>
        <w:pStyle w:val="FileName"/>
      </w:pPr>
      <w:r>
        <w:t>•  ITD_PC01_Checklist_PC_Antivirus_and_Anti-Malware_Setup.doc</w:t>
      </w:r>
    </w:p>
    <w:p>
      <w:pPr>
        <w:pStyle w:val="FileName"/>
      </w:pPr>
      <w:r>
        <w:t>•  ITD_PC02_Form_PC_Encryption_Configuration_Tracking.doc</w:t>
      </w:r>
    </w:p>
    <w:p>
      <w:pPr>
        <w:pStyle w:val="FileName"/>
      </w:pPr>
      <w:r>
        <w:t>•  ITD_PC03_Form_User_Access_and_Permission_Audit.doc</w:t>
      </w:r>
    </w:p>
    <w:p>
      <w:pPr>
        <w:pStyle w:val="FileName"/>
      </w:pPr>
      <w:r>
        <w:t>•  ITD_PC04_Checklist_Password_and_Authentication_Policy_Compliance.doc</w:t>
      </w:r>
    </w:p>
    <w:p>
      <w:pPr>
        <w:pStyle w:val="FileName"/>
      </w:pPr>
      <w:r>
        <w:t>•  ITD_PC05_Flowchart_PC_Security_Incident_Response.doc</w:t>
      </w:r>
    </w:p>
    <w:p>
      <w:pPr>
        <w:pStyle w:val="FileName"/>
      </w:pPr>
      <w:r>
        <w:t>•  ITD_PC06_Form_PC_Security_Incident_Report.doc</w:t>
      </w:r>
    </w:p>
    <w:p>
      <w:pPr>
        <w:pStyle w:val="FileName"/>
      </w:pPr>
      <w:r>
        <w:t>•  ITD_PC07_Checklist_IT_Compliance_Audit.doc</w:t>
      </w:r>
    </w:p>
    <w:p>
      <w:pPr>
        <w:pStyle w:val="FileName"/>
      </w:pPr>
      <w:r>
        <w:t>•  ITD_PC08_Form_IT_Compliance_Report_Annual.doc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Admin | Desktop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