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Department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138 Templates   |   107 DOC   |   16 XLS   |   15 Unspecified extensions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ITD_OG01.Form_IT Departmental Goals Annual.doc</w:t>
      </w:r>
    </w:p>
    <w:p>
      <w:pPr>
        <w:pStyle w:val="FileName"/>
      </w:pPr>
      <w:r>
        <w:t>•  ITD_OG02.Form_IT Strategic Roadmap 3-5 Years.doc</w:t>
      </w:r>
    </w:p>
    <w:p>
      <w:pPr>
        <w:pStyle w:val="FileName"/>
      </w:pPr>
      <w:r>
        <w:t>•  ITD_OG03.Form_IT Annual Budget Planning Sheet.doc</w:t>
      </w:r>
    </w:p>
    <w:p>
      <w:pPr>
        <w:pStyle w:val="FileName"/>
      </w:pPr>
      <w:r>
        <w:t>•  ITD_OG04.Form_IT Departmental Objective Alignment.doc</w:t>
      </w:r>
    </w:p>
    <w:p>
      <w:pPr>
        <w:pStyle w:val="FileName"/>
      </w:pPr>
      <w:r>
        <w:t>•  ITD_OG05.Form_SMART Goal Setting for IT Managers.doc</w:t>
      </w:r>
    </w:p>
    <w:p>
      <w:pPr>
        <w:pStyle w:val="FileName"/>
      </w:pPr>
      <w:r>
        <w:t>•  ITD_OG06.Form_IT Initiative Prioritization Matrix.doc</w:t>
      </w:r>
    </w:p>
    <w:p>
      <w:pPr>
        <w:pStyle w:val="FileName"/>
      </w:pPr>
      <w:r>
        <w:t>•  ITD_OG7.Form_IT Innovation Proposal Form.doc</w:t>
      </w:r>
    </w:p>
    <w:p>
      <w:pPr>
        <w:pStyle w:val="FileName"/>
      </w:pPr>
      <w:r>
        <w:t>•  ITD_OG8.Form_Annual IT Project Portfolio Plan.doc</w:t>
      </w:r>
    </w:p>
    <w:p>
      <w:pPr>
        <w:pStyle w:val="FileName"/>
      </w:pPr>
      <w:r>
        <w:t>•  ITD_OG9.Checklist_IT Governance Goal Review.doc</w:t>
      </w:r>
    </w:p>
    <w:p>
      <w:pPr>
        <w:pStyle w:val="FileName"/>
      </w:pPr>
      <w:r>
        <w:t>•  ITD_OG10.Plan_Business Continuity Goal Tracker.doc</w:t>
      </w:r>
    </w:p>
    <w:p>
      <w:pPr>
        <w:pStyle w:val="FileName"/>
      </w:pPr>
      <w:r>
        <w:t>•  ITD_OG11.Plan_IT Risk Management Objectives.doc</w:t>
      </w:r>
    </w:p>
    <w:p>
      <w:pPr>
        <w:pStyle w:val="FileName"/>
      </w:pPr>
      <w:r>
        <w:t>•  ITD_OG12.Strategy_Cybersecurity Roadmap.doc</w:t>
      </w:r>
    </w:p>
    <w:p>
      <w:pPr>
        <w:pStyle w:val="FileName"/>
      </w:pPr>
      <w:r>
        <w:t>•  ITD_OG13.Plan_IT Policy Review Cycle.doc</w:t>
      </w:r>
    </w:p>
    <w:p>
      <w:pPr>
        <w:pStyle w:val="FileName"/>
      </w:pPr>
      <w:r>
        <w:t>•  ITD_OG14.Roadmap_Technology Upgrade Timeline.doc</w:t>
      </w:r>
    </w:p>
    <w:p>
      <w:pPr>
        <w:pStyle w:val="FileName"/>
      </w:pPr>
      <w:r>
        <w:t>•  ITD_OG15.Tracker_Digital Transformation Objectives.doc</w:t>
      </w:r>
    </w:p>
    <w:p>
      <w:pPr>
        <w:pStyle w:val="FileName"/>
      </w:pPr>
      <w:r>
        <w:t>•  ITD_OG16.OKR_Departmental Objectives Template.doc</w:t>
      </w:r>
    </w:p>
    <w:p>
      <w:pPr>
        <w:pStyle w:val="FileName"/>
      </w:pPr>
      <w:r>
        <w:t>•  ITD_OG01.Org Chart_IT Function Organization.xls</w:t>
      </w:r>
    </w:p>
    <w:p>
      <w:pPr>
        <w:pStyle w:val="FileName"/>
      </w:pPr>
      <w:r>
        <w:t>•  ITD_OG02.Org Chart_IT Infrastructure Organization.xls</w:t>
      </w:r>
    </w:p>
    <w:p>
      <w:pPr>
        <w:pStyle w:val="FileName"/>
      </w:pPr>
      <w:r>
        <w:t>•  ITD_OG03.Org Chart_IT Programming Organization.xls</w:t>
      </w:r>
    </w:p>
    <w:p>
      <w:pPr>
        <w:pStyle w:val="FileName"/>
      </w:pPr>
      <w:r>
        <w:t>•  ITD_OG04.Org Chart_IT Project Organization.xls</w:t>
      </w:r>
    </w:p>
    <w:p>
      <w:pPr>
        <w:pStyle w:val="FileName"/>
      </w:pPr>
      <w:r>
        <w:t>•  ITD_OG05.Org Chart_IT SOC Structure.doc</w:t>
      </w:r>
    </w:p>
    <w:p>
      <w:pPr>
        <w:pStyle w:val="FileName"/>
      </w:pPr>
      <w:r>
        <w:t>•  ITD_OG06.Org Chart_IT Helpdesk Support.doc</w:t>
      </w:r>
    </w:p>
    <w:p>
      <w:pPr>
        <w:pStyle w:val="FileName"/>
      </w:pPr>
      <w:r>
        <w:t>•  ITD_OG07.Org Chart_Cloud and Virtualization Team.doc</w:t>
      </w:r>
    </w:p>
    <w:p>
      <w:pPr>
        <w:pStyle w:val="FileName"/>
      </w:pPr>
      <w:r>
        <w:t>•  ITD_OG08.Org Chart_Application Lifecycle Team.doc</w:t>
      </w:r>
    </w:p>
    <w:p>
      <w:pPr>
        <w:pStyle w:val="FileName"/>
      </w:pPr>
      <w:r>
        <w:t>•  ITD_OG09.Org Chart_IT GRC Unit.doc</w:t>
      </w:r>
    </w:p>
    <w:p>
      <w:pPr>
        <w:pStyle w:val="FileName"/>
      </w:pPr>
      <w:r>
        <w:t>•  ITD_OG10.Org Chart_BI &amp; Data Analytics Team.doc</w:t>
      </w:r>
    </w:p>
    <w:p>
      <w:pPr>
        <w:pStyle w:val="FileName"/>
      </w:pPr>
      <w:r>
        <w:t>•  ITD_OG11.Org Chart_Enterprise Architecture.doc</w:t>
      </w:r>
    </w:p>
    <w:p>
      <w:pPr>
        <w:pStyle w:val="FileName"/>
      </w:pPr>
      <w:r>
        <w:t>•  ITD_OG12.Org Chart_DevOps Engineering.doc</w:t>
      </w:r>
    </w:p>
    <w:p>
      <w:pPr>
        <w:pStyle w:val="FileName"/>
      </w:pPr>
      <w:r>
        <w:t>•  ITD_OG13.Org Chart_IT QA and Testing.doc</w:t>
      </w:r>
    </w:p>
    <w:p>
      <w:pPr>
        <w:pStyle w:val="FileName"/>
      </w:pPr>
      <w:r>
        <w:t>•  ITD_OG14.Org Chart_IT Vendor Relations.doc</w:t>
      </w:r>
    </w:p>
    <w:p>
      <w:pPr>
        <w:pStyle w:val="FileName"/>
      </w:pPr>
      <w:r>
        <w:t>•  ITD_OG15.Org Chart_Customer Experience Tech.doc</w:t>
      </w:r>
    </w:p>
    <w:p>
      <w:pPr>
        <w:pStyle w:val="FileName"/>
      </w:pPr>
      <w:r>
        <w:t>•  ITD_OG16.Org Chart_IT Automation Team.doc</w:t>
      </w:r>
    </w:p>
    <w:p>
      <w:pPr>
        <w:pStyle w:val="FileName"/>
      </w:pPr>
      <w:r>
        <w:t>•  ITD_OG17.Org Chart_IT Licensing Admin.doc</w:t>
      </w:r>
    </w:p>
    <w:p>
      <w:pPr>
        <w:pStyle w:val="FileName"/>
      </w:pPr>
      <w:r>
        <w:t>•  ITD_OG18.Org Chart_IT Knowledge Management.doc</w:t>
      </w:r>
    </w:p>
    <w:p>
      <w:pPr>
        <w:pStyle w:val="FileName"/>
      </w:pPr>
      <w:r>
        <w:t>•  ITD_OG19.Org Chart_IT Business Relationship.doc</w:t>
      </w:r>
    </w:p>
    <w:p>
      <w:pPr>
        <w:pStyle w:val="FileName"/>
      </w:pPr>
      <w:r>
        <w:t>•  ITD_OG01.Form_IT Staff Responsibility and Skills Requirement.doc</w:t>
      </w:r>
    </w:p>
    <w:p>
      <w:pPr>
        <w:pStyle w:val="FileName"/>
      </w:pPr>
      <w:r>
        <w:t>•  ITD_OG02.Form_System Problem Solving and IT Responsibility Matrix.xls</w:t>
      </w:r>
    </w:p>
    <w:p>
      <w:pPr>
        <w:pStyle w:val="FileName"/>
      </w:pPr>
      <w:r>
        <w:t>•  ITD_OG03.Form_IT Staff Responsibility Monitoring.xls</w:t>
      </w:r>
    </w:p>
    <w:p>
      <w:pPr>
        <w:pStyle w:val="FileName"/>
      </w:pPr>
      <w:r>
        <w:t>•  ITD_OG04.Template_Responsibility List for IT Positions.doc</w:t>
      </w:r>
    </w:p>
    <w:p>
      <w:pPr>
        <w:pStyle w:val="FileName"/>
      </w:pPr>
      <w:r>
        <w:t>•  ITD_OG05.Template_Role Profile IT Security Officer.doc</w:t>
      </w:r>
    </w:p>
    <w:p>
      <w:pPr>
        <w:pStyle w:val="FileName"/>
      </w:pPr>
      <w:r>
        <w:t>•  ITD_OG06.Template_Role Description IT Infra Architect.doc</w:t>
      </w:r>
    </w:p>
    <w:p>
      <w:pPr>
        <w:pStyle w:val="FileName"/>
      </w:pPr>
      <w:r>
        <w:t>•  ITD_OG07.Matrix_Role Expectation for IT Leaders.doc</w:t>
      </w:r>
    </w:p>
    <w:p>
      <w:pPr>
        <w:pStyle w:val="FileName"/>
      </w:pPr>
      <w:r>
        <w:t>•  ITD_OG08.Framework_IT Competency Matrix.doc</w:t>
      </w:r>
    </w:p>
    <w:p>
      <w:pPr>
        <w:pStyle w:val="FileName"/>
      </w:pPr>
      <w:r>
        <w:t>•  ITD_OG09.Matrix_Role-SLA Alignment Table.doc</w:t>
      </w:r>
    </w:p>
    <w:p>
      <w:pPr>
        <w:pStyle w:val="FileName"/>
      </w:pPr>
      <w:r>
        <w:t>•  ITD_OG10.Map_Project vs Operation Roles.doc</w:t>
      </w:r>
    </w:p>
    <w:p>
      <w:pPr>
        <w:pStyle w:val="FileName"/>
      </w:pPr>
      <w:r>
        <w:t>•  ITD_OG11.Form_RBAC Definition Sheet.doc</w:t>
      </w:r>
    </w:p>
    <w:p>
      <w:pPr>
        <w:pStyle w:val="FileName"/>
      </w:pPr>
      <w:r>
        <w:t>•  ITD_OG12.Sheet_Skills Gap Analysis IT Staff.doc</w:t>
      </w:r>
    </w:p>
    <w:p>
      <w:pPr>
        <w:pStyle w:val="FileName"/>
      </w:pPr>
      <w:r>
        <w:t>•  ITD_OG13.Form_IT Training Needs Assessment.doc</w:t>
      </w:r>
    </w:p>
    <w:p>
      <w:pPr>
        <w:pStyle w:val="FileName"/>
      </w:pPr>
      <w:r>
        <w:t>•  ITD_OG14.List_Responsibility IT Contractors.doc</w:t>
      </w:r>
    </w:p>
    <w:p>
      <w:pPr>
        <w:pStyle w:val="FileName"/>
      </w:pPr>
      <w:r>
        <w:t>•  ITD_OG15.Matrix_KPI to Responsibility.doc</w:t>
      </w:r>
    </w:p>
    <w:p>
      <w:pPr>
        <w:pStyle w:val="FileName"/>
      </w:pPr>
      <w:r>
        <w:t>•  ITD_OG16.Matrix_Authority Delegation in IT.doc</w:t>
      </w:r>
    </w:p>
    <w:p>
      <w:pPr>
        <w:pStyle w:val="FileName"/>
      </w:pPr>
      <w:r>
        <w:t>•  ITD_OG17.Form_Intern Role Description.doc</w:t>
      </w:r>
    </w:p>
    <w:p>
      <w:pPr>
        <w:pStyle w:val="FileName"/>
      </w:pPr>
      <w:r>
        <w:t>•  ITD_OG18.Template_Backup Role Assignment.doc</w:t>
      </w:r>
    </w:p>
    <w:p>
      <w:pPr>
        <w:pStyle w:val="FileName"/>
      </w:pPr>
      <w:r>
        <w:t>•  ITD_OG19.Checklist_IT Role Handover Process.doc</w:t>
      </w:r>
    </w:p>
    <w:p>
      <w:pPr>
        <w:pStyle w:val="FileName"/>
      </w:pPr>
      <w:r>
        <w:t>•  ITD_OG20.Plan_Staff Rotation Matrix.doc</w:t>
      </w:r>
    </w:p>
    <w:p>
      <w:pPr>
        <w:pStyle w:val="FileName"/>
      </w:pPr>
      <w:r>
        <w:t>•  ITD_OG01.Form_To Do List for IT Department - Weekly - Monthly.xls</w:t>
      </w:r>
    </w:p>
    <w:p>
      <w:pPr>
        <w:pStyle w:val="FileName"/>
      </w:pPr>
      <w:r>
        <w:t>•  ITD_OG02.Form_IT Tasks List.xls</w:t>
      </w:r>
    </w:p>
    <w:p>
      <w:pPr>
        <w:pStyle w:val="FileName"/>
      </w:pPr>
      <w:r>
        <w:t>•  ITD_OG03.Form_Daily Schedule Work Priorities.doc</w:t>
      </w:r>
    </w:p>
    <w:p>
      <w:pPr>
        <w:pStyle w:val="FileName"/>
      </w:pPr>
      <w:r>
        <w:t>•  ITD_OG04.Form_IT Issues Priority Matrix.xls</w:t>
      </w:r>
    </w:p>
    <w:p>
      <w:pPr>
        <w:pStyle w:val="FileName"/>
      </w:pPr>
      <w:r>
        <w:t>•  ITD_OG05.Board_Weekly Standup Planner</w:t>
      </w:r>
    </w:p>
    <w:p>
      <w:pPr>
        <w:pStyle w:val="FileName"/>
      </w:pPr>
      <w:r>
        <w:t>•  ITD_OG06.Calendar_IT Maintenance Schedule</w:t>
      </w:r>
    </w:p>
    <w:p>
      <w:pPr>
        <w:pStyle w:val="FileName"/>
      </w:pPr>
      <w:r>
        <w:t>•  ITD_OG07.Plan_Quarterly Upgrade Tasks</w:t>
      </w:r>
    </w:p>
    <w:p>
      <w:pPr>
        <w:pStyle w:val="FileName"/>
      </w:pPr>
      <w:r>
        <w:t>•  ITD_OG08.Protocol_Emergency Task Sheet</w:t>
      </w:r>
    </w:p>
    <w:p>
      <w:pPr>
        <w:pStyle w:val="FileName"/>
      </w:pPr>
      <w:r>
        <w:t>•  ITD_OG09.Matrix_Task Escalation Logic</w:t>
      </w:r>
    </w:p>
    <w:p>
      <w:pPr>
        <w:pStyle w:val="FileName"/>
      </w:pPr>
      <w:r>
        <w:t>•  ITD_OG10.Sheet_Backlog Grooming</w:t>
      </w:r>
    </w:p>
    <w:p>
      <w:pPr>
        <w:pStyle w:val="FileName"/>
      </w:pPr>
      <w:r>
        <w:t>•  ITD_OG11.Checklist_Patch Management Tasks</w:t>
      </w:r>
    </w:p>
    <w:p>
      <w:pPr>
        <w:pStyle w:val="FileName"/>
      </w:pPr>
      <w:r>
        <w:t>•  ITD_OG12.List_New Employee IT Setup</w:t>
      </w:r>
    </w:p>
    <w:p>
      <w:pPr>
        <w:pStyle w:val="FileName"/>
      </w:pPr>
      <w:r>
        <w:t>•  ITD_OG13.Plan_Decommission Legacy Systems</w:t>
      </w:r>
    </w:p>
    <w:p>
      <w:pPr>
        <w:pStyle w:val="FileName"/>
      </w:pPr>
      <w:r>
        <w:t>•  ITD_OG14.List_Cloud Monitoring Tasks</w:t>
      </w:r>
    </w:p>
    <w:p>
      <w:pPr>
        <w:pStyle w:val="FileName"/>
      </w:pPr>
      <w:r>
        <w:t>•  ITD_OG15.Logbook_Helpdesk Daily Activities</w:t>
      </w:r>
    </w:p>
    <w:p>
      <w:pPr>
        <w:pStyle w:val="FileName"/>
      </w:pPr>
      <w:r>
        <w:t>•  ITD_OG16.Planner_Cybersecurity Weekly Tasks</w:t>
      </w:r>
    </w:p>
    <w:p>
      <w:pPr>
        <w:pStyle w:val="FileName"/>
      </w:pPr>
      <w:r>
        <w:t>•  ITD_OG17.Checklist_IT Project Phase Tasks</w:t>
      </w:r>
    </w:p>
    <w:p>
      <w:pPr>
        <w:pStyle w:val="FileName"/>
      </w:pPr>
      <w:r>
        <w:t>•  ITD_OG18.Sheet_Change Management Activities</w:t>
      </w:r>
    </w:p>
    <w:p>
      <w:pPr>
        <w:pStyle w:val="FileName"/>
      </w:pPr>
      <w:r>
        <w:t>•  ITD_OG19.Template_IT Daily Work Journal</w:t>
      </w:r>
    </w:p>
    <w:p>
      <w:pPr>
        <w:pStyle w:val="FileName"/>
      </w:pPr>
      <w:r>
        <w:t>•  ITD_OG01.Form_IT Department KPI Monthly (IT Dept KPI).xls</w:t>
      </w:r>
    </w:p>
    <w:p>
      <w:pPr>
        <w:pStyle w:val="FileName"/>
      </w:pPr>
      <w:r>
        <w:t>•  ITD_OG02.Form_IT System Operation Monitoring Daily.xls</w:t>
      </w:r>
    </w:p>
    <w:p>
      <w:pPr>
        <w:pStyle w:val="FileName"/>
      </w:pPr>
      <w:r>
        <w:t>•  ITD_OG03.Form_IT Department Report Requirements.xls</w:t>
      </w:r>
    </w:p>
    <w:p>
      <w:pPr>
        <w:pStyle w:val="FileName"/>
      </w:pPr>
      <w:r>
        <w:t>•  ITD_OG04.Form_IT Daily Report.xls</w:t>
      </w:r>
    </w:p>
    <w:p>
      <w:pPr>
        <w:pStyle w:val="FileName"/>
      </w:pPr>
      <w:r>
        <w:t>•  ITD_OG05.Dashboard_KPI CIO View.doc</w:t>
      </w:r>
    </w:p>
    <w:p>
      <w:pPr>
        <w:pStyle w:val="FileName"/>
      </w:pPr>
      <w:r>
        <w:t>•  ITD_OG06.Sheet_SLA Compliance Tracker.doc</w:t>
      </w:r>
    </w:p>
    <w:p>
      <w:pPr>
        <w:pStyle w:val="FileName"/>
      </w:pPr>
      <w:r>
        <w:t>•  ITD_OG07.Report_App Availability Metrics.doc</w:t>
      </w:r>
    </w:p>
    <w:p>
      <w:pPr>
        <w:pStyle w:val="FileName"/>
      </w:pPr>
      <w:r>
        <w:t>•  ITD_OG08.Report_Incident Resolution KPI.doc</w:t>
      </w:r>
    </w:p>
    <w:p>
      <w:pPr>
        <w:pStyle w:val="FileName"/>
      </w:pPr>
      <w:r>
        <w:t>•  ITD_OG09.Report_Budget vs Actual.doc</w:t>
      </w:r>
    </w:p>
    <w:p>
      <w:pPr>
        <w:pStyle w:val="FileName"/>
      </w:pPr>
      <w:r>
        <w:t>•  ITD_OG10.Log_Server Downtime Tracker.doc</w:t>
      </w:r>
    </w:p>
    <w:p>
      <w:pPr>
        <w:pStyle w:val="FileName"/>
      </w:pPr>
      <w:r>
        <w:t>•  ITD_OG11.Chart_Network Performance Trends.doc</w:t>
      </w:r>
    </w:p>
    <w:p>
      <w:pPr>
        <w:pStyle w:val="FileName"/>
      </w:pPr>
      <w:r>
        <w:t>•  ITD_OG12.Dashboard_Helpdesk Ticket Metrics.doc</w:t>
      </w:r>
    </w:p>
    <w:p>
      <w:pPr>
        <w:pStyle w:val="FileName"/>
      </w:pPr>
      <w:r>
        <w:t>•  ITD_OG13.Report_Change Success Rate.doc</w:t>
      </w:r>
    </w:p>
    <w:p>
      <w:pPr>
        <w:pStyle w:val="FileName"/>
      </w:pPr>
      <w:r>
        <w:t>•  ITD_OG14.Report_Backup Success KPI.doc</w:t>
      </w:r>
    </w:p>
    <w:p>
      <w:pPr>
        <w:pStyle w:val="FileName"/>
      </w:pPr>
      <w:r>
        <w:t>•  ITD_OG15.Report_IT Project Delivery Metrics.doc</w:t>
      </w:r>
    </w:p>
    <w:p>
      <w:pPr>
        <w:pStyle w:val="FileName"/>
      </w:pPr>
      <w:r>
        <w:t>•  ITD_OG16.Report_IT Training KPI.doc</w:t>
      </w:r>
    </w:p>
    <w:p>
      <w:pPr>
        <w:pStyle w:val="FileName"/>
      </w:pPr>
      <w:r>
        <w:t>•  ITD_OG17.Report_Cybersecurity Incidents.doc</w:t>
      </w:r>
    </w:p>
    <w:p>
      <w:pPr>
        <w:pStyle w:val="FileName"/>
      </w:pPr>
      <w:r>
        <w:t>•  ITD_OG18.Report_User Satisfaction Score.doc</w:t>
      </w:r>
    </w:p>
    <w:p>
      <w:pPr>
        <w:pStyle w:val="FileName"/>
      </w:pPr>
      <w:r>
        <w:t>•  ITD_OG19.Report_Software License Utilization.doc</w:t>
      </w:r>
    </w:p>
    <w:p>
      <w:pPr>
        <w:pStyle w:val="FileName"/>
      </w:pPr>
      <w:r>
        <w:t>•  ITD_OG01.Guidance_Framework to Solve IT Problem.xls</w:t>
      </w:r>
    </w:p>
    <w:p>
      <w:pPr>
        <w:pStyle w:val="FileName"/>
      </w:pPr>
      <w:r>
        <w:t>•  ITD_OG02.Template_IT Root Cause Analysis Map.xls</w:t>
      </w:r>
    </w:p>
    <w:p>
      <w:pPr>
        <w:pStyle w:val="FileName"/>
      </w:pPr>
      <w:r>
        <w:t>•  ITD_OG03.Form_IT Department Meeting Minutes.doc</w:t>
      </w:r>
    </w:p>
    <w:p>
      <w:pPr>
        <w:pStyle w:val="FileName"/>
      </w:pPr>
      <w:r>
        <w:t>•  ITD_OG04.Checklist_Virtual Meetings.doc</w:t>
      </w:r>
    </w:p>
    <w:p>
      <w:pPr>
        <w:pStyle w:val="FileName"/>
      </w:pPr>
      <w:r>
        <w:t>•  ITD_OG05.Form_Agenda for IT Staff Meeting.xls</w:t>
      </w:r>
    </w:p>
    <w:p>
      <w:pPr>
        <w:pStyle w:val="FileName"/>
      </w:pPr>
      <w:r>
        <w:t>•  ITD_OG06.Form_Post-Incident Review.doc</w:t>
      </w:r>
    </w:p>
    <w:p>
      <w:pPr>
        <w:pStyle w:val="FileName"/>
      </w:pPr>
      <w:r>
        <w:t>•  ITD_OG07.Workflow_Incident Escalation.doc</w:t>
      </w:r>
    </w:p>
    <w:p>
      <w:pPr>
        <w:pStyle w:val="FileName"/>
      </w:pPr>
      <w:r>
        <w:t>•  ITD_OG08.Diagram_Cause Analysis Fishbone.doc</w:t>
      </w:r>
    </w:p>
    <w:p>
      <w:pPr>
        <w:pStyle w:val="FileName"/>
      </w:pPr>
      <w:r>
        <w:t>•  ITD_OG09.Template_5 Why RCA Sheet.doc</w:t>
      </w:r>
    </w:p>
    <w:p>
      <w:pPr>
        <w:pStyle w:val="FileName"/>
      </w:pPr>
      <w:r>
        <w:t>•  ITD_OG10.Checklist_Incident Review Manager.doc</w:t>
      </w:r>
    </w:p>
    <w:p>
      <w:pPr>
        <w:pStyle w:val="FileName"/>
      </w:pPr>
      <w:r>
        <w:t>•  ITD_OG11.Log_Known Error Record Sheet.doc</w:t>
      </w:r>
    </w:p>
    <w:p>
      <w:pPr>
        <w:pStyle w:val="FileName"/>
      </w:pPr>
      <w:r>
        <w:t>•  ITD_OG12.Plan_IT Service Restoration.doc</w:t>
      </w:r>
    </w:p>
    <w:p>
      <w:pPr>
        <w:pStyle w:val="FileName"/>
      </w:pPr>
      <w:r>
        <w:t>•  ITD_OG13.Protocol_Outage Communication Plan.doc</w:t>
      </w:r>
    </w:p>
    <w:p>
      <w:pPr>
        <w:pStyle w:val="FileName"/>
      </w:pPr>
      <w:r>
        <w:t>•  ITD_OG14.Lessons_Learned Template IT Projects.doc</w:t>
      </w:r>
    </w:p>
    <w:p>
      <w:pPr>
        <w:pStyle w:val="FileName"/>
      </w:pPr>
      <w:r>
        <w:t>•  ITD_OG15.Matrix_Incident Risk Categorization.doc</w:t>
      </w:r>
    </w:p>
    <w:p>
      <w:pPr>
        <w:pStyle w:val="FileName"/>
      </w:pPr>
      <w:r>
        <w:t>•  ITD_OG16.Dashboard_Weekly Problem Summary.doc</w:t>
      </w:r>
    </w:p>
    <w:p>
      <w:pPr>
        <w:pStyle w:val="FileName"/>
      </w:pPr>
      <w:r>
        <w:t>•  ITD_OG17.Plan_Preventive Action IT Ops.doc</w:t>
      </w:r>
    </w:p>
    <w:p>
      <w:pPr>
        <w:pStyle w:val="FileName"/>
      </w:pPr>
      <w:r>
        <w:t>•  ITD_OG18.Log_IT Resolution Decision Points.doc</w:t>
      </w:r>
    </w:p>
    <w:p>
      <w:pPr>
        <w:pStyle w:val="FileName"/>
      </w:pPr>
      <w:r>
        <w:t>•  ITD_OG19.Log_IT Crisis Simulation Report .doc</w:t>
      </w:r>
    </w:p>
    <w:p>
      <w:pPr>
        <w:pStyle w:val="FileName"/>
      </w:pPr>
      <w:r>
        <w:t>•  ITD_OG20.Tracker_Cross-Functional Weekly Issues.doc</w:t>
      </w:r>
    </w:p>
    <w:p>
      <w:pPr>
        <w:pStyle w:val="FileName"/>
      </w:pPr>
      <w:r>
        <w:t>•  ITD_OG21.Agenda_Weekly Operations Meeting.doc</w:t>
      </w:r>
    </w:p>
    <w:p>
      <w:pPr>
        <w:pStyle w:val="FileName"/>
      </w:pPr>
      <w:r>
        <w:t>•  ITD_OG22.Template_IT Steering Committee Minutes.doc</w:t>
      </w:r>
    </w:p>
    <w:p>
      <w:pPr>
        <w:pStyle w:val="FileName"/>
      </w:pPr>
      <w:r>
        <w:t>•  ITD_OG23.Form_IT Architecture Review Meeting.doc</w:t>
      </w:r>
    </w:p>
    <w:p>
      <w:pPr>
        <w:pStyle w:val="FileName"/>
      </w:pPr>
      <w:r>
        <w:t>•  ITD_OG24.Template_DevOps Standup Meeting Notes.doc</w:t>
      </w:r>
    </w:p>
    <w:p>
      <w:pPr>
        <w:pStyle w:val="FileName"/>
      </w:pPr>
      <w:r>
        <w:t>•  ITD_OG25.Log_IT Vendor Coordination Meeting.doc</w:t>
      </w:r>
    </w:p>
    <w:p>
      <w:pPr>
        <w:pStyle w:val="FileName"/>
      </w:pPr>
      <w:r>
        <w:t>•  ITD_OG26.Template_IT Budget Review Meeting.doc</w:t>
      </w:r>
    </w:p>
    <w:p>
      <w:pPr>
        <w:pStyle w:val="FileName"/>
      </w:pPr>
      <w:r>
        <w:t>•  ITD_OG27.Form_IT Security Briefing Agenda.doc</w:t>
      </w:r>
    </w:p>
    <w:p>
      <w:pPr>
        <w:pStyle w:val="FileName"/>
      </w:pPr>
      <w:r>
        <w:t>•  ITD_OG28.Template_Project Kickoff Meeting.doc</w:t>
      </w:r>
    </w:p>
    <w:p>
      <w:pPr>
        <w:pStyle w:val="FileName"/>
      </w:pPr>
      <w:r>
        <w:t>•  ITD_OG29.Template_IT Monthly All-Hands Summary.doc</w:t>
      </w:r>
    </w:p>
    <w:p>
      <w:pPr>
        <w:pStyle w:val="FileName"/>
      </w:pPr>
      <w:r>
        <w:t>•  ITD_OG30.Checklist_Pre-Meeting Preparation.doc</w:t>
      </w:r>
    </w:p>
    <w:p>
      <w:pPr>
        <w:pStyle w:val="FileName"/>
      </w:pPr>
      <w:r>
        <w:t>•  ITD_PD01.Policy_Acceptable Use IT.doc</w:t>
      </w:r>
    </w:p>
    <w:p>
      <w:pPr>
        <w:pStyle w:val="FileName"/>
      </w:pPr>
      <w:r>
        <w:t>•  ITD_PD02.Policy_Change Management.doc</w:t>
      </w:r>
    </w:p>
    <w:p>
      <w:pPr>
        <w:pStyle w:val="FileName"/>
      </w:pPr>
      <w:r>
        <w:t>•  ITD_PD03.Policy_IT Security.doc</w:t>
      </w:r>
    </w:p>
    <w:p>
      <w:pPr>
        <w:pStyle w:val="FileName"/>
      </w:pPr>
      <w:r>
        <w:t>•  ITD_PD04.Policy_Data Retention.doc</w:t>
      </w:r>
    </w:p>
    <w:p>
      <w:pPr>
        <w:pStyle w:val="FileName"/>
      </w:pPr>
      <w:r>
        <w:t>•  ITD_PD05.Template_IT SOP Document.doc</w:t>
      </w:r>
    </w:p>
    <w:p>
      <w:pPr>
        <w:pStyle w:val="FileName"/>
      </w:pPr>
      <w:r>
        <w:t>•  ITD_PD06.Checklist_New System Rollout.doc</w:t>
      </w:r>
    </w:p>
    <w:p>
      <w:pPr>
        <w:pStyle w:val="FileName"/>
      </w:pPr>
      <w:r>
        <w:t>•  ITD_PD07.Template_User Manual.doc</w:t>
      </w:r>
    </w:p>
    <w:p>
      <w:pPr>
        <w:pStyle w:val="FileName"/>
      </w:pPr>
      <w:r>
        <w:t>•  ITD_PD08.Log_Version Control Sheet.doc</w:t>
      </w:r>
    </w:p>
    <w:p>
      <w:pPr>
        <w:pStyle w:val="FileName"/>
      </w:pPr>
      <w:r>
        <w:t>•  ITD_PD09.Calendar_Policy Review Schedule.doc</w:t>
      </w:r>
    </w:p>
    <w:p>
      <w:pPr>
        <w:pStyle w:val="FileName"/>
      </w:pPr>
      <w:r>
        <w:t>•  ITD_PD10.Template_Technical Documentation.doc</w:t>
      </w:r>
    </w:p>
    <w:p>
      <w:pPr>
        <w:pStyle w:val="FileName"/>
      </w:pPr>
      <w:r>
        <w:t>•  ITD_PD11.Index_SOP Master List.doc</w:t>
      </w:r>
    </w:p>
    <w:p>
      <w:pPr>
        <w:pStyle w:val="FileName"/>
      </w:pPr>
      <w:r>
        <w:t>•  ITD_PD12.Policy_Disaster Recovery.doc</w:t>
      </w:r>
    </w:p>
    <w:p>
      <w:pPr>
        <w:pStyle w:val="FileName"/>
      </w:pPr>
      <w:r>
        <w:t>•  ITD_PD13.Protocol_Outage Communication.doc</w:t>
      </w:r>
    </w:p>
    <w:p>
      <w:pPr>
        <w:pStyle w:val="FileName"/>
      </w:pPr>
      <w:r>
        <w:t>•  ITD_PD14.Template_Network Configuration Docs.doc</w:t>
      </w:r>
    </w:p>
    <w:p>
      <w:pPr>
        <w:pStyle w:val="FileName"/>
      </w:pPr>
      <w:r>
        <w:t>•  ITD_PD15.Template_API Documentation.doc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Manager | IT Department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