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Data Center and Server Room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91 Templates   |   77 DOC   |   10 XLS   |   4 Unspecified extensions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ITD_DC01_Data-Center Infrastructure.doc</w:t>
      </w:r>
    </w:p>
    <w:p>
      <w:pPr>
        <w:pStyle w:val="FileName"/>
      </w:pPr>
      <w:r>
        <w:t>•  ITD_DC02_Server Room Design Requirements.doc</w:t>
      </w:r>
    </w:p>
    <w:p>
      <w:pPr>
        <w:pStyle w:val="FileName"/>
      </w:pPr>
      <w:r>
        <w:t>•  ITD_DC03_Server Room Power Supply Requirements.doc</w:t>
      </w:r>
    </w:p>
    <w:p>
      <w:pPr>
        <w:pStyle w:val="FileName"/>
      </w:pPr>
      <w:r>
        <w:t>•  ITD_DC04_Server Room Fire Prevention Requirements.doc</w:t>
      </w:r>
    </w:p>
    <w:p>
      <w:pPr>
        <w:pStyle w:val="FileName"/>
      </w:pPr>
      <w:r>
        <w:t>•  ITD_DC05_Cabling System Requirements.doc</w:t>
      </w:r>
    </w:p>
    <w:p>
      <w:pPr>
        <w:pStyle w:val="FileName"/>
      </w:pPr>
      <w:r>
        <w:t>•  ITD_DC06_Server Room Ventilation and Cooling Requirements.doc</w:t>
      </w:r>
    </w:p>
    <w:p>
      <w:pPr>
        <w:pStyle w:val="FileName"/>
      </w:pPr>
      <w:r>
        <w:t>•  ITD_DC07_Checklist_Data-Center Upgrading Plan.doc</w:t>
      </w:r>
    </w:p>
    <w:p>
      <w:pPr>
        <w:pStyle w:val="FileName"/>
      </w:pPr>
      <w:r>
        <w:t>•  ITD_DC08_Form_Data-Center Asset Profile.xls</w:t>
      </w:r>
    </w:p>
    <w:p>
      <w:pPr>
        <w:pStyle w:val="FileName"/>
      </w:pPr>
      <w:r>
        <w:t>•  ITD_DC09_Data-Center Consolidation Initiative.doc</w:t>
      </w:r>
    </w:p>
    <w:p>
      <w:pPr>
        <w:pStyle w:val="FileName"/>
      </w:pPr>
      <w:r>
        <w:t>•  ITD_DC10_Data-Center Security Manual.doc</w:t>
      </w:r>
    </w:p>
    <w:p>
      <w:pPr>
        <w:pStyle w:val="FileName"/>
      </w:pPr>
      <w:r>
        <w:t>•  ITD_DC11_Data-Center Cost Calculator Yearly.xls</w:t>
      </w:r>
    </w:p>
    <w:p>
      <w:pPr>
        <w:pStyle w:val="FileName"/>
      </w:pPr>
      <w:r>
        <w:t>•  ITD_DC12_Data-Center Electrical Power Assessment.xls</w:t>
      </w:r>
    </w:p>
    <w:p>
      <w:pPr>
        <w:pStyle w:val="FileName"/>
      </w:pPr>
      <w:r>
        <w:t>•  ITD_DC13_Checklist_Data-center Physical Security.doc</w:t>
      </w:r>
    </w:p>
    <w:p>
      <w:pPr>
        <w:pStyle w:val="FileName"/>
      </w:pPr>
      <w:r>
        <w:t>•  ITD_DC14_Data-Center Sites Survey.doc</w:t>
      </w:r>
    </w:p>
    <w:p>
      <w:pPr>
        <w:pStyle w:val="FileName"/>
      </w:pPr>
      <w:r>
        <w:t>•  ITD_DC15_Data-Center Assessment Tool.xls</w:t>
      </w:r>
    </w:p>
    <w:p>
      <w:pPr>
        <w:pStyle w:val="FileName"/>
      </w:pPr>
      <w:r>
        <w:t>•  ITD_DC16_Data-Center Consolidation (DCC) Questionnaire.xls</w:t>
      </w:r>
    </w:p>
    <w:p>
      <w:pPr>
        <w:pStyle w:val="FileName"/>
      </w:pPr>
      <w:r>
        <w:t>•  ITD_DC17_Data-Center Relocation Risk Management Plan.doc</w:t>
      </w:r>
    </w:p>
    <w:p>
      <w:pPr>
        <w:pStyle w:val="FileName"/>
      </w:pPr>
      <w:r>
        <w:t>•  ITD_DC18_Data-Center Audit Program.doc</w:t>
      </w:r>
    </w:p>
    <w:p>
      <w:pPr>
        <w:pStyle w:val="FileName"/>
      </w:pPr>
      <w:r>
        <w:t>•  ITD_DC19_Data-Center Safety Procedures and Guidelines.doc</w:t>
      </w:r>
    </w:p>
    <w:p>
      <w:pPr>
        <w:pStyle w:val="FileName"/>
      </w:pPr>
      <w:r>
        <w:t>•  ITD_DC20_Data-Center Best Practice.doc</w:t>
      </w:r>
    </w:p>
    <w:p>
      <w:pPr>
        <w:pStyle w:val="FileName"/>
      </w:pPr>
      <w:r>
        <w:t>•  ITD_DC21_DR Site Selection Matrix.xls</w:t>
      </w:r>
    </w:p>
    <w:p>
      <w:pPr>
        <w:pStyle w:val="FileName"/>
      </w:pPr>
      <w:r>
        <w:t>•  ITD_DC22_Form_Data-Center Safeguards Assessment.doc</w:t>
      </w:r>
    </w:p>
    <w:p>
      <w:pPr>
        <w:pStyle w:val="FileName"/>
      </w:pPr>
      <w:r>
        <w:t>•  ITD_DC23_Data-Center Standard Comparision.xls</w:t>
      </w:r>
    </w:p>
    <w:p>
      <w:pPr>
        <w:pStyle w:val="FileName"/>
      </w:pPr>
      <w:r>
        <w:t>•  ITD_DC24_Data-Center_Sustainability_Guidelines.doc</w:t>
      </w:r>
    </w:p>
    <w:p>
      <w:pPr>
        <w:pStyle w:val="FileName"/>
      </w:pPr>
      <w:r>
        <w:t>•  ITD_DC25_Data-Center_Capacity_Planning_Worksheet.doc</w:t>
      </w:r>
    </w:p>
    <w:p>
      <w:pPr>
        <w:pStyle w:val="FileName"/>
      </w:pPr>
      <w:r>
        <w:t>•  ITD_DC26_Data-Center_Risk_Register_Template.doc</w:t>
      </w:r>
    </w:p>
    <w:p>
      <w:pPr>
        <w:pStyle w:val="FileName"/>
      </w:pPr>
      <w:r>
        <w:t>•  ITD_DC27_Data-Center_Governance_Framework.doc</w:t>
      </w:r>
    </w:p>
    <w:p>
      <w:pPr>
        <w:pStyle w:val="FileName"/>
      </w:pPr>
      <w:r>
        <w:t>•  ITD_DC01_Checklist_Data-Center Architecture Audit.doc</w:t>
      </w:r>
    </w:p>
    <w:p>
      <w:pPr>
        <w:pStyle w:val="FileName"/>
      </w:pPr>
      <w:r>
        <w:t>•  ITD_DC02_Checklist_UPS Maintenance Plan.doc</w:t>
      </w:r>
    </w:p>
    <w:p>
      <w:pPr>
        <w:pStyle w:val="FileName"/>
      </w:pPr>
      <w:r>
        <w:t>•  ITD_DC03_Form_Data-Center Maintenance Plan.xls</w:t>
      </w:r>
    </w:p>
    <w:p>
      <w:pPr>
        <w:pStyle w:val="FileName"/>
      </w:pPr>
      <w:r>
        <w:t>•  ITD_DC04_Checklist_Data-Center Operation Daily.xls</w:t>
      </w:r>
    </w:p>
    <w:p>
      <w:pPr>
        <w:pStyle w:val="FileName"/>
      </w:pPr>
      <w:r>
        <w:t>•  ITD_DC05_Checklist_Data-Center Operation.xls</w:t>
      </w:r>
    </w:p>
    <w:p>
      <w:pPr>
        <w:pStyle w:val="FileName"/>
      </w:pPr>
      <w:r>
        <w:t>•  ITD_DC06_Checklist_Backup_and_Restore_Validation</w:t>
      </w:r>
    </w:p>
    <w:p>
      <w:pPr>
        <w:pStyle w:val="FileName"/>
      </w:pPr>
      <w:r>
        <w:t>•  ITD_DC07_Checklist_Patch_and_Firmware_Management</w:t>
      </w:r>
    </w:p>
    <w:p>
      <w:pPr>
        <w:pStyle w:val="FileName"/>
      </w:pPr>
      <w:r>
        <w:t>•  ITD_DC08_Log_Review_and_Incident_Response_Template</w:t>
      </w:r>
    </w:p>
    <w:p>
      <w:pPr>
        <w:pStyle w:val="FileName"/>
      </w:pPr>
      <w:r>
        <w:t>•  ITD_DC09_KPI_Dashboard_Data-Center_Performance_Monitoring</w:t>
      </w:r>
    </w:p>
    <w:p>
      <w:pPr>
        <w:pStyle w:val="FileName"/>
      </w:pPr>
      <w:r>
        <w:t>•  ITD_CRM01_Data-Center_ISO_Compliance_Checklist.doc</w:t>
      </w:r>
    </w:p>
    <w:p>
      <w:pPr>
        <w:pStyle w:val="FileName"/>
      </w:pPr>
      <w:r>
        <w:t>•  ITD_CRM02_IT_Auditing_Trail_Policy.doc</w:t>
      </w:r>
    </w:p>
    <w:p>
      <w:pPr>
        <w:pStyle w:val="FileName"/>
      </w:pPr>
      <w:r>
        <w:t>•  ITD_CRM03_Regulatory_Mapping_Report.doc</w:t>
      </w:r>
    </w:p>
    <w:p>
      <w:pPr>
        <w:pStyle w:val="FileName"/>
      </w:pPr>
      <w:r>
        <w:t>•  ITD_CRM04_Data_Retention_and_Disposal_Policy.doc</w:t>
      </w:r>
    </w:p>
    <w:p>
      <w:pPr>
        <w:pStyle w:val="FileName"/>
      </w:pPr>
      <w:r>
        <w:t>•  ITD_CRM05_Audit_Findings_Tracking_Log.doc</w:t>
      </w:r>
    </w:p>
    <w:p>
      <w:pPr>
        <w:pStyle w:val="FileName"/>
      </w:pPr>
      <w:r>
        <w:t>•  ITD_CRM06_Compliance_Risk_Assessment_Matrix.doc</w:t>
      </w:r>
    </w:p>
    <w:p>
      <w:pPr>
        <w:pStyle w:val="FileName"/>
      </w:pPr>
      <w:r>
        <w:t>•  ITD_CRM07_Policy_Exception_Request_Form.doc</w:t>
      </w:r>
    </w:p>
    <w:p>
      <w:pPr>
        <w:pStyle w:val="FileName"/>
      </w:pPr>
      <w:r>
        <w:t>•  ITD_CRM08_Internal_Compliance_Audit_Procedure.doc</w:t>
      </w:r>
    </w:p>
    <w:p>
      <w:pPr>
        <w:pStyle w:val="FileName"/>
      </w:pPr>
      <w:r>
        <w:t>•  ITD_CRM09_Template_Government_Audit_Report.doc</w:t>
      </w:r>
    </w:p>
    <w:p>
      <w:pPr>
        <w:pStyle w:val="FileName"/>
      </w:pPr>
      <w:r>
        <w:t>•  ITD_CRM10_Legal_Hold_Notification_Template.doc</w:t>
      </w:r>
    </w:p>
    <w:p>
      <w:pPr>
        <w:pStyle w:val="FileName"/>
      </w:pPr>
      <w:r>
        <w:t>•  ITD_CRM11_IT_Policy_Acceptance_Tracking_Sheet.doc</w:t>
      </w:r>
    </w:p>
    <w:p>
      <w:pPr>
        <w:pStyle w:val="FileName"/>
      </w:pPr>
      <w:r>
        <w:t>•  ITD_DR01_Business_Impact_Analysis_Template.doc</w:t>
      </w:r>
    </w:p>
    <w:p>
      <w:pPr>
        <w:pStyle w:val="FileName"/>
      </w:pPr>
      <w:r>
        <w:t>•  ITD_DR02_Data-Center_DR_Plan_Template.doc</w:t>
      </w:r>
    </w:p>
    <w:p>
      <w:pPr>
        <w:pStyle w:val="FileName"/>
      </w:pPr>
      <w:r>
        <w:t>•  ITD_DR03_Test Plan_Disaster Recovery Simulation.doc</w:t>
      </w:r>
    </w:p>
    <w:p>
      <w:pPr>
        <w:pStyle w:val="FileName"/>
      </w:pPr>
      <w:r>
        <w:t>•  ITD_DR04_Disaster_Recovery_Communication_Plan.doc</w:t>
      </w:r>
    </w:p>
    <w:p>
      <w:pPr>
        <w:pStyle w:val="FileName"/>
      </w:pPr>
      <w:r>
        <w:t>•  ITD_DR05_Recovery_Time_Objective_RTO_Matrix.doc</w:t>
      </w:r>
    </w:p>
    <w:p>
      <w:pPr>
        <w:pStyle w:val="FileName"/>
      </w:pPr>
      <w:r>
        <w:t>•  ITD_DR06_Recovery_Point_Objective_Assessment.doc</w:t>
      </w:r>
    </w:p>
    <w:p>
      <w:pPr>
        <w:pStyle w:val="FileName"/>
      </w:pPr>
      <w:r>
        <w:t>•  ITD_DR07_IT_System_Dependency_Mapping_Sheet.doc</w:t>
      </w:r>
    </w:p>
    <w:p>
      <w:pPr>
        <w:pStyle w:val="FileName"/>
      </w:pPr>
      <w:r>
        <w:t>•  ITD_DR08_DR_Drill_Evaluation_Report.doc</w:t>
      </w:r>
    </w:p>
    <w:p>
      <w:pPr>
        <w:pStyle w:val="FileName"/>
      </w:pPr>
      <w:r>
        <w:t>•  ITD_DR09_Disaster_Recovery_Roles_Responsibilities_Chart.doc</w:t>
      </w:r>
    </w:p>
    <w:p>
      <w:pPr>
        <w:pStyle w:val="FileName"/>
      </w:pPr>
      <w:r>
        <w:t>•  ITD_DR10_Checklist_Emergency_Shutdown_Procedure.doc</w:t>
      </w:r>
    </w:p>
    <w:p>
      <w:pPr>
        <w:pStyle w:val="FileName"/>
      </w:pPr>
      <w:r>
        <w:t>•  ITD_DR11_Backup_Resource_Inventory_Template.doc</w:t>
      </w:r>
    </w:p>
    <w:p>
      <w:pPr>
        <w:pStyle w:val="FileName"/>
      </w:pPr>
      <w:r>
        <w:t>•  ITD_MON01_KPI_Dashboard_Data-Center_Performance.doc</w:t>
      </w:r>
    </w:p>
    <w:p>
      <w:pPr>
        <w:pStyle w:val="FileName"/>
      </w:pPr>
      <w:r>
        <w:t>•  ITD_MON02_Server_Resource_Utilization_Report.doc</w:t>
      </w:r>
    </w:p>
    <w:p>
      <w:pPr>
        <w:pStyle w:val="FileName"/>
      </w:pPr>
      <w:r>
        <w:t>•  ITD_MON03_Network_Throughput_Analysis_Template.doc</w:t>
      </w:r>
    </w:p>
    <w:p>
      <w:pPr>
        <w:pStyle w:val="FileName"/>
      </w:pPr>
      <w:r>
        <w:t>•  ITD_MON04_Checklist_Temperature_and_Humidity_Logging.doc</w:t>
      </w:r>
    </w:p>
    <w:p>
      <w:pPr>
        <w:pStyle w:val="FileName"/>
      </w:pPr>
      <w:r>
        <w:t>•  ITD_MON05_PDU_UPS_Load_Monitoring_Report.doc</w:t>
      </w:r>
    </w:p>
    <w:p>
      <w:pPr>
        <w:pStyle w:val="FileName"/>
      </w:pPr>
      <w:r>
        <w:t>•  ITD_MON06_Environmental_Sensor_Data_Template.doc</w:t>
      </w:r>
    </w:p>
    <w:p>
      <w:pPr>
        <w:pStyle w:val="FileName"/>
      </w:pPr>
      <w:r>
        <w:t>•  ITD_MON07_Template_Monthly_Downtime_Report.doc</w:t>
      </w:r>
    </w:p>
    <w:p>
      <w:pPr>
        <w:pStyle w:val="FileName"/>
      </w:pPr>
      <w:r>
        <w:t>•  ITD_MON08_Performance_Baseline_Comparison_Sheet.doc</w:t>
      </w:r>
    </w:p>
    <w:p>
      <w:pPr>
        <w:pStyle w:val="FileName"/>
      </w:pPr>
      <w:r>
        <w:t>•  ITD_MON09_IOPS_and_Storage_Efficiency_Tracker.doc</w:t>
      </w:r>
    </w:p>
    <w:p>
      <w:pPr>
        <w:pStyle w:val="FileName"/>
      </w:pPr>
      <w:r>
        <w:t>•  ITD_MON10_Server_Health_Scorecard_Template.doc</w:t>
      </w:r>
    </w:p>
    <w:p>
      <w:pPr>
        <w:pStyle w:val="FileName"/>
      </w:pPr>
      <w:r>
        <w:t>•  ITD_MON11_Alert_Notification_Configuration_Checklist.doc</w:t>
      </w:r>
    </w:p>
    <w:p>
      <w:pPr>
        <w:pStyle w:val="FileName"/>
      </w:pPr>
      <w:r>
        <w:t>•  ITD_POM01_Data-Center_Shift_Roster_Template.doc</w:t>
      </w:r>
    </w:p>
    <w:p>
      <w:pPr>
        <w:pStyle w:val="FileName"/>
      </w:pPr>
      <w:r>
        <w:t>•  ITD_POM02_DC_Staff_Training_Log.doc</w:t>
      </w:r>
    </w:p>
    <w:p>
      <w:pPr>
        <w:pStyle w:val="FileName"/>
      </w:pPr>
      <w:r>
        <w:t>•  ITD_POM03_DC_Access_Authorization_Form.doc</w:t>
      </w:r>
    </w:p>
    <w:p>
      <w:pPr>
        <w:pStyle w:val="FileName"/>
      </w:pPr>
      <w:r>
        <w:t>•  ITD_POM04_Standard_Operating_Procedure_Template.doc</w:t>
      </w:r>
    </w:p>
    <w:p>
      <w:pPr>
        <w:pStyle w:val="FileName"/>
      </w:pPr>
      <w:r>
        <w:t>•  ITD_POM05_Incident_Escalation_Matrix.doc</w:t>
      </w:r>
    </w:p>
    <w:p>
      <w:pPr>
        <w:pStyle w:val="FileName"/>
      </w:pPr>
      <w:r>
        <w:t>•  ITD_POM06_SLA_and_OLA_Tracking_Sheet.doc</w:t>
      </w:r>
    </w:p>
    <w:p>
      <w:pPr>
        <w:pStyle w:val="FileName"/>
      </w:pPr>
      <w:r>
        <w:t>•  ITD_POM07_Handover_Checklist_Between_Shifts.doc</w:t>
      </w:r>
    </w:p>
    <w:p>
      <w:pPr>
        <w:pStyle w:val="FileName"/>
      </w:pPr>
      <w:r>
        <w:t>•  ITD_POM08_Trouble_Ticket_Summary_Report.doc</w:t>
      </w:r>
    </w:p>
    <w:p>
      <w:pPr>
        <w:pStyle w:val="FileName"/>
      </w:pPr>
      <w:r>
        <w:t>•  ITD_POM09_DC_Staff_Performance_Evaluation_Form.doc</w:t>
      </w:r>
    </w:p>
    <w:p>
      <w:pPr>
        <w:pStyle w:val="FileName"/>
      </w:pPr>
      <w:r>
        <w:t>•  ITD_POM10_Weekly_Operation_Summary_Template.doc</w:t>
      </w:r>
    </w:p>
    <w:p>
      <w:pPr>
        <w:pStyle w:val="FileName"/>
      </w:pPr>
      <w:r>
        <w:t>•  ITD_POM11_Access_Violation_Log_Template.doc</w:t>
      </w:r>
    </w:p>
    <w:p>
      <w:pPr>
        <w:pStyle w:val="FileName"/>
      </w:pPr>
      <w:r>
        <w:t>•  ITD_GEM01_Energy_Consumption_Tracking_Sheet.doc</w:t>
      </w:r>
    </w:p>
    <w:p>
      <w:pPr>
        <w:pStyle w:val="FileName"/>
      </w:pPr>
      <w:r>
        <w:t>•  ITD_GEM02_Carbon_Footprint_Estimation_Tool.doc</w:t>
      </w:r>
    </w:p>
    <w:p>
      <w:pPr>
        <w:pStyle w:val="FileName"/>
      </w:pPr>
      <w:r>
        <w:t>•  ITD_GEM03_Green_IT_Policy.doc</w:t>
      </w:r>
    </w:p>
    <w:p>
      <w:pPr>
        <w:pStyle w:val="FileName"/>
      </w:pPr>
      <w:r>
        <w:t>•  ITD_GEM04_Energy-Efficient_Equipment_Checklist.doc</w:t>
      </w:r>
    </w:p>
    <w:p>
      <w:pPr>
        <w:pStyle w:val="FileName"/>
      </w:pPr>
      <w:r>
        <w:t>•  ITD_GEM05_Environmental_KPI_Dashboard.doc</w:t>
      </w:r>
    </w:p>
    <w:p>
      <w:pPr>
        <w:pStyle w:val="FileName"/>
      </w:pPr>
      <w:r>
        <w:t>•  ITD_GEM06_Renewable_Energy_Usage_Report.doc</w:t>
      </w:r>
    </w:p>
    <w:p>
      <w:pPr>
        <w:pStyle w:val="FileName"/>
      </w:pPr>
      <w:r>
        <w:t>•  ITD_GEM07_Cooling_Efficiency_Audit_Report.doc</w:t>
      </w:r>
    </w:p>
    <w:p>
      <w:pPr>
        <w:pStyle w:val="FileName"/>
      </w:pPr>
      <w:r>
        <w:t>•  ITD_GEM08_DC_PUE_Tracker_Report.doc</w:t>
      </w:r>
    </w:p>
    <w:p>
      <w:pPr>
        <w:pStyle w:val="FileName"/>
      </w:pPr>
      <w:r>
        <w:t>•  ITD_GEM09_DC_Sustainability_Maturity_Model.doc</w:t>
      </w:r>
    </w:p>
    <w:p>
      <w:pPr>
        <w:pStyle w:val="FileName"/>
      </w:pPr>
      <w:r>
        <w:t>•  ITD_GEM10_Green_Certification_Application_Template.doc</w:t>
      </w:r>
    </w:p>
    <w:p>
      <w:pPr>
        <w:pStyle w:val="FileName"/>
      </w:pPr>
      <w:r>
        <w:t>•  ITD_GEM11_Annual_Green_Initiative_Action_Plan.doc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Admin | Data Center and Server Room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