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Backup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49 Templates   |   44 DOC   |   5 XLS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ITD_BK01_Business Data Backup Strategy.doc</w:t>
      </w:r>
    </w:p>
    <w:p>
      <w:pPr>
        <w:pStyle w:val="FileName"/>
      </w:pPr>
      <w:r>
        <w:t>•  ITD_BK02_Data File Organization.doc</w:t>
      </w:r>
    </w:p>
    <w:p>
      <w:pPr>
        <w:pStyle w:val="FileName"/>
      </w:pPr>
      <w:r>
        <w:t>•  ITD_BK03_Data Backup Procedure.doc</w:t>
      </w:r>
    </w:p>
    <w:p>
      <w:pPr>
        <w:pStyle w:val="FileName"/>
      </w:pPr>
      <w:r>
        <w:t>•  ITD_BK04_Guidance_Data Backup Deployment.xls</w:t>
      </w:r>
    </w:p>
    <w:p>
      <w:pPr>
        <w:pStyle w:val="FileName"/>
      </w:pPr>
      <w:r>
        <w:t>•  ITD_BK05_Questionaire_Offsite Backup.doc</w:t>
      </w:r>
    </w:p>
    <w:p>
      <w:pPr>
        <w:pStyle w:val="FileName"/>
      </w:pPr>
      <w:r>
        <w:t>•  ITD_BK06_Form_Data Recovery Request.xls</w:t>
      </w:r>
    </w:p>
    <w:p>
      <w:pPr>
        <w:pStyle w:val="FileName"/>
      </w:pPr>
      <w:r>
        <w:t>•  ITD_BK07_Risk Assessment for Backup Systems.doc</w:t>
      </w:r>
    </w:p>
    <w:p>
      <w:pPr>
        <w:pStyle w:val="FileName"/>
      </w:pPr>
      <w:r>
        <w:t>•  ITD_BK08_Capacity Planning for Backup Infrastructure.doc</w:t>
      </w:r>
    </w:p>
    <w:p>
      <w:pPr>
        <w:pStyle w:val="FileName"/>
      </w:pPr>
      <w:r>
        <w:t>•  ITD_BK09_Backup Solution Evaluation Checklist.doc</w:t>
      </w:r>
    </w:p>
    <w:p>
      <w:pPr>
        <w:pStyle w:val="FileName"/>
      </w:pPr>
      <w:r>
        <w:t>•  ITD_BK10_Backup Vendor SLA Review Template.doc</w:t>
      </w:r>
    </w:p>
    <w:p>
      <w:pPr>
        <w:pStyle w:val="FileName"/>
      </w:pPr>
      <w:r>
        <w:t>•  ITD_BK01_Form_Server_PC_Laptop Backup Schedule.xls</w:t>
      </w:r>
    </w:p>
    <w:p>
      <w:pPr>
        <w:pStyle w:val="FileName"/>
      </w:pPr>
      <w:r>
        <w:t>•  ITD_BK02_PC Data Backup.doc</w:t>
      </w:r>
    </w:p>
    <w:p>
      <w:pPr>
        <w:pStyle w:val="FileName"/>
      </w:pPr>
      <w:r>
        <w:t>•  ITD_BK03_Form_File and Database Daily Backup.xls</w:t>
      </w:r>
    </w:p>
    <w:p>
      <w:pPr>
        <w:pStyle w:val="FileName"/>
      </w:pPr>
      <w:r>
        <w:t>•  ITD_BK04_Form_Server System and Network Devices Backup.xls</w:t>
      </w:r>
    </w:p>
    <w:p>
      <w:pPr>
        <w:pStyle w:val="FileName"/>
      </w:pPr>
      <w:r>
        <w:t>•  ITD_BK05_Backup Job Failure Report and Resolution Log.doc</w:t>
      </w:r>
    </w:p>
    <w:p>
      <w:pPr>
        <w:pStyle w:val="FileName"/>
      </w:pPr>
      <w:r>
        <w:t>•  ITD_BK06_Backup Monitoring Dashboard Manual.doc</w:t>
      </w:r>
    </w:p>
    <w:p>
      <w:pPr>
        <w:pStyle w:val="FileName"/>
      </w:pPr>
      <w:r>
        <w:t>•  ITD_BK07_Backup Rotation and Retention Schedule.doc</w:t>
      </w:r>
    </w:p>
    <w:p>
      <w:pPr>
        <w:pStyle w:val="FileName"/>
      </w:pPr>
      <w:r>
        <w:t>•  ITD_BK08_Checklist for Monthly Backup System Audit.doc</w:t>
      </w:r>
    </w:p>
    <w:p>
      <w:pPr>
        <w:pStyle w:val="FileName"/>
      </w:pPr>
      <w:r>
        <w:t>•  ITD_BK01_Server Backup Policy.doc</w:t>
      </w:r>
    </w:p>
    <w:p>
      <w:pPr>
        <w:pStyle w:val="FileName"/>
      </w:pPr>
      <w:r>
        <w:t>•  ITD_BK02_System Recovery Policy.doc</w:t>
      </w:r>
    </w:p>
    <w:p>
      <w:pPr>
        <w:pStyle w:val="FileName"/>
      </w:pPr>
      <w:r>
        <w:t>•  ITD_BK03_User Data Backup Policy.doc</w:t>
      </w:r>
    </w:p>
    <w:p>
      <w:pPr>
        <w:pStyle w:val="FileName"/>
      </w:pPr>
      <w:r>
        <w:t>•  ITD_BK04_Personal Private Data Policy.doc</w:t>
      </w:r>
    </w:p>
    <w:p>
      <w:pPr>
        <w:pStyle w:val="FileName"/>
      </w:pPr>
      <w:r>
        <w:t>•  ITD_BK05_Hardware Sanitization Policy.doc</w:t>
      </w:r>
    </w:p>
    <w:p>
      <w:pPr>
        <w:pStyle w:val="FileName"/>
      </w:pPr>
      <w:r>
        <w:t>•  ITD_BK06_File Storage Locations Policy.doc</w:t>
      </w:r>
    </w:p>
    <w:p>
      <w:pPr>
        <w:pStyle w:val="FileName"/>
      </w:pPr>
      <w:r>
        <w:t>•  ITD_BK07_Physical Security Policy.doc</w:t>
      </w:r>
    </w:p>
    <w:p>
      <w:pPr>
        <w:pStyle w:val="FileName"/>
      </w:pPr>
      <w:r>
        <w:t>•  ITD_BK08_Media Transport Policy.doc</w:t>
      </w:r>
    </w:p>
    <w:p>
      <w:pPr>
        <w:pStyle w:val="FileName"/>
      </w:pPr>
      <w:r>
        <w:t>•  ITD_BK09_Encryption Usage Policy.doc</w:t>
      </w:r>
    </w:p>
    <w:p>
      <w:pPr>
        <w:pStyle w:val="FileName"/>
      </w:pPr>
      <w:r>
        <w:t>•  ITD_BK10_Information Ownership Policy.doc</w:t>
      </w:r>
    </w:p>
    <w:p>
      <w:pPr>
        <w:pStyle w:val="FileName"/>
      </w:pPr>
      <w:r>
        <w:t>•  ITD_BK11_Data Retention Policy.doc</w:t>
      </w:r>
    </w:p>
    <w:p>
      <w:pPr>
        <w:pStyle w:val="FileName"/>
      </w:pPr>
      <w:r>
        <w:t>•  ITD_BK12_Portable Storage Usage Policy.doc</w:t>
      </w:r>
    </w:p>
    <w:p>
      <w:pPr>
        <w:pStyle w:val="FileName"/>
      </w:pPr>
      <w:r>
        <w:t>•  ITD_BK13_Backup Policy Compliance Checklist.doc</w:t>
      </w:r>
    </w:p>
    <w:p>
      <w:pPr>
        <w:pStyle w:val="FileName"/>
      </w:pPr>
      <w:r>
        <w:t>•  ITD_BK14_Remote Workforce Backup Policy.doc</w:t>
      </w:r>
    </w:p>
    <w:p>
      <w:pPr>
        <w:pStyle w:val="FileName"/>
      </w:pPr>
      <w:r>
        <w:t>•  ITD_BK15_Backup Security Incident Response Policy.doc</w:t>
      </w:r>
    </w:p>
    <w:p>
      <w:pPr>
        <w:pStyle w:val="FileName"/>
      </w:pPr>
      <w:r>
        <w:t>•  ITD_BK16_Third-Party Backup Access Policy.doc</w:t>
      </w:r>
    </w:p>
    <w:p>
      <w:pPr>
        <w:pStyle w:val="FileName"/>
      </w:pPr>
      <w:r>
        <w:t>•  ITD_BK01_Backup Restore Testing Plan.doc</w:t>
      </w:r>
    </w:p>
    <w:p>
      <w:pPr>
        <w:pStyle w:val="FileName"/>
      </w:pPr>
      <w:r>
        <w:t>•  ITD_BK02_Backup Restore Test Execution Report.doc</w:t>
      </w:r>
    </w:p>
    <w:p>
      <w:pPr>
        <w:pStyle w:val="FileName"/>
      </w:pPr>
      <w:r>
        <w:t>•  ITD_BK03_Backup Restore Validation Checklistd.doc</w:t>
      </w:r>
    </w:p>
    <w:p>
      <w:pPr>
        <w:pStyle w:val="FileName"/>
      </w:pPr>
      <w:r>
        <w:t>•  ITD_BK04_Backup System Performance Review Report.doc</w:t>
      </w:r>
    </w:p>
    <w:p>
      <w:pPr>
        <w:pStyle w:val="FileName"/>
      </w:pPr>
      <w:r>
        <w:t>•  ITD_BK05_Backup Recovery Time Objective (RTO) Log.doc</w:t>
      </w:r>
    </w:p>
    <w:p>
      <w:pPr>
        <w:pStyle w:val="FileName"/>
      </w:pPr>
      <w:r>
        <w:t>•  ITD_BK06_Backup Recovery Point Objective (RPO) Tracking.doc</w:t>
      </w:r>
    </w:p>
    <w:p>
      <w:pPr>
        <w:pStyle w:val="FileName"/>
      </w:pPr>
      <w:r>
        <w:t>•  ITD_BK07_Backup Anomaly Detection Log.doc</w:t>
      </w:r>
    </w:p>
    <w:p>
      <w:pPr>
        <w:pStyle w:val="FileName"/>
      </w:pPr>
      <w:r>
        <w:t>•  ITD_BK08_Backup Error Code Reference Manual.doc</w:t>
      </w:r>
    </w:p>
    <w:p>
      <w:pPr>
        <w:pStyle w:val="FileName"/>
      </w:pPr>
      <w:r>
        <w:t>•  ITD_BK09_Backup Improvement Action Plan Template.doc</w:t>
      </w:r>
    </w:p>
    <w:p>
      <w:pPr>
        <w:pStyle w:val="FileName"/>
      </w:pPr>
      <w:r>
        <w:t>•  ITD_BK10_Backup Restore Drill Calendar.doc</w:t>
      </w:r>
    </w:p>
    <w:p>
      <w:pPr>
        <w:pStyle w:val="FileName"/>
      </w:pPr>
      <w:r>
        <w:t>•  ITD_BK11_Annual Backup Test Summary Report.doc</w:t>
      </w:r>
    </w:p>
    <w:p>
      <w:pPr>
        <w:pStyle w:val="FileName"/>
      </w:pPr>
      <w:r>
        <w:t>•  ITD_BK12_Backup Failure Root Cause Analysis Report.doc</w:t>
      </w:r>
    </w:p>
    <w:p>
      <w:pPr>
        <w:pStyle w:val="FileName"/>
      </w:pPr>
      <w:r>
        <w:t>•  ITD_BK13_Backup Verification and Integrity Checklist.doc</w:t>
      </w:r>
    </w:p>
    <w:p>
      <w:pPr>
        <w:pStyle w:val="FileName"/>
      </w:pPr>
      <w:r>
        <w:t>•  ITD_BK14_Retention Audit Result Log.doc</w:t>
      </w:r>
    </w:p>
    <w:p>
      <w:pPr>
        <w:pStyle w:val="FileName"/>
      </w:pPr>
      <w:r>
        <w:t>•  ITD_BK15_Continuous Improvement Log for Backup System.doc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Admin | Backup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