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Release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77 Templates   |   6 DOCX   |   11 XLSX   |   53 DOC   |   2 MPP   |   5 PDF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ITIL-SEV01. Release Policy Document Template.doc</w:t>
      </w:r>
    </w:p>
    <w:p>
      <w:pPr>
        <w:pStyle w:val="FileName"/>
      </w:pPr>
      <w:r>
        <w:t>•  ITIL-SEV02. Release Scope Definition Template.doc</w:t>
      </w:r>
    </w:p>
    <w:p>
      <w:pPr>
        <w:pStyle w:val="FileName"/>
      </w:pPr>
      <w:r>
        <w:t>•  ITIL-SEV03. Release Calendar Template.doc</w:t>
      </w:r>
    </w:p>
    <w:p>
      <w:pPr>
        <w:pStyle w:val="FileName"/>
      </w:pPr>
      <w:r>
        <w:t>•  ITIL-SEV04. Release Categorization Template.doc</w:t>
      </w:r>
    </w:p>
    <w:p>
      <w:pPr>
        <w:pStyle w:val="FileName"/>
      </w:pPr>
      <w:r>
        <w:t>•  ITIL-SEV05. Release Planning Checklist.doc</w:t>
      </w:r>
    </w:p>
    <w:p>
      <w:pPr>
        <w:pStyle w:val="FileName"/>
      </w:pPr>
      <w:r>
        <w:t>•  ITIL-SEV06. Release Risk Assessment Template.doc</w:t>
      </w:r>
    </w:p>
    <w:p>
      <w:pPr>
        <w:pStyle w:val="FileName"/>
      </w:pPr>
      <w:r>
        <w:t>•  ITIL-SEV07. Release Approval Request Form.doc</w:t>
      </w:r>
    </w:p>
    <w:p>
      <w:pPr>
        <w:pStyle w:val="FileName"/>
      </w:pPr>
      <w:r>
        <w:t>•  ITIL-SEV08. Business Case for Release Template.doc</w:t>
      </w:r>
    </w:p>
    <w:p>
      <w:pPr>
        <w:pStyle w:val="FileName"/>
      </w:pPr>
      <w:r>
        <w:t>•  ITIL-SEV09. Change Advisory Board (CAB) Release Agenda Template.doc</w:t>
      </w:r>
    </w:p>
    <w:p>
      <w:pPr>
        <w:pStyle w:val="FileName"/>
      </w:pPr>
      <w:r>
        <w:t>•  ITIL-SEV10.Release Management Process Guide.pdf</w:t>
      </w:r>
    </w:p>
    <w:p>
      <w:pPr>
        <w:pStyle w:val="FileName"/>
      </w:pPr>
      <w:r>
        <w:t>•  ITIL-SEV11.Release and Deployment Management Summary Guide.pdf</w:t>
      </w:r>
    </w:p>
    <w:p>
      <w:pPr>
        <w:pStyle w:val="FileName"/>
      </w:pPr>
      <w:r>
        <w:t>•  ITIL-SEV12.Release and Deployment Mindmap.pdf</w:t>
      </w:r>
    </w:p>
    <w:p>
      <w:pPr>
        <w:pStyle w:val="FileName"/>
      </w:pPr>
      <w:r>
        <w:t>•  ITIL-SEV13.Release and Deployment Roles and Responsibility.pdf</w:t>
      </w:r>
    </w:p>
    <w:p>
      <w:pPr>
        <w:pStyle w:val="FileName"/>
      </w:pPr>
      <w:r>
        <w:t>•  ITIL-SEV14.Sample Forward Schedule of Release.pdf</w:t>
      </w:r>
    </w:p>
    <w:p>
      <w:pPr>
        <w:pStyle w:val="FileName"/>
      </w:pPr>
      <w:r>
        <w:t>•  ITIL-SEV01.Release Management Process.doc</w:t>
      </w:r>
    </w:p>
    <w:p>
      <w:pPr>
        <w:pStyle w:val="FileName"/>
      </w:pPr>
      <w:r>
        <w:t>•  ITIL-SEV02.Release Management Process and Procedures Sample.docx</w:t>
      </w:r>
    </w:p>
    <w:p>
      <w:pPr>
        <w:pStyle w:val="FileName"/>
      </w:pPr>
      <w:r>
        <w:t>•  ITIL-SEV01. Release Package Definition Template.doc</w:t>
      </w:r>
    </w:p>
    <w:p>
      <w:pPr>
        <w:pStyle w:val="FileName"/>
      </w:pPr>
      <w:r>
        <w:t>•  ITIL-SEV02. Release Component List Template.doc</w:t>
      </w:r>
    </w:p>
    <w:p>
      <w:pPr>
        <w:pStyle w:val="FileName"/>
      </w:pPr>
      <w:r>
        <w:t>•  ITIL-SEV03. Release Build Plan Template.doc</w:t>
      </w:r>
    </w:p>
    <w:p>
      <w:pPr>
        <w:pStyle w:val="FileName"/>
      </w:pPr>
      <w:r>
        <w:t>•  ITIL-SEV04. Release Build Checklist.doc</w:t>
      </w:r>
    </w:p>
    <w:p>
      <w:pPr>
        <w:pStyle w:val="FileName"/>
      </w:pPr>
      <w:r>
        <w:t>•  ITIL-SEV05. Deployment Plan Template.doc</w:t>
      </w:r>
    </w:p>
    <w:p>
      <w:pPr>
        <w:pStyle w:val="FileName"/>
      </w:pPr>
      <w:r>
        <w:t>•  ITIL-SEV06. Infrastructure Readiness Checklist.doc</w:t>
      </w:r>
    </w:p>
    <w:p>
      <w:pPr>
        <w:pStyle w:val="FileName"/>
      </w:pPr>
      <w:r>
        <w:t>•  ITIL-SEV07. Test Plan Template for Release.doc</w:t>
      </w:r>
    </w:p>
    <w:p>
      <w:pPr>
        <w:pStyle w:val="FileName"/>
      </w:pPr>
      <w:r>
        <w:t>•  ITIL-SEV08. Release Test Report Template.doc</w:t>
      </w:r>
    </w:p>
    <w:p>
      <w:pPr>
        <w:pStyle w:val="FileName"/>
      </w:pPr>
      <w:r>
        <w:t>•  ITIL-SEV09. Release Configuration Record Template.doc</w:t>
      </w:r>
    </w:p>
    <w:p>
      <w:pPr>
        <w:pStyle w:val="FileName"/>
      </w:pPr>
      <w:r>
        <w:t>•  ITIL-SEV10. Knowledge Transfer Plan Template.doc</w:t>
      </w:r>
    </w:p>
    <w:p>
      <w:pPr>
        <w:pStyle w:val="FileName"/>
      </w:pPr>
      <w:r>
        <w:t>•  ITIL-SEV01. Deployment Readiness Checklist.doc</w:t>
      </w:r>
    </w:p>
    <w:p>
      <w:pPr>
        <w:pStyle w:val="FileName"/>
      </w:pPr>
      <w:r>
        <w:t>•  ITIL-SEV02. Final Approval Before Deployment Form.doc</w:t>
      </w:r>
    </w:p>
    <w:p>
      <w:pPr>
        <w:pStyle w:val="FileName"/>
      </w:pPr>
      <w:r>
        <w:t>•  ITIL-SEV03. Implementation Plan Template.doc</w:t>
      </w:r>
    </w:p>
    <w:p>
      <w:pPr>
        <w:pStyle w:val="FileName"/>
      </w:pPr>
      <w:r>
        <w:t>•  ITIL-SEV04. Deployment Execution Log Template.doc</w:t>
      </w:r>
    </w:p>
    <w:p>
      <w:pPr>
        <w:pStyle w:val="FileName"/>
      </w:pPr>
      <w:r>
        <w:t>•  ITIL-SEV05. Installation Guide Template.doc</w:t>
      </w:r>
    </w:p>
    <w:p>
      <w:pPr>
        <w:pStyle w:val="FileName"/>
      </w:pPr>
      <w:r>
        <w:t>•  ITIL-SEV06. User Acceptance Test (UAT) Sign-off Template.doc</w:t>
      </w:r>
    </w:p>
    <w:p>
      <w:pPr>
        <w:pStyle w:val="FileName"/>
      </w:pPr>
      <w:r>
        <w:t>•  ITIL-SEV07. Back-out Rollback Plan Template.doc</w:t>
      </w:r>
    </w:p>
    <w:p>
      <w:pPr>
        <w:pStyle w:val="FileName"/>
      </w:pPr>
      <w:r>
        <w:t>•  ITIL-SEV08. Release Exception Handling Procedure Template.doc</w:t>
      </w:r>
    </w:p>
    <w:p>
      <w:pPr>
        <w:pStyle w:val="FileName"/>
      </w:pPr>
      <w:r>
        <w:t>•  ITIL-SEV09. Change Record Template for Release.doc</w:t>
      </w:r>
    </w:p>
    <w:p>
      <w:pPr>
        <w:pStyle w:val="FileName"/>
      </w:pPr>
      <w:r>
        <w:t>•  ITIL-SEV10. Emergency Change Release Form.doc</w:t>
      </w:r>
    </w:p>
    <w:p>
      <w:pPr>
        <w:pStyle w:val="FileName"/>
      </w:pPr>
      <w:r>
        <w:t>•  ITIL-SEV01. Post-Release Review Template.doc</w:t>
      </w:r>
    </w:p>
    <w:p>
      <w:pPr>
        <w:pStyle w:val="FileName"/>
      </w:pPr>
      <w:r>
        <w:t>•  ITIL-SEV02. Release Acceptance Sign-off Template.doc</w:t>
      </w:r>
    </w:p>
    <w:p>
      <w:pPr>
        <w:pStyle w:val="FileName"/>
      </w:pPr>
      <w:r>
        <w:t>•  ITIL-SEV03. Release KPI Report Template.doc</w:t>
      </w:r>
    </w:p>
    <w:p>
      <w:pPr>
        <w:pStyle w:val="FileName"/>
      </w:pPr>
      <w:r>
        <w:t>•  ITIL-SEV04. Customer Satisfaction Survey Template for Release.doc</w:t>
      </w:r>
    </w:p>
    <w:p>
      <w:pPr>
        <w:pStyle w:val="FileName"/>
      </w:pPr>
      <w:r>
        <w:t>•  ITIL-SEV05. Incident Report Linked to Release Template.doc</w:t>
      </w:r>
    </w:p>
    <w:p>
      <w:pPr>
        <w:pStyle w:val="FileName"/>
      </w:pPr>
      <w:r>
        <w:t>•  ITIL-SEV06. Release Problems Log Template.doc</w:t>
      </w:r>
    </w:p>
    <w:p>
      <w:pPr>
        <w:pStyle w:val="FileName"/>
      </w:pPr>
      <w:r>
        <w:t>•  ITIL-SEV07. Root Cause Analysis (RCA) Template.doc</w:t>
      </w:r>
    </w:p>
    <w:p>
      <w:pPr>
        <w:pStyle w:val="FileName"/>
      </w:pPr>
      <w:r>
        <w:t>•  ITIL-SEV01. Release Continual Improvement Register Template.doc</w:t>
      </w:r>
    </w:p>
    <w:p>
      <w:pPr>
        <w:pStyle w:val="FileName"/>
      </w:pPr>
      <w:r>
        <w:t>•  ITIL-SEV02. Release Process Audit Checklist.doc</w:t>
      </w:r>
    </w:p>
    <w:p>
      <w:pPr>
        <w:pStyle w:val="FileName"/>
      </w:pPr>
      <w:r>
        <w:t>•  ITIL-SEV03. Release Metrics Dashboard Template.doc</w:t>
      </w:r>
    </w:p>
    <w:p>
      <w:pPr>
        <w:pStyle w:val="FileName"/>
      </w:pPr>
      <w:r>
        <w:t>•  ITIL-SEV04. Release Lessons Learned Log Template.doc</w:t>
      </w:r>
    </w:p>
    <w:p>
      <w:pPr>
        <w:pStyle w:val="FileName"/>
      </w:pPr>
      <w:r>
        <w:t>•  ITIL-SEV05. Release Trend Analysis Report Template.doc</w:t>
      </w:r>
    </w:p>
    <w:p>
      <w:pPr>
        <w:pStyle w:val="FileName"/>
      </w:pPr>
      <w:r>
        <w:t>•  ITIL-SEV06. Release Compliance Checklist.doc</w:t>
      </w:r>
    </w:p>
    <w:p>
      <w:pPr>
        <w:pStyle w:val="FileName"/>
      </w:pPr>
      <w:r>
        <w:t>•  ITIL-SEV01. Service Readiness Assessment Template.doc</w:t>
      </w:r>
    </w:p>
    <w:p>
      <w:pPr>
        <w:pStyle w:val="FileName"/>
      </w:pPr>
      <w:r>
        <w:t>•  ITIL-SEV02. Operational Readiness Review (ORR) Template.doc</w:t>
      </w:r>
    </w:p>
    <w:p>
      <w:pPr>
        <w:pStyle w:val="FileName"/>
      </w:pPr>
      <w:r>
        <w:t>•  ITIL-SEV03. Communication Plan for Release Template.doc</w:t>
      </w:r>
    </w:p>
    <w:p>
      <w:pPr>
        <w:pStyle w:val="FileName"/>
      </w:pPr>
      <w:r>
        <w:t>•  ITIL-SEV04. Release Training Plan Template.doc</w:t>
      </w:r>
    </w:p>
    <w:p>
      <w:pPr>
        <w:pStyle w:val="FileName"/>
      </w:pPr>
      <w:r>
        <w:t>•  ITIL-SEV05. Release Emergency Plan Template.doc</w:t>
      </w:r>
    </w:p>
    <w:p>
      <w:pPr>
        <w:pStyle w:val="FileName"/>
      </w:pPr>
      <w:r>
        <w:t>•  ITIL-SEV06. Stakeholder Notification Template.doc</w:t>
      </w:r>
    </w:p>
    <w:p>
      <w:pPr>
        <w:pStyle w:val="FileName"/>
      </w:pPr>
      <w:r>
        <w:t>•  ITIL-SEV07. Early Life Support Plan Template.doc</w:t>
      </w:r>
    </w:p>
    <w:p>
      <w:pPr>
        <w:pStyle w:val="FileName"/>
      </w:pPr>
      <w:r>
        <w:t>•  ITIL-SEV08. Transition to Operations Handover Template.doc</w:t>
      </w:r>
    </w:p>
    <w:p>
      <w:pPr>
        <w:pStyle w:val="FileName"/>
      </w:pPr>
      <w:r>
        <w:t>•  ITIL-SEV09. Supplier Release Handover Template.doc</w:t>
      </w:r>
    </w:p>
    <w:p>
      <w:pPr>
        <w:pStyle w:val="FileName"/>
      </w:pPr>
      <w:r>
        <w:t>•  ITIL-SEV10. End of Early Life Support Report Template.doc</w:t>
      </w:r>
    </w:p>
    <w:p>
      <w:pPr>
        <w:pStyle w:val="FileName"/>
      </w:pPr>
      <w:r>
        <w:t>•  ITIL-SEV11.Application Impact Heatmap.xlsx</w:t>
      </w:r>
    </w:p>
    <w:p>
      <w:pPr>
        <w:pStyle w:val="FileName"/>
      </w:pPr>
      <w:r>
        <w:t>•  ITIL-SEV12.Emergency RFC Template.docx</w:t>
      </w:r>
    </w:p>
    <w:p>
      <w:pPr>
        <w:pStyle w:val="FileName"/>
      </w:pPr>
      <w:r>
        <w:t>•  ITIL-SEV13.Implementation Issues Register.xlsx</w:t>
      </w:r>
    </w:p>
    <w:p>
      <w:pPr>
        <w:pStyle w:val="FileName"/>
      </w:pPr>
      <w:r>
        <w:t>•  ITIL-SEV14.Release Plan Template.docx</w:t>
      </w:r>
    </w:p>
    <w:p>
      <w:pPr>
        <w:pStyle w:val="FileName"/>
      </w:pPr>
      <w:r>
        <w:t>•  ITIL-SEV15.Normal RFC Template.docx</w:t>
      </w:r>
    </w:p>
    <w:p>
      <w:pPr>
        <w:pStyle w:val="FileName"/>
      </w:pPr>
      <w:r>
        <w:t>•  ITIL-SEV16.Project Gamma Implementation Update .docx</w:t>
      </w:r>
    </w:p>
    <w:p>
      <w:pPr>
        <w:pStyle w:val="FileName"/>
      </w:pPr>
      <w:r>
        <w:t>•  ITIL-SEV17.Project Implementation Plan.xlsx</w:t>
      </w:r>
    </w:p>
    <w:p>
      <w:pPr>
        <w:pStyle w:val="FileName"/>
      </w:pPr>
      <w:r>
        <w:t>•  ITIL-SEV18.RACI Matrix for Release Management.xlsx</w:t>
      </w:r>
    </w:p>
    <w:p>
      <w:pPr>
        <w:pStyle w:val="FileName"/>
      </w:pPr>
      <w:r>
        <w:t>•  ITIL-SEV19.Release Calendar.xlsx</w:t>
      </w:r>
    </w:p>
    <w:p>
      <w:pPr>
        <w:pStyle w:val="FileName"/>
      </w:pPr>
      <w:r>
        <w:t>•  ITIL-SEV20.Release Checklist Template.xlsx</w:t>
      </w:r>
    </w:p>
    <w:p>
      <w:pPr>
        <w:pStyle w:val="FileName"/>
      </w:pPr>
      <w:r>
        <w:t>•  ITIL-SEV21.Release Management RACI.xlsx</w:t>
      </w:r>
    </w:p>
    <w:p>
      <w:pPr>
        <w:pStyle w:val="FileName"/>
      </w:pPr>
      <w:r>
        <w:t>•  ITIL-SEV22.Release Post Implementation Review (PIR) Template.docx</w:t>
      </w:r>
    </w:p>
    <w:p>
      <w:pPr>
        <w:pStyle w:val="FileName"/>
      </w:pPr>
      <w:r>
        <w:t>•  ITIL-SEV23.Release Project Plan - 1.mpp</w:t>
      </w:r>
    </w:p>
    <w:p>
      <w:pPr>
        <w:pStyle w:val="FileName"/>
      </w:pPr>
      <w:r>
        <w:t>•  ITIL-SEV24.Release Project Plan - 2.mpp</w:t>
      </w:r>
    </w:p>
    <w:p>
      <w:pPr>
        <w:pStyle w:val="FileName"/>
      </w:pPr>
      <w:r>
        <w:t>•  ITIL-SEV25.Release Risk Assesment Template.xlsx</w:t>
      </w:r>
    </w:p>
    <w:p>
      <w:pPr>
        <w:pStyle w:val="FileName"/>
      </w:pPr>
      <w:r>
        <w:t>•  ITIL-SEV26.Release Schedule Template.xlsx</w:t>
      </w:r>
    </w:p>
    <w:p>
      <w:pPr>
        <w:pStyle w:val="FileName"/>
      </w:pPr>
      <w:r>
        <w:t>•  ITIL-SEV27.Release Status Report Template.xlsx</w:t>
      </w:r>
    </w:p>
    <w:p>
      <w:pPr>
        <w:pStyle w:val="FileName"/>
      </w:pPr>
      <w:r>
        <w:t>•  ITIL-SEV28.Release Management Checklist Template.xlsx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| Release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