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ITIL Deployment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22 Templates   |   22 DOCX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ITIL-DPL01. Deployment Plan Template.docx</w:t>
      </w:r>
    </w:p>
    <w:p>
      <w:pPr>
        <w:pStyle w:val="FileName"/>
      </w:pPr>
      <w:r>
        <w:t>•  ITIL-DPL02. Risk Assessment Template.docx</w:t>
      </w:r>
    </w:p>
    <w:p>
      <w:pPr>
        <w:pStyle w:val="FileName"/>
      </w:pPr>
      <w:r>
        <w:t>•  ITIL-DPL03. Communication Plan Template.docx</w:t>
      </w:r>
    </w:p>
    <w:p>
      <w:pPr>
        <w:pStyle w:val="FileName"/>
      </w:pPr>
      <w:r>
        <w:t>•  ITIL-DPL04. Rollback Plan Template.docx</w:t>
      </w:r>
    </w:p>
    <w:p>
      <w:pPr>
        <w:pStyle w:val="FileName"/>
      </w:pPr>
      <w:r>
        <w:t>•  ITIL-DPL05. Release Build Checklist.docx</w:t>
      </w:r>
    </w:p>
    <w:p>
      <w:pPr>
        <w:pStyle w:val="FileName"/>
      </w:pPr>
      <w:r>
        <w:t>•  ITIL-DPL06. Test Plan Template.docx</w:t>
      </w:r>
    </w:p>
    <w:p>
      <w:pPr>
        <w:pStyle w:val="FileName"/>
      </w:pPr>
      <w:r>
        <w:t>•  ITIL-DPL07. Test Report Template.docx</w:t>
      </w:r>
    </w:p>
    <w:p>
      <w:pPr>
        <w:pStyle w:val="FileName"/>
      </w:pPr>
      <w:r>
        <w:t>•  ITIL-DPL08. Release Notes Template.docx</w:t>
      </w:r>
    </w:p>
    <w:p>
      <w:pPr>
        <w:pStyle w:val="FileName"/>
      </w:pPr>
      <w:r>
        <w:t>•  ITIL-DPL09. Pre-Deployment Checklist.docx</w:t>
      </w:r>
    </w:p>
    <w:p>
      <w:pPr>
        <w:pStyle w:val="FileName"/>
      </w:pPr>
      <w:r>
        <w:t>•  ITIL-DPL10. User Training Material Template.docx</w:t>
      </w:r>
    </w:p>
    <w:p>
      <w:pPr>
        <w:pStyle w:val="FileName"/>
      </w:pPr>
      <w:r>
        <w:t>•  ITIL-DPL11. CAB Approval Form Template.docx</w:t>
      </w:r>
    </w:p>
    <w:p>
      <w:pPr>
        <w:pStyle w:val="FileName"/>
      </w:pPr>
      <w:r>
        <w:t>•  ITIL-DPL12. Deployment Execution Checklist.docx</w:t>
      </w:r>
    </w:p>
    <w:p>
      <w:pPr>
        <w:pStyle w:val="FileName"/>
      </w:pPr>
      <w:r>
        <w:t>•  ITIL-DPL13. Incident Response Plan Template.docx</w:t>
      </w:r>
    </w:p>
    <w:p>
      <w:pPr>
        <w:pStyle w:val="FileName"/>
      </w:pPr>
      <w:r>
        <w:t>•  ITIL-DPL14. Deployment Log Template.docx</w:t>
      </w:r>
    </w:p>
    <w:p>
      <w:pPr>
        <w:pStyle w:val="FileName"/>
      </w:pPr>
      <w:r>
        <w:t>•  ITIL-DPL15. Post-Deployment Validation Checklist.docx</w:t>
      </w:r>
    </w:p>
    <w:p>
      <w:pPr>
        <w:pStyle w:val="FileName"/>
      </w:pPr>
      <w:r>
        <w:t>•  ITIL-DPL16. User Acceptance Test (UAT) Template.docx</w:t>
      </w:r>
    </w:p>
    <w:p>
      <w:pPr>
        <w:pStyle w:val="FileName"/>
      </w:pPr>
      <w:r>
        <w:t>•  ITIL-DPL17. Operational Handover Document Template.docx</w:t>
      </w:r>
    </w:p>
    <w:p>
      <w:pPr>
        <w:pStyle w:val="FileName"/>
      </w:pPr>
      <w:r>
        <w:t>•  ITIL-DPL18. System Configuration Documentation Template.docx</w:t>
      </w:r>
    </w:p>
    <w:p>
      <w:pPr>
        <w:pStyle w:val="FileName"/>
      </w:pPr>
      <w:r>
        <w:t>•  ITIL-DPL19. End-User Guide Template.docx</w:t>
      </w:r>
    </w:p>
    <w:p>
      <w:pPr>
        <w:pStyle w:val="FileName"/>
      </w:pPr>
      <w:r>
        <w:t>•  ITIL-DPL20. Post-Implementation Review (PIR) Template.docx</w:t>
      </w:r>
    </w:p>
    <w:p>
      <w:pPr>
        <w:pStyle w:val="FileName"/>
      </w:pPr>
      <w:r>
        <w:t>•  ITIL-DPL21. Lessons Learned Template.docx</w:t>
      </w:r>
    </w:p>
    <w:p>
      <w:pPr>
        <w:pStyle w:val="FileName"/>
      </w:pPr>
      <w:r>
        <w:t>•  ITIL-DPL22. Continuous Improvement Plan Template.docx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ITIL | Deployment Management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