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DRP / BCP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101 Templates   |   5 DOCX   |   1 XLSX   |   80 DOC   |   12 XLS   |   3 PDF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ITIL-SEV01.DRP/BCP Governance Policy Template.doc</w:t>
      </w:r>
    </w:p>
    <w:p>
      <w:pPr>
        <w:pStyle w:val="FileName"/>
      </w:pPr>
      <w:r>
        <w:t>•  ITIL-SEV02.Roles and Responsibilities Matrix (RACI chart).doc</w:t>
      </w:r>
    </w:p>
    <w:p>
      <w:pPr>
        <w:pStyle w:val="FileName"/>
      </w:pPr>
      <w:r>
        <w:t>•  ITIL-SEV03.Compliance Checklist.doc</w:t>
      </w:r>
    </w:p>
    <w:p>
      <w:pPr>
        <w:pStyle w:val="FileName"/>
      </w:pPr>
      <w:r>
        <w:t>•  ITIL-SEV04.Exception Request Form.doc</w:t>
      </w:r>
    </w:p>
    <w:p>
      <w:pPr>
        <w:pStyle w:val="FileName"/>
      </w:pPr>
      <w:r>
        <w:t>•  ITIL-SEV05.Change Approval Form for DRP/BCP Policies.doc</w:t>
      </w:r>
    </w:p>
    <w:p>
      <w:pPr>
        <w:pStyle w:val="FileName"/>
      </w:pPr>
      <w:r>
        <w:t>•  ITIL-SEV06.Stakeholder Communication Plan Template.doc</w:t>
      </w:r>
    </w:p>
    <w:p>
      <w:pPr>
        <w:pStyle w:val="FileName"/>
      </w:pPr>
      <w:r>
        <w:t>•  ITIL-SEV07.DRP/BCP Charter Document Template.doc</w:t>
      </w:r>
    </w:p>
    <w:p>
      <w:pPr>
        <w:pStyle w:val="FileName"/>
      </w:pPr>
      <w:r>
        <w:t>•  ITIL-SEV08.Regulatory and Legal Requirements Checklist.doc</w:t>
      </w:r>
    </w:p>
    <w:p>
      <w:pPr>
        <w:pStyle w:val="FileName"/>
      </w:pPr>
      <w:r>
        <w:t>•  ITIL-SEV09.DRP/BCP Program Management Plan Template.doc</w:t>
      </w:r>
    </w:p>
    <w:p>
      <w:pPr>
        <w:pStyle w:val="FileName"/>
      </w:pPr>
      <w:r>
        <w:t>•  ITIL-SEV01.BIA Interview Questionnaire Template.doc</w:t>
      </w:r>
    </w:p>
    <w:p>
      <w:pPr>
        <w:pStyle w:val="FileName"/>
      </w:pPr>
      <w:r>
        <w:t>•  ITIL-SEV02.BIA Data Collection Form.doc</w:t>
      </w:r>
    </w:p>
    <w:p>
      <w:pPr>
        <w:pStyle w:val="FileName"/>
      </w:pPr>
      <w:r>
        <w:t>•  ITIL-SEV03.Business Process Inventory Template.doc</w:t>
      </w:r>
    </w:p>
    <w:p>
      <w:pPr>
        <w:pStyle w:val="FileName"/>
      </w:pPr>
      <w:r>
        <w:t>•  ITIL-SEV04.Criticality Rating Matrix.doc</w:t>
      </w:r>
    </w:p>
    <w:p>
      <w:pPr>
        <w:pStyle w:val="FileName"/>
      </w:pPr>
      <w:r>
        <w:t>•  ITIL-SEV05.RTO/RPO Definition Template.doc</w:t>
      </w:r>
    </w:p>
    <w:p>
      <w:pPr>
        <w:pStyle w:val="FileName"/>
      </w:pPr>
      <w:r>
        <w:t>•  ITIL-SEV06.Dependency Mapping Template (Applications, Vendors, Facilities).doc</w:t>
      </w:r>
    </w:p>
    <w:p>
      <w:pPr>
        <w:pStyle w:val="FileName"/>
      </w:pPr>
      <w:r>
        <w:t>•  ITIL-SEV07.BIA Executive Summary Report Template.doc</w:t>
      </w:r>
    </w:p>
    <w:p>
      <w:pPr>
        <w:pStyle w:val="FileName"/>
      </w:pPr>
      <w:r>
        <w:t>•  ITIL-SEV08.Business Function Prioritization Worksheet.doc</w:t>
      </w:r>
    </w:p>
    <w:p>
      <w:pPr>
        <w:pStyle w:val="FileName"/>
      </w:pPr>
      <w:r>
        <w:t>•  ITIL-SEV09.Downtime Impact Assessment Form.doc</w:t>
      </w:r>
    </w:p>
    <w:p>
      <w:pPr>
        <w:pStyle w:val="FileName"/>
      </w:pPr>
      <w:r>
        <w:t>•  ITIL-SEV01.Risk Identification Worksheet.doc</w:t>
      </w:r>
    </w:p>
    <w:p>
      <w:pPr>
        <w:pStyle w:val="FileName"/>
      </w:pPr>
      <w:r>
        <w:t>•  ITIL-SEV02.Risk Analysis and Prioritization Template.doc</w:t>
      </w:r>
    </w:p>
    <w:p>
      <w:pPr>
        <w:pStyle w:val="FileName"/>
      </w:pPr>
      <w:r>
        <w:t>•  ITIL-SEV03.Risk Treatment Plan Template.doc</w:t>
      </w:r>
    </w:p>
    <w:p>
      <w:pPr>
        <w:pStyle w:val="FileName"/>
      </w:pPr>
      <w:r>
        <w:t>•  ITIL-SEV04.Risk Register Template.doc</w:t>
      </w:r>
    </w:p>
    <w:p>
      <w:pPr>
        <w:pStyle w:val="FileName"/>
      </w:pPr>
      <w:r>
        <w:t>•  ITIL-SEV05.Threat &amp; Vulnerability Assessment Form.doc</w:t>
      </w:r>
    </w:p>
    <w:p>
      <w:pPr>
        <w:pStyle w:val="FileName"/>
      </w:pPr>
      <w:r>
        <w:t>•  ITIL-SEV06.Likelihood and Impact Matrix Template.doc</w:t>
      </w:r>
    </w:p>
    <w:p>
      <w:pPr>
        <w:pStyle w:val="FileName"/>
      </w:pPr>
      <w:r>
        <w:t>•  ITIL-SEV07.Risk Acceptance Form.doc</w:t>
      </w:r>
    </w:p>
    <w:p>
      <w:pPr>
        <w:pStyle w:val="FileName"/>
      </w:pPr>
      <w:r>
        <w:t>•  ITIL-SEV08.Risk Mitigation Action Plan Template.doc</w:t>
      </w:r>
    </w:p>
    <w:p>
      <w:pPr>
        <w:pStyle w:val="FileName"/>
      </w:pPr>
      <w:r>
        <w:t>•  ITIL-SEV09.Third-party Risk Assessment Form.doc</w:t>
      </w:r>
    </w:p>
    <w:p>
      <w:pPr>
        <w:pStyle w:val="FileName"/>
      </w:pPr>
      <w:r>
        <w:t>•  ITIL-SEV01.Strategy Options Assessment Template.doc</w:t>
      </w:r>
    </w:p>
    <w:p>
      <w:pPr>
        <w:pStyle w:val="FileName"/>
      </w:pPr>
      <w:r>
        <w:t>•  ITIL-SEV02.Resource Requirements Form.doc</w:t>
      </w:r>
    </w:p>
    <w:p>
      <w:pPr>
        <w:pStyle w:val="FileName"/>
      </w:pPr>
      <w:r>
        <w:t>•  ITIL-SEV03.Outsourcing/Third-party Dependency Mapping Form.doc</w:t>
      </w:r>
    </w:p>
    <w:p>
      <w:pPr>
        <w:pStyle w:val="FileName"/>
      </w:pPr>
      <w:r>
        <w:t>•  ITIL-SEV04.Backup Strategy Document Template.doc</w:t>
      </w:r>
    </w:p>
    <w:p>
      <w:pPr>
        <w:pStyle w:val="FileName"/>
      </w:pPr>
      <w:r>
        <w:t>•  ITIL-SEV05.Redundancy Planning Worksheet.doc</w:t>
      </w:r>
    </w:p>
    <w:p>
      <w:pPr>
        <w:pStyle w:val="FileName"/>
      </w:pPr>
      <w:r>
        <w:t>•  ITIL-SEV06.Cloud-based Recovery Strategy Template.doc</w:t>
      </w:r>
    </w:p>
    <w:p>
      <w:pPr>
        <w:pStyle w:val="FileName"/>
      </w:pPr>
      <w:r>
        <w:t>•  ITIL-SEV07.Alternate Site Strategy Template (Hot site, Warm site, Cold site).doc</w:t>
      </w:r>
    </w:p>
    <w:p>
      <w:pPr>
        <w:pStyle w:val="FileName"/>
      </w:pPr>
      <w:r>
        <w:t>•  ITIL-SEV08.Communication Strategy Plan Template.doc</w:t>
      </w:r>
    </w:p>
    <w:p>
      <w:pPr>
        <w:pStyle w:val="FileName"/>
      </w:pPr>
      <w:r>
        <w:t>•  ITIL-SEV09.Data Replication Strategy Template.doc</w:t>
      </w:r>
    </w:p>
    <w:p>
      <w:pPr>
        <w:pStyle w:val="FileName"/>
      </w:pPr>
      <w:r>
        <w:t>•  ITIL-SEV01.Disaster Recovery Plan Template.doc</w:t>
      </w:r>
    </w:p>
    <w:p>
      <w:pPr>
        <w:pStyle w:val="FileName"/>
      </w:pPr>
      <w:r>
        <w:t>•  ITIL-SEV02.Business Continuity Plan Template.doc</w:t>
      </w:r>
    </w:p>
    <w:p>
      <w:pPr>
        <w:pStyle w:val="FileName"/>
      </w:pPr>
      <w:r>
        <w:t>•  ITIL-SEV03.Application/System Recovery Procedure Template.doc</w:t>
      </w:r>
    </w:p>
    <w:p>
      <w:pPr>
        <w:pStyle w:val="FileName"/>
      </w:pPr>
      <w:r>
        <w:t>•  ITIL-SEV04.Emergency Contact List Template.doc</w:t>
      </w:r>
    </w:p>
    <w:p>
      <w:pPr>
        <w:pStyle w:val="FileName"/>
      </w:pPr>
      <w:r>
        <w:t>•  ITIL-SEV05.Escalation Matrix Template.doc</w:t>
      </w:r>
    </w:p>
    <w:p>
      <w:pPr>
        <w:pStyle w:val="FileName"/>
      </w:pPr>
      <w:r>
        <w:t>•  ITIL-SEV06.Plan Approval Sign-off Form.doc</w:t>
      </w:r>
    </w:p>
    <w:p>
      <w:pPr>
        <w:pStyle w:val="FileName"/>
      </w:pPr>
      <w:r>
        <w:t>•  ITIL-SEV07.DRP/BCP Maintenance Schedule Template.doc</w:t>
      </w:r>
    </w:p>
    <w:p>
      <w:pPr>
        <w:pStyle w:val="FileName"/>
      </w:pPr>
      <w:r>
        <w:t>•  ITIL-SEV08.Vital Records and Data Protection List Template.doc</w:t>
      </w:r>
    </w:p>
    <w:p>
      <w:pPr>
        <w:pStyle w:val="FileName"/>
      </w:pPr>
      <w:r>
        <w:t>•  ITIL-SEV09.Facilities Recovery Plan Template.doc</w:t>
      </w:r>
    </w:p>
    <w:p>
      <w:pPr>
        <w:pStyle w:val="FileName"/>
      </w:pPr>
      <w:r>
        <w:t>•  ITIL-SEV10.Telecommunications Recovery Plan Template.doc</w:t>
      </w:r>
    </w:p>
    <w:p>
      <w:pPr>
        <w:pStyle w:val="FileName"/>
      </w:pPr>
      <w:r>
        <w:t>•  ITIL-SEV11.Work Area Recovery Plan Template.doc</w:t>
      </w:r>
    </w:p>
    <w:p>
      <w:pPr>
        <w:pStyle w:val="FileName"/>
      </w:pPr>
      <w:r>
        <w:t>•  ITIL-SEV01.DRP/BCP Testing Plan Template.doc</w:t>
      </w:r>
    </w:p>
    <w:p>
      <w:pPr>
        <w:pStyle w:val="FileName"/>
      </w:pPr>
      <w:r>
        <w:t>•  ITIL-SEV02.Test Scenario and Results Form.doc</w:t>
      </w:r>
    </w:p>
    <w:p>
      <w:pPr>
        <w:pStyle w:val="FileName"/>
      </w:pPr>
      <w:r>
        <w:t>•  ITIL-SEV03.Tabletop Exercise Agenda Template.doc</w:t>
      </w:r>
    </w:p>
    <w:p>
      <w:pPr>
        <w:pStyle w:val="FileName"/>
      </w:pPr>
      <w:r>
        <w:t>•  ITIL-SEV04.Simulation Exercise Checklist.doc</w:t>
      </w:r>
    </w:p>
    <w:p>
      <w:pPr>
        <w:pStyle w:val="FileName"/>
      </w:pPr>
      <w:r>
        <w:t>•  ITIL-SEV05.Full-scale Exercise Planning Form.doc</w:t>
      </w:r>
    </w:p>
    <w:p>
      <w:pPr>
        <w:pStyle w:val="FileName"/>
      </w:pPr>
      <w:r>
        <w:t>•  ITIL-SEV06.Lessons Learned Report Template.doc</w:t>
      </w:r>
    </w:p>
    <w:p>
      <w:pPr>
        <w:pStyle w:val="FileName"/>
      </w:pPr>
      <w:r>
        <w:t>•  ITIL-SEV07.Test Corrective Action Plan Template.doc</w:t>
      </w:r>
    </w:p>
    <w:p>
      <w:pPr>
        <w:pStyle w:val="FileName"/>
      </w:pPr>
      <w:r>
        <w:t>•  ITIL-SEV08.Training Attendance and Completion Form.doc</w:t>
      </w:r>
    </w:p>
    <w:p>
      <w:pPr>
        <w:pStyle w:val="FileName"/>
      </w:pPr>
      <w:r>
        <w:t>•  ITIL-SEV09.Awareness Campaign Checklist.doc</w:t>
      </w:r>
    </w:p>
    <w:p>
      <w:pPr>
        <w:pStyle w:val="FileName"/>
      </w:pPr>
      <w:r>
        <w:t>•  ITIL-SEV10.Employee Acknowledgment Form for DRP/BCP Training.doc</w:t>
      </w:r>
    </w:p>
    <w:p>
      <w:pPr>
        <w:pStyle w:val="FileName"/>
      </w:pPr>
      <w:r>
        <w:t>•  ITIL-SEV01.Plan Review Schedule Template.doc</w:t>
      </w:r>
    </w:p>
    <w:p>
      <w:pPr>
        <w:pStyle w:val="FileName"/>
      </w:pPr>
      <w:r>
        <w:t>•  ITIL-SEV02.Gap Analysis Checklist.doc</w:t>
      </w:r>
    </w:p>
    <w:p>
      <w:pPr>
        <w:pStyle w:val="FileName"/>
      </w:pPr>
      <w:r>
        <w:t>•  ITIL-SEV03.DRP/BCP Audit Checklist.doc</w:t>
      </w:r>
    </w:p>
    <w:p>
      <w:pPr>
        <w:pStyle w:val="FileName"/>
      </w:pPr>
      <w:r>
        <w:t>•  ITIL-SEV04.DRP/BCP KPI Dashboard Template.doc</w:t>
      </w:r>
    </w:p>
    <w:p>
      <w:pPr>
        <w:pStyle w:val="FileName"/>
      </w:pPr>
      <w:r>
        <w:t>•  ITIL-SEV05.Change Log Template.doc</w:t>
      </w:r>
    </w:p>
    <w:p>
      <w:pPr>
        <w:pStyle w:val="FileName"/>
      </w:pPr>
      <w:r>
        <w:t>•  ITIL-SEV06.Continuous Improvement Action Plan Template.doc</w:t>
      </w:r>
    </w:p>
    <w:p>
      <w:pPr>
        <w:pStyle w:val="FileName"/>
      </w:pPr>
      <w:r>
        <w:t>•  ITIL-SEV07.Metrics Collection Form.doc</w:t>
      </w:r>
    </w:p>
    <w:p>
      <w:pPr>
        <w:pStyle w:val="FileName"/>
      </w:pPr>
      <w:r>
        <w:t>•  ITIL-SEV08.Service Recovery Time Validation Report Template.doc</w:t>
      </w:r>
    </w:p>
    <w:p>
      <w:pPr>
        <w:pStyle w:val="FileName"/>
      </w:pPr>
      <w:r>
        <w:t>•  ITIL-SEV09.SLA Compliance Monitoring Form.doc</w:t>
      </w:r>
    </w:p>
    <w:p>
      <w:pPr>
        <w:pStyle w:val="FileName"/>
      </w:pPr>
      <w:r>
        <w:t>•  ITIL-SEV10.Management Review Meeting Minutes Template.doc</w:t>
      </w:r>
    </w:p>
    <w:p>
      <w:pPr>
        <w:pStyle w:val="FileName"/>
      </w:pPr>
      <w:r>
        <w:t>•  ITIL-SEV01.Crisis Management Plan Template.doc</w:t>
      </w:r>
    </w:p>
    <w:p>
      <w:pPr>
        <w:pStyle w:val="FileName"/>
      </w:pPr>
      <w:r>
        <w:t>•  ITIL-SEV02.Incident Response Plan Template.doc</w:t>
      </w:r>
    </w:p>
    <w:p>
      <w:pPr>
        <w:pStyle w:val="FileName"/>
      </w:pPr>
      <w:r>
        <w:t>•  ITIL-SEV03.Situation Report (SITREP) Template.doc</w:t>
      </w:r>
    </w:p>
    <w:p>
      <w:pPr>
        <w:pStyle w:val="FileName"/>
      </w:pPr>
      <w:r>
        <w:t>•  ITIL-SEV04.Post-Incident Review Form.doc</w:t>
      </w:r>
    </w:p>
    <w:p>
      <w:pPr>
        <w:pStyle w:val="FileName"/>
      </w:pPr>
      <w:r>
        <w:t>•  ITIL-SEV05.Root Cause Analysis (RCA) Template.doc</w:t>
      </w:r>
    </w:p>
    <w:p>
      <w:pPr>
        <w:pStyle w:val="FileName"/>
      </w:pPr>
      <w:r>
        <w:t>•  ITIL-SEV06.Communication Log Template.doc</w:t>
      </w:r>
    </w:p>
    <w:p>
      <w:pPr>
        <w:pStyle w:val="FileName"/>
      </w:pPr>
      <w:r>
        <w:t>•  ITIL-SEV07.Command Center Activation Form.doc</w:t>
      </w:r>
    </w:p>
    <w:p>
      <w:pPr>
        <w:pStyle w:val="FileName"/>
      </w:pPr>
      <w:r>
        <w:t>•  ITIL-SEV08.Crisis Notification Message Template.doc</w:t>
      </w:r>
    </w:p>
    <w:p>
      <w:pPr>
        <w:pStyle w:val="FileName"/>
      </w:pPr>
      <w:r>
        <w:t>•  ITIL-SEV09.Stakeholder Status Update Template.doc</w:t>
      </w:r>
    </w:p>
    <w:p>
      <w:pPr>
        <w:pStyle w:val="FileName"/>
      </w:pPr>
      <w:r>
        <w:t>•  ITIL-SEV10.Emergency Response Procedures Checklist.doc</w:t>
      </w:r>
    </w:p>
    <w:p>
      <w:pPr>
        <w:pStyle w:val="FileName"/>
      </w:pPr>
      <w:r>
        <w:t>•  ITIL-SEV11.Lessons Learned - Crisis Event Form.doc</w:t>
      </w:r>
    </w:p>
    <w:p>
      <w:pPr>
        <w:pStyle w:val="FileName"/>
      </w:pPr>
      <w:r>
        <w:t>•  ITIL-SEV01.DR Approach Document.docx</w:t>
      </w:r>
    </w:p>
    <w:p>
      <w:pPr>
        <w:pStyle w:val="FileName"/>
      </w:pPr>
      <w:r>
        <w:t>•  ITIL-SEV02.DR Asset Register.docx</w:t>
      </w:r>
    </w:p>
    <w:p>
      <w:pPr>
        <w:pStyle w:val="FileName"/>
      </w:pPr>
      <w:r>
        <w:t>•  ITIL-SEV03.DR Closure Report.docx</w:t>
      </w:r>
    </w:p>
    <w:p>
      <w:pPr>
        <w:pStyle w:val="FileName"/>
      </w:pPr>
      <w:r>
        <w:t>•  ITIL-SEV04.DR Communication Plan.docx</w:t>
      </w:r>
    </w:p>
    <w:p>
      <w:pPr>
        <w:pStyle w:val="FileName"/>
      </w:pPr>
      <w:r>
        <w:t>•  ITIL-SEV05.DR Implementation Plan - Template.xlsx</w:t>
      </w:r>
    </w:p>
    <w:p>
      <w:pPr>
        <w:pStyle w:val="FileName"/>
      </w:pPr>
      <w:r>
        <w:t>•  ITIL-SEV06.DR Plan Template.docx</w:t>
      </w:r>
    </w:p>
    <w:p>
      <w:pPr>
        <w:pStyle w:val="FileName"/>
      </w:pPr>
      <w:r>
        <w:t>•  ITIL-SEV07.Risk Assessment.xls</w:t>
      </w:r>
    </w:p>
    <w:p>
      <w:pPr>
        <w:pStyle w:val="FileName"/>
      </w:pPr>
      <w:r>
        <w:t>•  ITIL-SEV08.DRP Checklist.xls</w:t>
      </w:r>
    </w:p>
    <w:p>
      <w:pPr>
        <w:pStyle w:val="FileName"/>
      </w:pPr>
      <w:r>
        <w:t>•  ITIL-SEV09.DRP Templates.doc</w:t>
      </w:r>
    </w:p>
    <w:p>
      <w:pPr>
        <w:pStyle w:val="FileName"/>
      </w:pPr>
      <w:r>
        <w:t>•  ITIL-SEV10.Emergency Response Templates.xls</w:t>
      </w:r>
    </w:p>
    <w:p>
      <w:pPr>
        <w:pStyle w:val="FileName"/>
      </w:pPr>
      <w:r>
        <w:t>•  ITIL-SEV01.BCP and DRP Documentation Checklist.xls</w:t>
      </w:r>
    </w:p>
    <w:p>
      <w:pPr>
        <w:pStyle w:val="FileName"/>
      </w:pPr>
      <w:r>
        <w:t>•  ITIL-SEV02.BCP and DRP Maintenance Templates.xls</w:t>
      </w:r>
    </w:p>
    <w:p>
      <w:pPr>
        <w:pStyle w:val="FileName"/>
      </w:pPr>
      <w:r>
        <w:t>•  ITIL-SEV03.BCP Risk Register.xls</w:t>
      </w:r>
    </w:p>
    <w:p>
      <w:pPr>
        <w:pStyle w:val="FileName"/>
      </w:pPr>
      <w:r>
        <w:t>•  ITIL-SEV04.BIA Checklist.xls</w:t>
      </w:r>
    </w:p>
    <w:p>
      <w:pPr>
        <w:pStyle w:val="FileName"/>
      </w:pPr>
      <w:r>
        <w:t>•  ITIL-SEV05.Business Continuity Plan and Disaster Recovery Summary.pdf</w:t>
      </w:r>
    </w:p>
    <w:p>
      <w:pPr>
        <w:pStyle w:val="FileName"/>
      </w:pPr>
      <w:r>
        <w:t>•  ITIL-SEV06.Business Continuity Plan Assessment.xls</w:t>
      </w:r>
    </w:p>
    <w:p>
      <w:pPr>
        <w:pStyle w:val="FileName"/>
      </w:pPr>
      <w:r>
        <w:t>•  ITIL-SEV07.Business Continuity Plan Audit Checklist.xls</w:t>
      </w:r>
    </w:p>
    <w:p>
      <w:pPr>
        <w:pStyle w:val="FileName"/>
      </w:pPr>
      <w:r>
        <w:t>•  ITIL-SEV08.Business Continuity Plan Backup Checklist.xls</w:t>
      </w:r>
    </w:p>
    <w:p>
      <w:pPr>
        <w:pStyle w:val="FileName"/>
      </w:pPr>
      <w:r>
        <w:t>•  ITIL-SEV09.Business Continuity Plan Checklist.pdf</w:t>
      </w:r>
    </w:p>
    <w:p>
      <w:pPr>
        <w:pStyle w:val="FileName"/>
      </w:pPr>
      <w:r>
        <w:t>•  ITIL-SEV10.Business Continuity Plan Test Report.doc</w:t>
      </w:r>
    </w:p>
    <w:p>
      <w:pPr>
        <w:pStyle w:val="FileName"/>
      </w:pPr>
      <w:r>
        <w:t>•  ITIL-SEV11.Business Continuity Plan Testing Report Templates.xls</w:t>
      </w:r>
    </w:p>
    <w:p>
      <w:pPr>
        <w:pStyle w:val="FileName"/>
      </w:pPr>
      <w:r>
        <w:t>•  ITIL-SEV12.Business Continuity Plan Training.pdf</w:t>
      </w:r>
    </w:p>
    <w:p>
      <w:pPr>
        <w:pStyle w:val="FileName"/>
      </w:pPr>
      <w:r>
        <w:t>•  ITIL-SEV13.Contingency Audit.xls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| DRP / BCP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