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MEA – Monitor, Evaluate, Assess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10 Parts   |   186 Templates   |   78 DOCX   |   77 XLSX   |   31 PPTX</w:t>
      </w:r>
    </w:p>
    <w:p>
      <w:pPr>
        <w:pStyle w:val="Heading1"/>
        <w:keepNext/>
      </w:pPr>
      <w:r>
        <w:t>Part 1. MEA Implementation Initiation</w:t>
      </w:r>
    </w:p>
    <w:p>
      <w:pPr>
        <w:pStyle w:val="FileName"/>
      </w:pPr>
      <w:r>
        <w:t>•  MEA Communication Management Plan.docx</w:t>
      </w:r>
    </w:p>
    <w:p>
      <w:pPr>
        <w:pStyle w:val="FileName"/>
      </w:pPr>
      <w:r>
        <w:t>•  MEA Decision Log.xlsx</w:t>
      </w:r>
    </w:p>
    <w:p>
      <w:pPr>
        <w:pStyle w:val="FileName"/>
      </w:pPr>
      <w:r>
        <w:t>•  MEA Deliverables Tracking Register.xlsx</w:t>
      </w:r>
    </w:p>
    <w:p>
      <w:pPr>
        <w:pStyle w:val="FileName"/>
      </w:pPr>
      <w:r>
        <w:t>•  MEA Engagement Terms of Reference.docx</w:t>
      </w:r>
    </w:p>
    <w:p>
      <w:pPr>
        <w:pStyle w:val="FileName"/>
      </w:pPr>
      <w:r>
        <w:t>•  MEA Executive Briefing.pptx</w:t>
      </w:r>
    </w:p>
    <w:p>
      <w:pPr>
        <w:pStyle w:val="FileName"/>
      </w:pPr>
      <w:r>
        <w:t>•  MEA Governance Structure Document.docx</w:t>
      </w:r>
    </w:p>
    <w:p>
      <w:pPr>
        <w:pStyle w:val="FileName"/>
      </w:pPr>
      <w:r>
        <w:t>•  MEA Implementation Charter.docx</w:t>
      </w:r>
    </w:p>
    <w:p>
      <w:pPr>
        <w:pStyle w:val="FileName"/>
      </w:pPr>
      <w:r>
        <w:t>•  MEA Implementation Roadmap Presentation.pptx</w:t>
      </w:r>
    </w:p>
    <w:p>
      <w:pPr>
        <w:pStyle w:val="FileName"/>
      </w:pPr>
      <w:r>
        <w:t>•  MEA Implementation Scope Statement.docx</w:t>
      </w:r>
    </w:p>
    <w:p>
      <w:pPr>
        <w:pStyle w:val="FileName"/>
      </w:pPr>
      <w:r>
        <w:t>•  MEA Implementation Workplan.xlsx</w:t>
      </w:r>
    </w:p>
    <w:p>
      <w:pPr>
        <w:pStyle w:val="FileName"/>
      </w:pPr>
      <w:r>
        <w:t>•  MEA Issue and Action Log.xlsx</w:t>
      </w:r>
    </w:p>
    <w:p>
      <w:pPr>
        <w:pStyle w:val="FileName"/>
      </w:pPr>
      <w:r>
        <w:t>•  MEA Kick-off Meeting Minutes.docx</w:t>
      </w:r>
    </w:p>
    <w:p>
      <w:pPr>
        <w:pStyle w:val="FileName"/>
      </w:pPr>
      <w:r>
        <w:t>•  MEA Kick-off Presentation.pptx</w:t>
      </w:r>
    </w:p>
    <w:p>
      <w:pPr>
        <w:pStyle w:val="FileName"/>
      </w:pPr>
      <w:r>
        <w:t>•  MEA Project Assumptions and Constraints Document.docx</w:t>
      </w:r>
    </w:p>
    <w:p>
      <w:pPr>
        <w:pStyle w:val="FileName"/>
      </w:pPr>
      <w:r>
        <w:t>•  MEA RACI Matrix.xlsx</w:t>
      </w:r>
    </w:p>
    <w:p>
      <w:pPr>
        <w:pStyle w:val="FileName"/>
      </w:pPr>
      <w:r>
        <w:t>•  MEA Risk Register.xlsx</w:t>
      </w:r>
    </w:p>
    <w:p>
      <w:pPr>
        <w:pStyle w:val="FileName"/>
      </w:pPr>
      <w:r>
        <w:t>•  MEA Stakeholder Analysis Register.xlsx</w:t>
      </w:r>
    </w:p>
    <w:p>
      <w:pPr>
        <w:pStyle w:val="FileName"/>
      </w:pPr>
      <w:r>
        <w:t>•  MEA Stakeholder Register.docx</w:t>
      </w:r>
    </w:p>
    <w:p>
      <w:pPr>
        <w:pStyle w:val="Heading1"/>
        <w:keepNext/>
      </w:pPr>
      <w:r>
        <w:t>Part 2. MEA Current State Assessment</w:t>
      </w:r>
    </w:p>
    <w:p>
      <w:pPr>
        <w:pStyle w:val="FileName"/>
      </w:pPr>
      <w:r>
        <w:t>•  MEA Assessment Approach Document.docx</w:t>
      </w:r>
    </w:p>
    <w:p>
      <w:pPr>
        <w:pStyle w:val="FileName"/>
      </w:pPr>
      <w:r>
        <w:t>•  MEA Control Coverage Assessment Matrix.xlsx</w:t>
      </w:r>
    </w:p>
    <w:p>
      <w:pPr>
        <w:pStyle w:val="FileName"/>
      </w:pPr>
      <w:r>
        <w:t>•  MEA Current State Assessment Checklist.xlsx</w:t>
      </w:r>
    </w:p>
    <w:p>
      <w:pPr>
        <w:pStyle w:val="FileName"/>
      </w:pPr>
      <w:r>
        <w:t>•  MEA Current State Assessment Report.docx</w:t>
      </w:r>
    </w:p>
    <w:p>
      <w:pPr>
        <w:pStyle w:val="FileName"/>
      </w:pPr>
      <w:r>
        <w:t>•  MEA Current State Assessment Summary.pptx</w:t>
      </w:r>
    </w:p>
    <w:p>
      <w:pPr>
        <w:pStyle w:val="FileName"/>
      </w:pPr>
      <w:r>
        <w:t>•  MEA Current State Review.pptx</w:t>
      </w:r>
    </w:p>
    <w:p>
      <w:pPr>
        <w:pStyle w:val="FileName"/>
      </w:pPr>
      <w:r>
        <w:t>•  MEA Document Request List.docx</w:t>
      </w:r>
    </w:p>
    <w:p>
      <w:pPr>
        <w:pStyle w:val="FileName"/>
      </w:pPr>
      <w:r>
        <w:t>•  MEA Document Review Tracker.xlsx</w:t>
      </w:r>
    </w:p>
    <w:p>
      <w:pPr>
        <w:pStyle w:val="FileName"/>
      </w:pPr>
      <w:r>
        <w:t>•  MEA Evidence Collection Guideline.docx</w:t>
      </w:r>
    </w:p>
    <w:p>
      <w:pPr>
        <w:pStyle w:val="FileName"/>
      </w:pPr>
      <w:r>
        <w:t>•  MEA Evidence Inventory.xlsx</w:t>
      </w:r>
    </w:p>
    <w:p>
      <w:pPr>
        <w:pStyle w:val="FileName"/>
      </w:pPr>
      <w:r>
        <w:t>•  MEA Findings Register.xlsx</w:t>
      </w:r>
    </w:p>
    <w:p>
      <w:pPr>
        <w:pStyle w:val="FileName"/>
      </w:pPr>
      <w:r>
        <w:t>•  MEA Initial Findings Presentation.pptx</w:t>
      </w:r>
    </w:p>
    <w:p>
      <w:pPr>
        <w:pStyle w:val="FileName"/>
      </w:pPr>
      <w:r>
        <w:t>•  MEA Interview Guide.docx</w:t>
      </w:r>
    </w:p>
    <w:p>
      <w:pPr>
        <w:pStyle w:val="FileName"/>
      </w:pPr>
      <w:r>
        <w:t>•  MEA Interview Schedule.xlsx</w:t>
      </w:r>
    </w:p>
    <w:p>
      <w:pPr>
        <w:pStyle w:val="FileName"/>
      </w:pPr>
      <w:r>
        <w:t>•  MEA Observation Notes Template.docx</w:t>
      </w:r>
    </w:p>
    <w:p>
      <w:pPr>
        <w:pStyle w:val="FileName"/>
      </w:pPr>
      <w:r>
        <w:t>•  MEA Process Capability Scoring Sheet.xlsx</w:t>
      </w:r>
    </w:p>
    <w:p>
      <w:pPr>
        <w:pStyle w:val="FileName"/>
      </w:pPr>
      <w:r>
        <w:t>•  MEA Process Walkthrough Template.docx</w:t>
      </w:r>
    </w:p>
    <w:p>
      <w:pPr>
        <w:pStyle w:val="Heading1"/>
        <w:keepNext/>
      </w:pPr>
      <w:r>
        <w:t>Part 3. MEA Performance and Conformance Assessment</w:t>
      </w:r>
    </w:p>
    <w:p>
      <w:pPr>
        <w:pStyle w:val="FileName"/>
      </w:pPr>
      <w:r>
        <w:t>•  MEA01 Conformance Monitoring Checklist.xlsx</w:t>
      </w:r>
    </w:p>
    <w:p>
      <w:pPr>
        <w:pStyle w:val="FileName"/>
      </w:pPr>
      <w:r>
        <w:t>•  MEA01 Conformance Monitoring Procedure.docx</w:t>
      </w:r>
    </w:p>
    <w:p>
      <w:pPr>
        <w:pStyle w:val="FileName"/>
      </w:pPr>
      <w:r>
        <w:t>•  MEA01 Conformance Review Presentation.pptx</w:t>
      </w:r>
    </w:p>
    <w:p>
      <w:pPr>
        <w:pStyle w:val="FileName"/>
      </w:pPr>
      <w:r>
        <w:t>•  MEA01 Exception Tracking Register.xlsx</w:t>
      </w:r>
    </w:p>
    <w:p>
      <w:pPr>
        <w:pStyle w:val="FileName"/>
      </w:pPr>
      <w:r>
        <w:t>•  MEA01 Executive Performance Report.pptx</w:t>
      </w:r>
    </w:p>
    <w:p>
      <w:pPr>
        <w:pStyle w:val="FileName"/>
      </w:pPr>
      <w:r>
        <w:t>•  MEA01 KGI Definition Document.docx</w:t>
      </w:r>
    </w:p>
    <w:p>
      <w:pPr>
        <w:pStyle w:val="FileName"/>
      </w:pPr>
      <w:r>
        <w:t>•  MEA01 KPI and KGI Catalogue.xlsx</w:t>
      </w:r>
    </w:p>
    <w:p>
      <w:pPr>
        <w:pStyle w:val="FileName"/>
      </w:pPr>
      <w:r>
        <w:t>•  MEA01 KPI Definition Document.docx</w:t>
      </w:r>
    </w:p>
    <w:p>
      <w:pPr>
        <w:pStyle w:val="FileName"/>
      </w:pPr>
      <w:r>
        <w:t>•  MEA01 Management Action Tracker.xlsx</w:t>
      </w:r>
    </w:p>
    <w:p>
      <w:pPr>
        <w:pStyle w:val="FileName"/>
      </w:pPr>
      <w:r>
        <w:t>•  MEA01 Management Reporting Standard.docx</w:t>
      </w:r>
    </w:p>
    <w:p>
      <w:pPr>
        <w:pStyle w:val="FileName"/>
      </w:pPr>
      <w:r>
        <w:t>•  MEA01 Performance Dashboard Template.xlsx</w:t>
      </w:r>
    </w:p>
    <w:p>
      <w:pPr>
        <w:pStyle w:val="FileName"/>
      </w:pPr>
      <w:r>
        <w:t>•  MEA01 Performance Data Collection Register.xlsx</w:t>
      </w:r>
    </w:p>
    <w:p>
      <w:pPr>
        <w:pStyle w:val="FileName"/>
      </w:pPr>
      <w:r>
        <w:t>•  MEA01 Performance Exception Handling Procedure.docx</w:t>
      </w:r>
    </w:p>
    <w:p>
      <w:pPr>
        <w:pStyle w:val="FileName"/>
      </w:pPr>
      <w:r>
        <w:t>•  MEA01 Performance Monitoring Policy.docx</w:t>
      </w:r>
    </w:p>
    <w:p>
      <w:pPr>
        <w:pStyle w:val="FileName"/>
      </w:pPr>
      <w:r>
        <w:t>•  MEA01 Performance Reporting Calendar.xlsx</w:t>
      </w:r>
    </w:p>
    <w:p>
      <w:pPr>
        <w:pStyle w:val="FileName"/>
      </w:pPr>
      <w:r>
        <w:t>•  MEA01 Performance Review Dashboard.pptx</w:t>
      </w:r>
    </w:p>
    <w:p>
      <w:pPr>
        <w:pStyle w:val="FileName"/>
      </w:pPr>
      <w:r>
        <w:t>•  MEA01 Performance Review Meeting Procedure.docx</w:t>
      </w:r>
    </w:p>
    <w:p>
      <w:pPr>
        <w:pStyle w:val="FileName"/>
      </w:pPr>
      <w:r>
        <w:t>•  MEA01 Performance Variance Analysis Sheet.xlsx</w:t>
      </w:r>
    </w:p>
    <w:p>
      <w:pPr>
        <w:pStyle w:val="FileName"/>
      </w:pPr>
      <w:r>
        <w:t>•  MEA01 Process Design Document.docx</w:t>
      </w:r>
    </w:p>
    <w:p>
      <w:pPr>
        <w:pStyle w:val="Heading1"/>
        <w:keepNext/>
      </w:pPr>
      <w:r>
        <w:t>Part 4. MEA Internal Control Assessment</w:t>
      </w:r>
    </w:p>
    <w:p>
      <w:pPr>
        <w:pStyle w:val="FileName"/>
      </w:pPr>
      <w:r>
        <w:t>•  MEA02 Control Assurance Report Template.docx</w:t>
      </w:r>
    </w:p>
    <w:p>
      <w:pPr>
        <w:pStyle w:val="FileName"/>
      </w:pPr>
      <w:r>
        <w:t>•  MEA02 Control Deficiency Management Procedure.docx</w:t>
      </w:r>
    </w:p>
    <w:p>
      <w:pPr>
        <w:pStyle w:val="FileName"/>
      </w:pPr>
      <w:r>
        <w:t>•  MEA02 Control Deficiency Presentation.pptx</w:t>
      </w:r>
    </w:p>
    <w:p>
      <w:pPr>
        <w:pStyle w:val="FileName"/>
      </w:pPr>
      <w:r>
        <w:t>•  MEA02 Control Deficiency Register.xlsx</w:t>
      </w:r>
    </w:p>
    <w:p>
      <w:pPr>
        <w:pStyle w:val="FileName"/>
      </w:pPr>
      <w:r>
        <w:t>•  MEA02 Control Effectiveness Assessment Matrix.xlsx</w:t>
      </w:r>
    </w:p>
    <w:p>
      <w:pPr>
        <w:pStyle w:val="FileName"/>
      </w:pPr>
      <w:r>
        <w:t>•  MEA02 Control Remediation Tracker.xlsx</w:t>
      </w:r>
    </w:p>
    <w:p>
      <w:pPr>
        <w:pStyle w:val="FileName"/>
      </w:pPr>
      <w:r>
        <w:t>•  MEA02 Control Self-Assessment Guideline.docx</w:t>
      </w:r>
    </w:p>
    <w:p>
      <w:pPr>
        <w:pStyle w:val="FileName"/>
      </w:pPr>
      <w:r>
        <w:t>•  MEA02 Control Self-Assessment Questionnaire.xlsx</w:t>
      </w:r>
    </w:p>
    <w:p>
      <w:pPr>
        <w:pStyle w:val="FileName"/>
      </w:pPr>
      <w:r>
        <w:t>•  MEA02 Control Testing Methodology.docx</w:t>
      </w:r>
    </w:p>
    <w:p>
      <w:pPr>
        <w:pStyle w:val="FileName"/>
      </w:pPr>
      <w:r>
        <w:t>•  MEA02 Control Testing Plan.xlsx</w:t>
      </w:r>
    </w:p>
    <w:p>
      <w:pPr>
        <w:pStyle w:val="FileName"/>
      </w:pPr>
      <w:r>
        <w:t>•  MEA02 Control Testing Worksheet.xlsx</w:t>
      </w:r>
    </w:p>
    <w:p>
      <w:pPr>
        <w:pStyle w:val="FileName"/>
      </w:pPr>
      <w:r>
        <w:t>•  MEA02 Internal Control Assessment Procedure.docx</w:t>
      </w:r>
    </w:p>
    <w:p>
      <w:pPr>
        <w:pStyle w:val="FileName"/>
      </w:pPr>
      <w:r>
        <w:t>•  MEA02 Internal Control Assessment Summary.pptx</w:t>
      </w:r>
    </w:p>
    <w:p>
      <w:pPr>
        <w:pStyle w:val="FileName"/>
      </w:pPr>
      <w:r>
        <w:t>•  MEA02 Internal Control Assurance Dashboard.pptx</w:t>
      </w:r>
    </w:p>
    <w:p>
      <w:pPr>
        <w:pStyle w:val="FileName"/>
      </w:pPr>
      <w:r>
        <w:t>•  MEA02 Internal Control Heat Map.xlsx</w:t>
      </w:r>
    </w:p>
    <w:p>
      <w:pPr>
        <w:pStyle w:val="FileName"/>
      </w:pPr>
      <w:r>
        <w:t>•  MEA02 Internal Control Monitoring Policy.docx</w:t>
      </w:r>
    </w:p>
    <w:p>
      <w:pPr>
        <w:pStyle w:val="FileName"/>
      </w:pPr>
      <w:r>
        <w:t>•  MEA02 Internal Control Register.xlsx</w:t>
      </w:r>
    </w:p>
    <w:p>
      <w:pPr>
        <w:pStyle w:val="FileName"/>
      </w:pPr>
      <w:r>
        <w:t>•  MEA02 Internal Control Remediation Plan.docx</w:t>
      </w:r>
    </w:p>
    <w:p>
      <w:pPr>
        <w:pStyle w:val="FileName"/>
      </w:pPr>
      <w:r>
        <w:t>•  MEA02 Process Design Document.docx</w:t>
      </w:r>
    </w:p>
    <w:p>
      <w:pPr>
        <w:pStyle w:val="Heading1"/>
        <w:keepNext/>
      </w:pPr>
      <w:r>
        <w:t>Part 5. MEA External Compliance Assessment</w:t>
      </w:r>
    </w:p>
    <w:p>
      <w:pPr>
        <w:pStyle w:val="FileName"/>
      </w:pPr>
      <w:r>
        <w:t>•  MEA03 Compliance Assessment Checklist.xlsx</w:t>
      </w:r>
    </w:p>
    <w:p>
      <w:pPr>
        <w:pStyle w:val="FileName"/>
      </w:pPr>
      <w:r>
        <w:t>•  MEA03 Compliance Assessment Procedure.docx</w:t>
      </w:r>
    </w:p>
    <w:p>
      <w:pPr>
        <w:pStyle w:val="FileName"/>
      </w:pPr>
      <w:r>
        <w:t>•  MEA03 Compliance Evidence Inventory.xlsx</w:t>
      </w:r>
    </w:p>
    <w:p>
      <w:pPr>
        <w:pStyle w:val="FileName"/>
      </w:pPr>
      <w:r>
        <w:t>•  MEA03 Compliance Obligation Identification Guideline.docx</w:t>
      </w:r>
    </w:p>
    <w:p>
      <w:pPr>
        <w:pStyle w:val="FileName"/>
      </w:pPr>
      <w:r>
        <w:t>•  MEA03 Compliance Obligation Register.xlsx</w:t>
      </w:r>
    </w:p>
    <w:p>
      <w:pPr>
        <w:pStyle w:val="FileName"/>
      </w:pPr>
      <w:r>
        <w:t>•  MEA03 Compliance Remediation Tracker.xlsx</w:t>
      </w:r>
    </w:p>
    <w:p>
      <w:pPr>
        <w:pStyle w:val="FileName"/>
      </w:pPr>
      <w:r>
        <w:t>•  MEA03 Compliance Reporting Calendar.xlsx</w:t>
      </w:r>
    </w:p>
    <w:p>
      <w:pPr>
        <w:pStyle w:val="FileName"/>
      </w:pPr>
      <w:r>
        <w:t>•  MEA03 Compliance Reporting Standard.docx</w:t>
      </w:r>
    </w:p>
    <w:p>
      <w:pPr>
        <w:pStyle w:val="FileName"/>
      </w:pPr>
      <w:r>
        <w:t>•  MEA03 Compliance Status Dashboard.pptx</w:t>
      </w:r>
    </w:p>
    <w:p>
      <w:pPr>
        <w:pStyle w:val="FileName"/>
      </w:pPr>
      <w:r>
        <w:t>•  MEA03 External Requirements Management Procedure.docx</w:t>
      </w:r>
    </w:p>
    <w:p>
      <w:pPr>
        <w:pStyle w:val="FileName"/>
      </w:pPr>
      <w:r>
        <w:t>•  MEA03 Non-compliance Escalation Report.pptx</w:t>
      </w:r>
    </w:p>
    <w:p>
      <w:pPr>
        <w:pStyle w:val="FileName"/>
      </w:pPr>
      <w:r>
        <w:t>•  MEA03 Non-compliance Management Procedure.docx</w:t>
      </w:r>
    </w:p>
    <w:p>
      <w:pPr>
        <w:pStyle w:val="FileName"/>
      </w:pPr>
      <w:r>
        <w:t>•  MEA03 Non-compliance Register.xlsx</w:t>
      </w:r>
    </w:p>
    <w:p>
      <w:pPr>
        <w:pStyle w:val="FileName"/>
      </w:pPr>
      <w:r>
        <w:t>•  MEA03 Process Design Document.docx</w:t>
      </w:r>
    </w:p>
    <w:p>
      <w:pPr>
        <w:pStyle w:val="FileName"/>
      </w:pPr>
      <w:r>
        <w:t>•  MEA03 Regulatory Change Management Procedure.docx</w:t>
      </w:r>
    </w:p>
    <w:p>
      <w:pPr>
        <w:pStyle w:val="FileName"/>
      </w:pPr>
      <w:r>
        <w:t>•  MEA03 Regulatory Change Tracker.xlsx</w:t>
      </w:r>
    </w:p>
    <w:p>
      <w:pPr>
        <w:pStyle w:val="FileName"/>
      </w:pPr>
      <w:r>
        <w:t>•  MEA03 Regulatory Compliance Monitoring Policy.docx</w:t>
      </w:r>
    </w:p>
    <w:p>
      <w:pPr>
        <w:pStyle w:val="FileName"/>
      </w:pPr>
      <w:r>
        <w:t>•  MEA03 Regulatory Compliance Review Presentation.pptx</w:t>
      </w:r>
    </w:p>
    <w:p>
      <w:pPr>
        <w:pStyle w:val="FileName"/>
      </w:pPr>
      <w:r>
        <w:t>•  MEA03 Regulatory Requirements Mapping Matrix.xlsx</w:t>
      </w:r>
    </w:p>
    <w:p>
      <w:pPr>
        <w:pStyle w:val="Heading1"/>
        <w:keepNext/>
      </w:pPr>
      <w:r>
        <w:t>Part 6. MEA Gap Analysis and Target State Design</w:t>
      </w:r>
    </w:p>
    <w:p>
      <w:pPr>
        <w:pStyle w:val="FileName"/>
      </w:pPr>
      <w:r>
        <w:t>•  MEA Current vs Target Capability Assessment.xlsx</w:t>
      </w:r>
    </w:p>
    <w:p>
      <w:pPr>
        <w:pStyle w:val="FileName"/>
      </w:pPr>
      <w:r>
        <w:t>•  MEA Future State Governance Model.docx</w:t>
      </w:r>
    </w:p>
    <w:p>
      <w:pPr>
        <w:pStyle w:val="FileName"/>
      </w:pPr>
      <w:r>
        <w:t>•  MEA Gap Analysis Matrix.xlsx</w:t>
      </w:r>
    </w:p>
    <w:p>
      <w:pPr>
        <w:pStyle w:val="FileName"/>
      </w:pPr>
      <w:r>
        <w:t>•  MEA Gap Analysis Presentation.pptx</w:t>
      </w:r>
    </w:p>
    <w:p>
      <w:pPr>
        <w:pStyle w:val="FileName"/>
      </w:pPr>
      <w:r>
        <w:t>•  MEA Gap Analysis Report.docx</w:t>
      </w:r>
    </w:p>
    <w:p>
      <w:pPr>
        <w:pStyle w:val="FileName"/>
      </w:pPr>
      <w:r>
        <w:t>•  MEA Impact and Effort Assessment.xlsx</w:t>
      </w:r>
    </w:p>
    <w:p>
      <w:pPr>
        <w:pStyle w:val="FileName"/>
      </w:pPr>
      <w:r>
        <w:t>•  MEA Improvement Opportunity Register.xlsx</w:t>
      </w:r>
    </w:p>
    <w:p>
      <w:pPr>
        <w:pStyle w:val="FileName"/>
      </w:pPr>
      <w:r>
        <w:t>•  MEA Improvement Recommendation Report.docx</w:t>
      </w:r>
    </w:p>
    <w:p>
      <w:pPr>
        <w:pStyle w:val="FileName"/>
      </w:pPr>
      <w:r>
        <w:t>•  MEA Improvement Recommendation.pptx</w:t>
      </w:r>
    </w:p>
    <w:p>
      <w:pPr>
        <w:pStyle w:val="FileName"/>
      </w:pPr>
      <w:r>
        <w:t>•  MEA Prioritization Matrix.xlsx</w:t>
      </w:r>
    </w:p>
    <w:p>
      <w:pPr>
        <w:pStyle w:val="FileName"/>
      </w:pPr>
      <w:r>
        <w:t>•  MEA Remediation Priority Tracker.xlsx</w:t>
      </w:r>
    </w:p>
    <w:p>
      <w:pPr>
        <w:pStyle w:val="FileName"/>
      </w:pPr>
      <w:r>
        <w:t>•  MEA Remediation Strategy Document.docx</w:t>
      </w:r>
    </w:p>
    <w:p>
      <w:pPr>
        <w:pStyle w:val="FileName"/>
      </w:pPr>
      <w:r>
        <w:t>•  MEA Target Capability Definition.docx</w:t>
      </w:r>
    </w:p>
    <w:p>
      <w:pPr>
        <w:pStyle w:val="FileName"/>
      </w:pPr>
      <w:r>
        <w:t>•  MEA Target Operating Model Document.docx</w:t>
      </w:r>
    </w:p>
    <w:p>
      <w:pPr>
        <w:pStyle w:val="FileName"/>
      </w:pPr>
      <w:r>
        <w:t>•  MEA Target State Control Mapping.xlsx</w:t>
      </w:r>
    </w:p>
    <w:p>
      <w:pPr>
        <w:pStyle w:val="FileName"/>
      </w:pPr>
      <w:r>
        <w:t>•  MEA Target State Design Presentation.pptx</w:t>
      </w:r>
    </w:p>
    <w:p>
      <w:pPr>
        <w:pStyle w:val="FileName"/>
      </w:pPr>
      <w:r>
        <w:t>•  MEA Target State Process Design.docx</w:t>
      </w:r>
    </w:p>
    <w:p>
      <w:pPr>
        <w:pStyle w:val="Heading1"/>
        <w:keepNext/>
      </w:pPr>
      <w:r>
        <w:t>Part 7. MEA Implementation Planning</w:t>
      </w:r>
    </w:p>
    <w:p>
      <w:pPr>
        <w:pStyle w:val="FileName"/>
      </w:pPr>
      <w:r>
        <w:t>•  MEA Change Management Plan.docx</w:t>
      </w:r>
    </w:p>
    <w:p>
      <w:pPr>
        <w:pStyle w:val="FileName"/>
      </w:pPr>
      <w:r>
        <w:t>•  MEA Data Collection Plan.docx</w:t>
      </w:r>
    </w:p>
    <w:p>
      <w:pPr>
        <w:pStyle w:val="FileName"/>
      </w:pPr>
      <w:r>
        <w:t>•  MEA Dependency Register.xlsx</w:t>
      </w:r>
    </w:p>
    <w:p>
      <w:pPr>
        <w:pStyle w:val="FileName"/>
      </w:pPr>
      <w:r>
        <w:t>•  MEA Implementation Budget Tracker.xlsx</w:t>
      </w:r>
    </w:p>
    <w:p>
      <w:pPr>
        <w:pStyle w:val="FileName"/>
      </w:pPr>
      <w:r>
        <w:t>•  MEA Implementation Plan.docx</w:t>
      </w:r>
    </w:p>
    <w:p>
      <w:pPr>
        <w:pStyle w:val="FileName"/>
      </w:pPr>
      <w:r>
        <w:t>•  MEA Implementation Planning Presentation.pptx</w:t>
      </w:r>
    </w:p>
    <w:p>
      <w:pPr>
        <w:pStyle w:val="FileName"/>
      </w:pPr>
      <w:r>
        <w:t>•  MEA Implementation Readiness Checklist.xlsx</w:t>
      </w:r>
    </w:p>
    <w:p>
      <w:pPr>
        <w:pStyle w:val="FileName"/>
      </w:pPr>
      <w:r>
        <w:t>•  MEA Implementation Roadmap.xlsx</w:t>
      </w:r>
    </w:p>
    <w:p>
      <w:pPr>
        <w:pStyle w:val="FileName"/>
      </w:pPr>
      <w:r>
        <w:t>•  MEA Milestone Tracker.xlsx</w:t>
      </w:r>
    </w:p>
    <w:p>
      <w:pPr>
        <w:pStyle w:val="FileName"/>
      </w:pPr>
      <w:r>
        <w:t>•  MEA Quality Assurance Plan.docx</w:t>
      </w:r>
    </w:p>
    <w:p>
      <w:pPr>
        <w:pStyle w:val="FileName"/>
      </w:pPr>
      <w:r>
        <w:t>•  MEA Reporting Implementation Plan.docx</w:t>
      </w:r>
    </w:p>
    <w:p>
      <w:pPr>
        <w:pStyle w:val="FileName"/>
      </w:pPr>
      <w:r>
        <w:t>•  MEA Resource Mobilization Plan.docx</w:t>
      </w:r>
    </w:p>
    <w:p>
      <w:pPr>
        <w:pStyle w:val="FileName"/>
      </w:pPr>
      <w:r>
        <w:t>•  MEA Resource Plan.xlsx</w:t>
      </w:r>
    </w:p>
    <w:p>
      <w:pPr>
        <w:pStyle w:val="FileName"/>
      </w:pPr>
      <w:r>
        <w:t>•  MEA Roadmap Presentation.pptx</w:t>
      </w:r>
    </w:p>
    <w:p>
      <w:pPr>
        <w:pStyle w:val="FileName"/>
      </w:pPr>
      <w:r>
        <w:t>•  MEA Steering Committee Approval.pptx</w:t>
      </w:r>
    </w:p>
    <w:p>
      <w:pPr>
        <w:pStyle w:val="FileName"/>
      </w:pPr>
      <w:r>
        <w:t>•  MEA Training Attendance Tracker.xlsx</w:t>
      </w:r>
    </w:p>
    <w:p>
      <w:pPr>
        <w:pStyle w:val="FileName"/>
      </w:pPr>
      <w:r>
        <w:t>•  MEA Training Plan.docx</w:t>
      </w:r>
    </w:p>
    <w:p>
      <w:pPr>
        <w:pStyle w:val="FileName"/>
      </w:pPr>
      <w:r>
        <w:t>•  MEA Transition Plan.docx</w:t>
      </w:r>
    </w:p>
    <w:p>
      <w:pPr>
        <w:pStyle w:val="FileName"/>
      </w:pPr>
      <w:r>
        <w:t>•  MEA Work Breakdown Structure.xlsx</w:t>
      </w:r>
    </w:p>
    <w:p>
      <w:pPr>
        <w:pStyle w:val="Heading1"/>
        <w:keepNext/>
      </w:pPr>
      <w:r>
        <w:t>Part 8. MEA Process Deployment and Operationalization</w:t>
      </w:r>
    </w:p>
    <w:p>
      <w:pPr>
        <w:pStyle w:val="FileName"/>
      </w:pPr>
      <w:r>
        <w:t>•  MEA Compliance Review Procedure.docx</w:t>
      </w:r>
    </w:p>
    <w:p>
      <w:pPr>
        <w:pStyle w:val="FileName"/>
      </w:pPr>
      <w:r>
        <w:t>•  MEA Deployment Briefing.pptx</w:t>
      </w:r>
    </w:p>
    <w:p>
      <w:pPr>
        <w:pStyle w:val="FileName"/>
      </w:pPr>
      <w:r>
        <w:t>•  MEA Escalation Procedure.docx</w:t>
      </w:r>
    </w:p>
    <w:p>
      <w:pPr>
        <w:pStyle w:val="FileName"/>
      </w:pPr>
      <w:r>
        <w:t>•  MEA Exception Management Register.xlsx</w:t>
      </w:r>
    </w:p>
    <w:p>
      <w:pPr>
        <w:pStyle w:val="FileName"/>
      </w:pPr>
      <w:r>
        <w:t>•  MEA Internal Control Review Procedure.docx</w:t>
      </w:r>
    </w:p>
    <w:p>
      <w:pPr>
        <w:pStyle w:val="FileName"/>
      </w:pPr>
      <w:r>
        <w:t>•  MEA Operating Model Manual.docx</w:t>
      </w:r>
    </w:p>
    <w:p>
      <w:pPr>
        <w:pStyle w:val="FileName"/>
      </w:pPr>
      <w:r>
        <w:t>•  MEA Operational Handover Presentation.pptx</w:t>
      </w:r>
    </w:p>
    <w:p>
      <w:pPr>
        <w:pStyle w:val="FileName"/>
      </w:pPr>
      <w:r>
        <w:t>•  MEA Operational Issue Log.xlsx</w:t>
      </w:r>
    </w:p>
    <w:p>
      <w:pPr>
        <w:pStyle w:val="FileName"/>
      </w:pPr>
      <w:r>
        <w:t>•  MEA Operational Readiness Checklist.xlsx</w:t>
      </w:r>
    </w:p>
    <w:p>
      <w:pPr>
        <w:pStyle w:val="FileName"/>
      </w:pPr>
      <w:r>
        <w:t>•  MEA Performance Review Procedure.docx</w:t>
      </w:r>
    </w:p>
    <w:p>
      <w:pPr>
        <w:pStyle w:val="FileName"/>
      </w:pPr>
      <w:r>
        <w:t>•  MEA Process Adoption Tracker.xlsx</w:t>
      </w:r>
    </w:p>
    <w:p>
      <w:pPr>
        <w:pStyle w:val="FileName"/>
      </w:pPr>
      <w:r>
        <w:t>•  MEA Process Deployment Tracker.xlsx</w:t>
      </w:r>
    </w:p>
    <w:p>
      <w:pPr>
        <w:pStyle w:val="FileName"/>
      </w:pPr>
      <w:r>
        <w:t>•  MEA Process Handover Document.docx</w:t>
      </w:r>
    </w:p>
    <w:p>
      <w:pPr>
        <w:pStyle w:val="FileName"/>
      </w:pPr>
      <w:r>
        <w:t>•  MEA Reporting Procedure.docx</w:t>
      </w:r>
    </w:p>
    <w:p>
      <w:pPr>
        <w:pStyle w:val="FileName"/>
      </w:pPr>
      <w:r>
        <w:t>•  MEA Reporting Schedule.xlsx</w:t>
      </w:r>
    </w:p>
    <w:p>
      <w:pPr>
        <w:pStyle w:val="FileName"/>
      </w:pPr>
      <w:r>
        <w:t>•  MEA Role Assignment Tracker.xlsx</w:t>
      </w:r>
    </w:p>
    <w:p>
      <w:pPr>
        <w:pStyle w:val="FileName"/>
      </w:pPr>
      <w:r>
        <w:t>•  MEA Standard Operating Procedure.docx</w:t>
      </w:r>
    </w:p>
    <w:p>
      <w:pPr>
        <w:pStyle w:val="FileName"/>
      </w:pPr>
      <w:r>
        <w:t>•  MEA User Acceptance Checklist.xlsx</w:t>
      </w:r>
    </w:p>
    <w:p>
      <w:pPr>
        <w:pStyle w:val="FileName"/>
      </w:pPr>
      <w:r>
        <w:t>•  MEA User Training Presentation.pptx</w:t>
      </w:r>
    </w:p>
    <w:p>
      <w:pPr>
        <w:pStyle w:val="Heading1"/>
        <w:keepNext/>
      </w:pPr>
      <w:r>
        <w:t>Part 9. MEA Reporting and Management Review</w:t>
      </w:r>
    </w:p>
    <w:p>
      <w:pPr>
        <w:pStyle w:val="FileName"/>
      </w:pPr>
      <w:r>
        <w:t>•  MEA Board Report Template.docx</w:t>
      </w:r>
    </w:p>
    <w:p>
      <w:pPr>
        <w:pStyle w:val="FileName"/>
      </w:pPr>
      <w:r>
        <w:t>•  MEA Board Reporting.pptx</w:t>
      </w:r>
    </w:p>
    <w:p>
      <w:pPr>
        <w:pStyle w:val="FileName"/>
      </w:pPr>
      <w:r>
        <w:t>•  MEA Compliance Dashboard.xlsx</w:t>
      </w:r>
    </w:p>
    <w:p>
      <w:pPr>
        <w:pStyle w:val="FileName"/>
      </w:pPr>
      <w:r>
        <w:t>•  MEA Corrective Action Report Template.docx</w:t>
      </w:r>
    </w:p>
    <w:p>
      <w:pPr>
        <w:pStyle w:val="FileName"/>
      </w:pPr>
      <w:r>
        <w:t>•  MEA Corrective Action Tracker.xlsx</w:t>
      </w:r>
    </w:p>
    <w:p>
      <w:pPr>
        <w:pStyle w:val="FileName"/>
      </w:pPr>
      <w:r>
        <w:t>•  MEA Exception Report Template.docx</w:t>
      </w:r>
    </w:p>
    <w:p>
      <w:pPr>
        <w:pStyle w:val="FileName"/>
      </w:pPr>
      <w:r>
        <w:t>•  MEA Executive Dashboard Presentation.pptx</w:t>
      </w:r>
    </w:p>
    <w:p>
      <w:pPr>
        <w:pStyle w:val="FileName"/>
      </w:pPr>
      <w:r>
        <w:t>•  MEA Executive Dashboard.xlsx</w:t>
      </w:r>
    </w:p>
    <w:p>
      <w:pPr>
        <w:pStyle w:val="FileName"/>
      </w:pPr>
      <w:r>
        <w:t>•  MEA Executive Report Template.docx</w:t>
      </w:r>
    </w:p>
    <w:p>
      <w:pPr>
        <w:pStyle w:val="FileName"/>
      </w:pPr>
      <w:r>
        <w:t>•  MEA Internal Control Dashboard.xlsx</w:t>
      </w:r>
    </w:p>
    <w:p>
      <w:pPr>
        <w:pStyle w:val="FileName"/>
      </w:pPr>
      <w:r>
        <w:t>•  MEA KGI Dashboard.xlsx</w:t>
      </w:r>
    </w:p>
    <w:p>
      <w:pPr>
        <w:pStyle w:val="FileName"/>
      </w:pPr>
      <w:r>
        <w:t>•  MEA KPI Dashboard.xlsx</w:t>
      </w:r>
    </w:p>
    <w:p>
      <w:pPr>
        <w:pStyle w:val="FileName"/>
      </w:pPr>
      <w:r>
        <w:t>•  MEA Management Reporting Framework.docx</w:t>
      </w:r>
    </w:p>
    <w:p>
      <w:pPr>
        <w:pStyle w:val="FileName"/>
      </w:pPr>
      <w:r>
        <w:t>•  MEA Management Review Action Log.xlsx</w:t>
      </w:r>
    </w:p>
    <w:p>
      <w:pPr>
        <w:pStyle w:val="FileName"/>
      </w:pPr>
      <w:r>
        <w:t>•  MEA Management Review Procedure.docx</w:t>
      </w:r>
    </w:p>
    <w:p>
      <w:pPr>
        <w:pStyle w:val="FileName"/>
      </w:pPr>
      <w:r>
        <w:t>•  MEA Monthly Management Review.pptx</w:t>
      </w:r>
    </w:p>
    <w:p>
      <w:pPr>
        <w:pStyle w:val="FileName"/>
      </w:pPr>
      <w:r>
        <w:t>•  MEA Monthly Review Report.docx</w:t>
      </w:r>
    </w:p>
    <w:p>
      <w:pPr>
        <w:pStyle w:val="FileName"/>
      </w:pPr>
      <w:r>
        <w:t>•  MEA Quarterly Governance Review.pptx</w:t>
      </w:r>
    </w:p>
    <w:p>
      <w:pPr>
        <w:pStyle w:val="FileName"/>
      </w:pPr>
      <w:r>
        <w:t>•  MEA Quarterly Review Report.docx</w:t>
      </w:r>
    </w:p>
    <w:p>
      <w:pPr>
        <w:pStyle w:val="FileName"/>
      </w:pPr>
      <w:r>
        <w:t>•  MEA Trend Analysis Workbook.xlsx</w:t>
      </w:r>
    </w:p>
    <w:p>
      <w:pPr>
        <w:pStyle w:val="Heading1"/>
        <w:keepNext/>
      </w:pPr>
      <w:r>
        <w:t>Part 10. MEA Assurance and Validation Review</w:t>
      </w:r>
    </w:p>
    <w:p>
      <w:pPr>
        <w:pStyle w:val="FileName"/>
      </w:pPr>
      <w:r>
        <w:t>•  MEA Assurance Checklist.xlsx</w:t>
      </w:r>
    </w:p>
    <w:p>
      <w:pPr>
        <w:pStyle w:val="FileName"/>
      </w:pPr>
      <w:r>
        <w:t>•  MEA Assurance Closure Report.docx</w:t>
      </w:r>
    </w:p>
    <w:p>
      <w:pPr>
        <w:pStyle w:val="FileName"/>
      </w:pPr>
      <w:r>
        <w:t>•  MEA Assurance Findings Register.xlsx</w:t>
      </w:r>
    </w:p>
    <w:p>
      <w:pPr>
        <w:pStyle w:val="FileName"/>
      </w:pPr>
      <w:r>
        <w:t>•  MEA Assurance Review Plan.docx</w:t>
      </w:r>
    </w:p>
    <w:p>
      <w:pPr>
        <w:pStyle w:val="FileName"/>
      </w:pPr>
      <w:r>
        <w:t>•  MEA Assurance Review Presentation.pptx</w:t>
      </w:r>
    </w:p>
    <w:p>
      <w:pPr>
        <w:pStyle w:val="FileName"/>
      </w:pPr>
      <w:r>
        <w:t>•  MEA Assurance Sign-off Tracker.xlsx</w:t>
      </w:r>
    </w:p>
    <w:p>
      <w:pPr>
        <w:pStyle w:val="FileName"/>
      </w:pPr>
      <w:r>
        <w:t>•  MEA Compliance Validation Report.docx</w:t>
      </w:r>
    </w:p>
    <w:p>
      <w:pPr>
        <w:pStyle w:val="FileName"/>
      </w:pPr>
      <w:r>
        <w:t>•  MEA Evidence Validation Matrix.xlsx</w:t>
      </w:r>
    </w:p>
    <w:p>
      <w:pPr>
        <w:pStyle w:val="FileName"/>
      </w:pPr>
      <w:r>
        <w:t>•  MEA Evidence Validation Procedure.docx</w:t>
      </w:r>
    </w:p>
    <w:p>
      <w:pPr>
        <w:pStyle w:val="FileName"/>
      </w:pPr>
      <w:r>
        <w:t>•  MEA Independent Validation Report.docx</w:t>
      </w:r>
    </w:p>
    <w:p>
      <w:pPr>
        <w:pStyle w:val="FileName"/>
      </w:pPr>
      <w:r>
        <w:t>•  MEA Internal Control Validation Report.docx</w:t>
      </w:r>
    </w:p>
    <w:p>
      <w:pPr>
        <w:pStyle w:val="FileName"/>
      </w:pPr>
      <w:r>
        <w:t>•  MEA Process Effectiveness Assessment.xlsx</w:t>
      </w:r>
    </w:p>
    <w:p>
      <w:pPr>
        <w:pStyle w:val="FileName"/>
      </w:pPr>
      <w:r>
        <w:t>•  MEA Process Effectiveness Review Report.docx</w:t>
      </w:r>
    </w:p>
    <w:p>
      <w:pPr>
        <w:pStyle w:val="FileName"/>
      </w:pPr>
      <w:r>
        <w:t>•  MEA Quality Defect Register.xlsx</w:t>
      </w:r>
    </w:p>
    <w:p>
      <w:pPr>
        <w:pStyle w:val="FileName"/>
      </w:pPr>
      <w:r>
        <w:t>•  MEA Quality Review Checklist.xlsx</w:t>
      </w:r>
    </w:p>
    <w:p>
      <w:pPr>
        <w:pStyle w:val="FileName"/>
      </w:pPr>
      <w:r>
        <w:t>•  MEA Quality Review Report.docx</w:t>
      </w:r>
    </w:p>
    <w:p>
      <w:pPr>
        <w:pStyle w:val="FileName"/>
      </w:pPr>
      <w:r>
        <w:t>•  MEA Quality Review Summary.pptx</w:t>
      </w:r>
    </w:p>
    <w:p>
      <w:pPr>
        <w:pStyle w:val="FileName"/>
      </w:pPr>
      <w:r>
        <w:t>•  MEA Validation Action Tracker.xlsx</w:t>
      </w:r>
    </w:p>
    <w:p>
      <w:pPr>
        <w:pStyle w:val="FileName"/>
      </w:pPr>
      <w:r>
        <w:t>•  MEA Validation Findings Presentation.pptx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MEA  |  Monitor, Evaluate, Assess Toolkits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