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EDM – Evaluate, Direct, and Monitor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16 Parts   |   229 Templates   |   105 DOCX   |   90 XLSX   |   34 PPTX</w:t>
      </w:r>
    </w:p>
    <w:p>
      <w:pPr>
        <w:pStyle w:val="Heading1"/>
        <w:keepNext/>
      </w:pPr>
      <w:r>
        <w:t>Part 1. Engagement Initiation &amp; Mobilization</w:t>
      </w:r>
    </w:p>
    <w:p>
      <w:pPr>
        <w:pStyle w:val="FileName"/>
      </w:pPr>
      <w:r>
        <w:t>•  EDM Implementation Project Charter.docx</w:t>
      </w:r>
    </w:p>
    <w:p>
      <w:pPr>
        <w:pStyle w:val="FileName"/>
      </w:pPr>
      <w:r>
        <w:t>•  EDM Consulting Engagement Scope Statement.docx</w:t>
      </w:r>
    </w:p>
    <w:p>
      <w:pPr>
        <w:pStyle w:val="FileName"/>
      </w:pPr>
      <w:r>
        <w:t>•  EDM Governance Implementation Terms of Reference.docx</w:t>
      </w:r>
    </w:p>
    <w:p>
      <w:pPr>
        <w:pStyle w:val="FileName"/>
      </w:pPr>
      <w:r>
        <w:t>•  EDM Stakeholder Identification Template.docx</w:t>
      </w:r>
    </w:p>
    <w:p>
      <w:pPr>
        <w:pStyle w:val="FileName"/>
      </w:pPr>
      <w:r>
        <w:t>•  EDM Executive Sponsor Briefing Note.docx</w:t>
      </w:r>
    </w:p>
    <w:p>
      <w:pPr>
        <w:pStyle w:val="FileName"/>
      </w:pPr>
      <w:r>
        <w:t>•  EDM Kick-off Meeting Agenda.docx</w:t>
      </w:r>
    </w:p>
    <w:p>
      <w:pPr>
        <w:pStyle w:val="FileName"/>
      </w:pPr>
      <w:r>
        <w:t>•  EDM Kick-off Meeting Minutes.docx</w:t>
      </w:r>
    </w:p>
    <w:p>
      <w:pPr>
        <w:pStyle w:val="FileName"/>
      </w:pPr>
      <w:r>
        <w:t>•  EDM Document Control Register Template.docx</w:t>
      </w:r>
    </w:p>
    <w:p>
      <w:pPr>
        <w:pStyle w:val="FileName"/>
      </w:pPr>
      <w:r>
        <w:t>•  EDM Stakeholder Register.xlsx</w:t>
      </w:r>
    </w:p>
    <w:p>
      <w:pPr>
        <w:pStyle w:val="FileName"/>
      </w:pPr>
      <w:r>
        <w:t>•  EDM Project Workplan.xlsx</w:t>
      </w:r>
    </w:p>
    <w:p>
      <w:pPr>
        <w:pStyle w:val="FileName"/>
      </w:pPr>
      <w:r>
        <w:t>•  EDM RACI Matrix.xlsx</w:t>
      </w:r>
    </w:p>
    <w:p>
      <w:pPr>
        <w:pStyle w:val="FileName"/>
      </w:pPr>
      <w:r>
        <w:t>•  EDM Communication Plan Tracker.xlsx</w:t>
      </w:r>
    </w:p>
    <w:p>
      <w:pPr>
        <w:pStyle w:val="FileName"/>
      </w:pPr>
      <w:r>
        <w:t>•  EDM Issue and Dependency Log.xlsx</w:t>
      </w:r>
    </w:p>
    <w:p>
      <w:pPr>
        <w:pStyle w:val="FileName"/>
      </w:pPr>
      <w:r>
        <w:t>•  EDM Executive Kick-off Presentation.pptx</w:t>
      </w:r>
    </w:p>
    <w:p>
      <w:pPr>
        <w:pStyle w:val="FileName"/>
      </w:pPr>
      <w:r>
        <w:t>•  EDM Implementation Roadmap Overview.pptx</w:t>
      </w:r>
    </w:p>
    <w:p>
      <w:pPr>
        <w:pStyle w:val="FileName"/>
      </w:pPr>
      <w:r>
        <w:t>•  COBIT 5 EDM Awareness Briefing.pptx</w:t>
      </w:r>
    </w:p>
    <w:p>
      <w:pPr>
        <w:pStyle w:val="Heading1"/>
        <w:keepNext/>
      </w:pPr>
      <w:r>
        <w:t>Part 2. Enterprise Context &amp; Governance Baseline</w:t>
      </w:r>
    </w:p>
    <w:p>
      <w:pPr>
        <w:pStyle w:val="FileName"/>
      </w:pPr>
      <w:r>
        <w:t>•  Enterprise Governance Context Assessment.docx</w:t>
      </w:r>
    </w:p>
    <w:p>
      <w:pPr>
        <w:pStyle w:val="FileName"/>
      </w:pPr>
      <w:r>
        <w:t>•  Current State Governance Review Template.docx</w:t>
      </w:r>
    </w:p>
    <w:p>
      <w:pPr>
        <w:pStyle w:val="FileName"/>
      </w:pPr>
      <w:r>
        <w:t>•  Existing IT Governance Documentation Review Template.docx</w:t>
      </w:r>
    </w:p>
    <w:p>
      <w:pPr>
        <w:pStyle w:val="FileName"/>
      </w:pPr>
      <w:r>
        <w:t>•  Enterprise Strategic Objectives Capture Template.docx</w:t>
      </w:r>
    </w:p>
    <w:p>
      <w:pPr>
        <w:pStyle w:val="FileName"/>
      </w:pPr>
      <w:r>
        <w:t>•  EDM Governance Baseline Report.docx</w:t>
      </w:r>
    </w:p>
    <w:p>
      <w:pPr>
        <w:pStyle w:val="FileName"/>
      </w:pPr>
      <w:r>
        <w:t>•  Governance Pain Point Interview Guide.docx</w:t>
      </w:r>
    </w:p>
    <w:p>
      <w:pPr>
        <w:pStyle w:val="FileName"/>
      </w:pPr>
      <w:r>
        <w:t>•  Business and IT Alignment Assessment Template.docx</w:t>
      </w:r>
    </w:p>
    <w:p>
      <w:pPr>
        <w:pStyle w:val="FileName"/>
      </w:pPr>
      <w:r>
        <w:t>•  Governance Document Inventory.xlsx</w:t>
      </w:r>
    </w:p>
    <w:p>
      <w:pPr>
        <w:pStyle w:val="FileName"/>
      </w:pPr>
      <w:r>
        <w:t>•  Enterprise Goals Mapping Worksheet.xlsx</w:t>
      </w:r>
    </w:p>
    <w:p>
      <w:pPr>
        <w:pStyle w:val="FileName"/>
      </w:pPr>
      <w:r>
        <w:t>•  IT-related Goals Mapping Worksheet.xlsx</w:t>
      </w:r>
    </w:p>
    <w:p>
      <w:pPr>
        <w:pStyle w:val="FileName"/>
      </w:pPr>
      <w:r>
        <w:t>•  Governance Pain Point Register.xlsx</w:t>
      </w:r>
    </w:p>
    <w:p>
      <w:pPr>
        <w:pStyle w:val="FileName"/>
      </w:pPr>
      <w:r>
        <w:t>•  Interview Schedule Tracker.xlsx</w:t>
      </w:r>
    </w:p>
    <w:p>
      <w:pPr>
        <w:pStyle w:val="FileName"/>
      </w:pPr>
      <w:r>
        <w:t>•  Current Governance Process Inventory.xlsx</w:t>
      </w:r>
    </w:p>
    <w:p>
      <w:pPr>
        <w:pStyle w:val="FileName"/>
      </w:pPr>
      <w:r>
        <w:t>•  Governance Baseline Findings Presentation.pptx</w:t>
      </w:r>
    </w:p>
    <w:p>
      <w:pPr>
        <w:pStyle w:val="FileName"/>
      </w:pPr>
      <w:r>
        <w:t>•  Enterprise Context Summary.pptx</w:t>
      </w:r>
    </w:p>
    <w:p>
      <w:pPr>
        <w:pStyle w:val="Heading1"/>
        <w:keepNext/>
      </w:pPr>
      <w:r>
        <w:t>Part 3. COBIT 5 EDM Process Scoping</w:t>
      </w:r>
    </w:p>
    <w:p>
      <w:pPr>
        <w:pStyle w:val="FileName"/>
      </w:pPr>
      <w:r>
        <w:t>•  EDM Process Scope Definition Template.docx</w:t>
      </w:r>
    </w:p>
    <w:p>
      <w:pPr>
        <w:pStyle w:val="FileName"/>
      </w:pPr>
      <w:r>
        <w:t>•  EDM Process Applicability Assessment.docx</w:t>
      </w:r>
    </w:p>
    <w:p>
      <w:pPr>
        <w:pStyle w:val="FileName"/>
      </w:pPr>
      <w:r>
        <w:t>•  EDM Process Boundary Definition.docx</w:t>
      </w:r>
    </w:p>
    <w:p>
      <w:pPr>
        <w:pStyle w:val="FileName"/>
      </w:pPr>
      <w:r>
        <w:t>•  EDM Process Prioritization Report.docx</w:t>
      </w:r>
    </w:p>
    <w:p>
      <w:pPr>
        <w:pStyle w:val="FileName"/>
      </w:pPr>
      <w:r>
        <w:t>•  EDM Process Tailoring Guideline.docx</w:t>
      </w:r>
    </w:p>
    <w:p>
      <w:pPr>
        <w:pStyle w:val="FileName"/>
      </w:pPr>
      <w:r>
        <w:t>•  EDM Process Scope Matrix.xlsx</w:t>
      </w:r>
    </w:p>
    <w:p>
      <w:pPr>
        <w:pStyle w:val="FileName"/>
      </w:pPr>
      <w:r>
        <w:t>•  EDM Process Prioritization Matrix.xlsx</w:t>
      </w:r>
    </w:p>
    <w:p>
      <w:pPr>
        <w:pStyle w:val="FileName"/>
      </w:pPr>
      <w:r>
        <w:t>•  EDM Process Coverage Checklist.xlsx</w:t>
      </w:r>
    </w:p>
    <w:p>
      <w:pPr>
        <w:pStyle w:val="FileName"/>
      </w:pPr>
      <w:r>
        <w:t>•  COBIT 5 EDM Process Mapping Workbook.xlsx</w:t>
      </w:r>
    </w:p>
    <w:p>
      <w:pPr>
        <w:pStyle w:val="FileName"/>
      </w:pPr>
      <w:r>
        <w:t>•  EDM Process Scope Validation.pptx</w:t>
      </w:r>
    </w:p>
    <w:p>
      <w:pPr>
        <w:pStyle w:val="FileName"/>
      </w:pPr>
      <w:r>
        <w:t>•  EDM Process Prioritization Presentation.pptx</w:t>
      </w:r>
    </w:p>
    <w:p>
      <w:pPr>
        <w:pStyle w:val="Heading1"/>
        <w:keepNext/>
      </w:pPr>
      <w:r>
        <w:t>Part 4. EDM01 Governance Framework Setting and Maintenance</w:t>
      </w:r>
    </w:p>
    <w:p>
      <w:pPr>
        <w:pStyle w:val="FileName"/>
      </w:pPr>
      <w:r>
        <w:t>•  EDM01 Governance Framework Design Template.docx</w:t>
      </w:r>
    </w:p>
    <w:p>
      <w:pPr>
        <w:pStyle w:val="FileName"/>
      </w:pPr>
      <w:r>
        <w:t>•  EDM01 Governance Principles Template.docx</w:t>
      </w:r>
    </w:p>
    <w:p>
      <w:pPr>
        <w:pStyle w:val="FileName"/>
      </w:pPr>
      <w:r>
        <w:t>•  EDM01 Governance Model Document.docx</w:t>
      </w:r>
    </w:p>
    <w:p>
      <w:pPr>
        <w:pStyle w:val="FileName"/>
      </w:pPr>
      <w:r>
        <w:t>•  EDM01 Governance Policies Template.docx</w:t>
      </w:r>
    </w:p>
    <w:p>
      <w:pPr>
        <w:pStyle w:val="FileName"/>
      </w:pPr>
      <w:r>
        <w:t>•  EDM01 Governance Decision Rights Framework.docx</w:t>
      </w:r>
    </w:p>
    <w:p>
      <w:pPr>
        <w:pStyle w:val="FileName"/>
      </w:pPr>
      <w:r>
        <w:t>•  EDM01 Governance Committee Charter.docx</w:t>
      </w:r>
    </w:p>
    <w:p>
      <w:pPr>
        <w:pStyle w:val="FileName"/>
      </w:pPr>
      <w:r>
        <w:t>•  EDM01 Governance Escalation Procedure.docx</w:t>
      </w:r>
    </w:p>
    <w:p>
      <w:pPr>
        <w:pStyle w:val="FileName"/>
      </w:pPr>
      <w:r>
        <w:t>•  EDM01 Governance Framework Maintenance Procedure.docx</w:t>
      </w:r>
    </w:p>
    <w:p>
      <w:pPr>
        <w:pStyle w:val="FileName"/>
      </w:pPr>
      <w:r>
        <w:t>•  EDM01 Governance Framework Assessment Checklist.xlsx</w:t>
      </w:r>
    </w:p>
    <w:p>
      <w:pPr>
        <w:pStyle w:val="FileName"/>
      </w:pPr>
      <w:r>
        <w:t>•  EDM01 Governance Role Mapping Matrix.xlsx</w:t>
      </w:r>
    </w:p>
    <w:p>
      <w:pPr>
        <w:pStyle w:val="FileName"/>
      </w:pPr>
      <w:r>
        <w:t>•  EDM01 Decision Rights Matrix.xlsx</w:t>
      </w:r>
    </w:p>
    <w:p>
      <w:pPr>
        <w:pStyle w:val="FileName"/>
      </w:pPr>
      <w:r>
        <w:t>•  EDM01 Governance Committee Register.xlsx</w:t>
      </w:r>
    </w:p>
    <w:p>
      <w:pPr>
        <w:pStyle w:val="FileName"/>
      </w:pPr>
      <w:r>
        <w:t>•  EDM01 Governance Policy Compliance Tracker.xlsx</w:t>
      </w:r>
    </w:p>
    <w:p>
      <w:pPr>
        <w:pStyle w:val="FileName"/>
      </w:pPr>
      <w:r>
        <w:t>•  EDM01 Governance Framework Design Presentation.pptx</w:t>
      </w:r>
    </w:p>
    <w:p>
      <w:pPr>
        <w:pStyle w:val="FileName"/>
      </w:pPr>
      <w:r>
        <w:t>•  EDM01 Governance Operating Model.pptx</w:t>
      </w:r>
    </w:p>
    <w:p>
      <w:pPr>
        <w:pStyle w:val="Heading1"/>
        <w:keepNext/>
      </w:pPr>
      <w:r>
        <w:t>Part 5. EDM02 Benefits Delivery Management</w:t>
      </w:r>
    </w:p>
    <w:p>
      <w:pPr>
        <w:pStyle w:val="FileName"/>
      </w:pPr>
      <w:r>
        <w:t>•  EDM02 Benefits Governance Framework.docx</w:t>
      </w:r>
    </w:p>
    <w:p>
      <w:pPr>
        <w:pStyle w:val="FileName"/>
      </w:pPr>
      <w:r>
        <w:t>•  EDM02 Benefits Realization Policy.docx</w:t>
      </w:r>
    </w:p>
    <w:p>
      <w:pPr>
        <w:pStyle w:val="FileName"/>
      </w:pPr>
      <w:r>
        <w:t>•  EDM02 Benefits Realization Plan Template.docx</w:t>
      </w:r>
    </w:p>
    <w:p>
      <w:pPr>
        <w:pStyle w:val="FileName"/>
      </w:pPr>
      <w:r>
        <w:t>•  EDM02 Investment Benefits Case Template.docx</w:t>
      </w:r>
    </w:p>
    <w:p>
      <w:pPr>
        <w:pStyle w:val="FileName"/>
      </w:pPr>
      <w:r>
        <w:t>•  EDM02 Benefits Ownership Definition.docx</w:t>
      </w:r>
    </w:p>
    <w:p>
      <w:pPr>
        <w:pStyle w:val="FileName"/>
      </w:pPr>
      <w:r>
        <w:t>•  EDM02 Benefits Review Report Template.docx</w:t>
      </w:r>
    </w:p>
    <w:p>
      <w:pPr>
        <w:pStyle w:val="FileName"/>
      </w:pPr>
      <w:r>
        <w:t>•  EDM02 Benefits Realization Closure Report.docx</w:t>
      </w:r>
    </w:p>
    <w:p>
      <w:pPr>
        <w:pStyle w:val="FileName"/>
      </w:pPr>
      <w:r>
        <w:t>•  EDM02 Benefits Register.xlsx</w:t>
      </w:r>
    </w:p>
    <w:p>
      <w:pPr>
        <w:pStyle w:val="FileName"/>
      </w:pPr>
      <w:r>
        <w:t>•  EDM02 Benefits Realization Tracking Dashboard.xlsx</w:t>
      </w:r>
    </w:p>
    <w:p>
      <w:pPr>
        <w:pStyle w:val="FileName"/>
      </w:pPr>
      <w:r>
        <w:t>•  EDM02 Investment Portfolio Benefits Matrix.xlsx</w:t>
      </w:r>
    </w:p>
    <w:p>
      <w:pPr>
        <w:pStyle w:val="FileName"/>
      </w:pPr>
      <w:r>
        <w:t>•  EDM02 Benefits KPI Tracker.xlsx</w:t>
      </w:r>
    </w:p>
    <w:p>
      <w:pPr>
        <w:pStyle w:val="FileName"/>
      </w:pPr>
      <w:r>
        <w:t>•  EDM02 Benefits Ownership Matrix.xlsx</w:t>
      </w:r>
    </w:p>
    <w:p>
      <w:pPr>
        <w:pStyle w:val="FileName"/>
      </w:pPr>
      <w:r>
        <w:t>•  EDM02 Benefits Risk and Dependency Log.xlsx</w:t>
      </w:r>
    </w:p>
    <w:p>
      <w:pPr>
        <w:pStyle w:val="FileName"/>
      </w:pPr>
      <w:r>
        <w:t>•  EDM02 Benefits Delivery Governance.pptx</w:t>
      </w:r>
    </w:p>
    <w:p>
      <w:pPr>
        <w:pStyle w:val="FileName"/>
      </w:pPr>
      <w:r>
        <w:t>•  EDM02 Benefits Realization Review Presentation.pptx</w:t>
      </w:r>
    </w:p>
    <w:p>
      <w:pPr>
        <w:pStyle w:val="Heading1"/>
        <w:keepNext/>
      </w:pPr>
      <w:r>
        <w:t>Part 6. EDM03 Risk Optimization</w:t>
      </w:r>
    </w:p>
    <w:p>
      <w:pPr>
        <w:pStyle w:val="FileName"/>
      </w:pPr>
      <w:r>
        <w:t>•  EDM03 IT Risk Governance Framework.docx</w:t>
      </w:r>
    </w:p>
    <w:p>
      <w:pPr>
        <w:pStyle w:val="FileName"/>
      </w:pPr>
      <w:r>
        <w:t>•  EDM03 Risk Appetite Statement Template.docx</w:t>
      </w:r>
    </w:p>
    <w:p>
      <w:pPr>
        <w:pStyle w:val="FileName"/>
      </w:pPr>
      <w:r>
        <w:t>•  EDM03 Risk Tolerance Definition Template.docx</w:t>
      </w:r>
    </w:p>
    <w:p>
      <w:pPr>
        <w:pStyle w:val="FileName"/>
      </w:pPr>
      <w:r>
        <w:t>•  EDM03 Enterprise IT Risk Policy.docx</w:t>
      </w:r>
    </w:p>
    <w:p>
      <w:pPr>
        <w:pStyle w:val="FileName"/>
      </w:pPr>
      <w:r>
        <w:t>•  EDM03 Risk Escalation Procedure.docx</w:t>
      </w:r>
    </w:p>
    <w:p>
      <w:pPr>
        <w:pStyle w:val="FileName"/>
      </w:pPr>
      <w:r>
        <w:t>•  EDM03 Risk Governance Review Report.docx</w:t>
      </w:r>
    </w:p>
    <w:p>
      <w:pPr>
        <w:pStyle w:val="FileName"/>
      </w:pPr>
      <w:r>
        <w:t>•  EDM03 Risk Optimization Recommendation Report.docx</w:t>
      </w:r>
    </w:p>
    <w:p>
      <w:pPr>
        <w:pStyle w:val="FileName"/>
      </w:pPr>
      <w:r>
        <w:t>•  EDM03 Risk Register.xlsx</w:t>
      </w:r>
    </w:p>
    <w:p>
      <w:pPr>
        <w:pStyle w:val="FileName"/>
      </w:pPr>
      <w:r>
        <w:t>•  EDM03 Risk Appetite and Tolerance Matrix.xlsx</w:t>
      </w:r>
    </w:p>
    <w:p>
      <w:pPr>
        <w:pStyle w:val="FileName"/>
      </w:pPr>
      <w:r>
        <w:t>•  EDM03 Key Risk Indicator Tracker.xlsx</w:t>
      </w:r>
    </w:p>
    <w:p>
      <w:pPr>
        <w:pStyle w:val="FileName"/>
      </w:pPr>
      <w:r>
        <w:t>•  EDM03 Risk Heatmap.xlsx</w:t>
      </w:r>
    </w:p>
    <w:p>
      <w:pPr>
        <w:pStyle w:val="FileName"/>
      </w:pPr>
      <w:r>
        <w:t>•  EDM03 Risk Treatment Tracking Register.xlsx</w:t>
      </w:r>
    </w:p>
    <w:p>
      <w:pPr>
        <w:pStyle w:val="FileName"/>
      </w:pPr>
      <w:r>
        <w:t>•  EDM03 Risk Governance Maturity Assessment.xlsx</w:t>
      </w:r>
    </w:p>
    <w:p>
      <w:pPr>
        <w:pStyle w:val="FileName"/>
      </w:pPr>
      <w:r>
        <w:t>•  EDM03 Risk Optimization Governance.pptx</w:t>
      </w:r>
    </w:p>
    <w:p>
      <w:pPr>
        <w:pStyle w:val="FileName"/>
      </w:pPr>
      <w:r>
        <w:t>•  EDM03 Executive Risk Review Presentation.pptx</w:t>
      </w:r>
    </w:p>
    <w:p>
      <w:pPr>
        <w:pStyle w:val="Heading1"/>
        <w:keepNext/>
      </w:pPr>
      <w:r>
        <w:t>Part 7. EDM04 Resource Optimization</w:t>
      </w:r>
    </w:p>
    <w:p>
      <w:pPr>
        <w:pStyle w:val="FileName"/>
      </w:pPr>
      <w:r>
        <w:t>•  EDM04 Resource Governance Framework.docx</w:t>
      </w:r>
    </w:p>
    <w:p>
      <w:pPr>
        <w:pStyle w:val="FileName"/>
      </w:pPr>
      <w:r>
        <w:t>•  EDM04 IT Resource Optimization Policy.docx</w:t>
      </w:r>
    </w:p>
    <w:p>
      <w:pPr>
        <w:pStyle w:val="FileName"/>
      </w:pPr>
      <w:r>
        <w:t>•  EDM04 Resource Capacity Planning Template.docx</w:t>
      </w:r>
    </w:p>
    <w:p>
      <w:pPr>
        <w:pStyle w:val="FileName"/>
      </w:pPr>
      <w:r>
        <w:t>•  EDM04 Capability and Competency Assessment Template.docx</w:t>
      </w:r>
    </w:p>
    <w:p>
      <w:pPr>
        <w:pStyle w:val="FileName"/>
      </w:pPr>
      <w:r>
        <w:t>•  EDM04 Strategic Resource Allocation Guideline.docx</w:t>
      </w:r>
    </w:p>
    <w:p>
      <w:pPr>
        <w:pStyle w:val="FileName"/>
      </w:pPr>
      <w:r>
        <w:t>•  EDM04 Resource Optimization Review Report.docx</w:t>
      </w:r>
    </w:p>
    <w:p>
      <w:pPr>
        <w:pStyle w:val="FileName"/>
      </w:pPr>
      <w:r>
        <w:t>•  EDM04 Resource Inventory.xlsx</w:t>
      </w:r>
    </w:p>
    <w:p>
      <w:pPr>
        <w:pStyle w:val="FileName"/>
      </w:pPr>
      <w:r>
        <w:t>•  EDM04 Resource Capacity Matrix.xlsx</w:t>
      </w:r>
    </w:p>
    <w:p>
      <w:pPr>
        <w:pStyle w:val="FileName"/>
      </w:pPr>
      <w:r>
        <w:t>•  EDM04 Skills and Competency Matrix.xlsx</w:t>
      </w:r>
    </w:p>
    <w:p>
      <w:pPr>
        <w:pStyle w:val="FileName"/>
      </w:pPr>
      <w:r>
        <w:t>•  EDM04 Resource Utilization Tracker.xlsx</w:t>
      </w:r>
    </w:p>
    <w:p>
      <w:pPr>
        <w:pStyle w:val="FileName"/>
      </w:pPr>
      <w:r>
        <w:t>•  EDM04 Critical Resource Dependency Register.xlsx</w:t>
      </w:r>
    </w:p>
    <w:p>
      <w:pPr>
        <w:pStyle w:val="FileName"/>
      </w:pPr>
      <w:r>
        <w:t>•  EDM04 Resource Optimization KPI Dashboard.xlsx</w:t>
      </w:r>
    </w:p>
    <w:p>
      <w:pPr>
        <w:pStyle w:val="FileName"/>
      </w:pPr>
      <w:r>
        <w:t>•  EDM04 Resource Optimization Governance.pptx</w:t>
      </w:r>
    </w:p>
    <w:p>
      <w:pPr>
        <w:pStyle w:val="FileName"/>
      </w:pPr>
      <w:r>
        <w:t>•  EDM04 Resource Capacity Review Presentation.pptx</w:t>
      </w:r>
    </w:p>
    <w:p>
      <w:pPr>
        <w:pStyle w:val="Heading1"/>
        <w:keepNext/>
      </w:pPr>
      <w:r>
        <w:t>Part 8. EDM05 Stakeholder Transparency</w:t>
      </w:r>
    </w:p>
    <w:p>
      <w:pPr>
        <w:pStyle w:val="FileName"/>
      </w:pPr>
      <w:r>
        <w:t>•  EDM05 Stakeholder Transparency Framework.docx</w:t>
      </w:r>
    </w:p>
    <w:p>
      <w:pPr>
        <w:pStyle w:val="FileName"/>
      </w:pPr>
      <w:r>
        <w:t>•  EDM05 Stakeholder Communication Policy.docx</w:t>
      </w:r>
    </w:p>
    <w:p>
      <w:pPr>
        <w:pStyle w:val="FileName"/>
      </w:pPr>
      <w:r>
        <w:t>•  EDM05 Governance Reporting Standard.docx</w:t>
      </w:r>
    </w:p>
    <w:p>
      <w:pPr>
        <w:pStyle w:val="FileName"/>
      </w:pPr>
      <w:r>
        <w:t>•  EDM05 Stakeholder Reporting Procedure.docx</w:t>
      </w:r>
    </w:p>
    <w:p>
      <w:pPr>
        <w:pStyle w:val="FileName"/>
      </w:pPr>
      <w:r>
        <w:t>•  EDM05 Executive Governance Report Template.docx</w:t>
      </w:r>
    </w:p>
    <w:p>
      <w:pPr>
        <w:pStyle w:val="FileName"/>
      </w:pPr>
      <w:r>
        <w:t>•  EDM05 Board Governance Report Template.docx</w:t>
      </w:r>
    </w:p>
    <w:p>
      <w:pPr>
        <w:pStyle w:val="FileName"/>
      </w:pPr>
      <w:r>
        <w:t>•  EDM05 Stakeholder Feedback Report Template.docx</w:t>
      </w:r>
    </w:p>
    <w:p>
      <w:pPr>
        <w:pStyle w:val="FileName"/>
      </w:pPr>
      <w:r>
        <w:t>•  EDM05 Stakeholder Communication Matrix.xlsx</w:t>
      </w:r>
    </w:p>
    <w:p>
      <w:pPr>
        <w:pStyle w:val="FileName"/>
      </w:pPr>
      <w:r>
        <w:t>•  EDM05 Governance Reporting Calendar.xlsx</w:t>
      </w:r>
    </w:p>
    <w:p>
      <w:pPr>
        <w:pStyle w:val="FileName"/>
      </w:pPr>
      <w:r>
        <w:t>•  EDM05 Reporting Requirements Register.xlsx</w:t>
      </w:r>
    </w:p>
    <w:p>
      <w:pPr>
        <w:pStyle w:val="FileName"/>
      </w:pPr>
      <w:r>
        <w:t>•  EDM05 Stakeholder Feedback Log.xlsx</w:t>
      </w:r>
    </w:p>
    <w:p>
      <w:pPr>
        <w:pStyle w:val="FileName"/>
      </w:pPr>
      <w:r>
        <w:t>•  EDM05 Governance KPI Dashboard.xlsx</w:t>
      </w:r>
    </w:p>
    <w:p>
      <w:pPr>
        <w:pStyle w:val="FileName"/>
      </w:pPr>
      <w:r>
        <w:t>•  EDM05 Transparency Compliance Checklist.xlsx</w:t>
      </w:r>
    </w:p>
    <w:p>
      <w:pPr>
        <w:pStyle w:val="FileName"/>
      </w:pPr>
      <w:r>
        <w:t>•  EDM05 Stakeholder Transparency Governance.pptx</w:t>
      </w:r>
    </w:p>
    <w:p>
      <w:pPr>
        <w:pStyle w:val="FileName"/>
      </w:pPr>
      <w:r>
        <w:t>•  EDM05 Executive Governance Reporting Presentation.pptx</w:t>
      </w:r>
    </w:p>
    <w:p>
      <w:pPr>
        <w:pStyle w:val="Heading1"/>
        <w:keepNext/>
      </w:pPr>
      <w:r>
        <w:t>Part 9. EDM Capability Assessment</w:t>
      </w:r>
    </w:p>
    <w:p>
      <w:pPr>
        <w:pStyle w:val="FileName"/>
      </w:pPr>
      <w:r>
        <w:t>•  EDM Capability Assessment Plan.docx</w:t>
      </w:r>
    </w:p>
    <w:p>
      <w:pPr>
        <w:pStyle w:val="FileName"/>
      </w:pPr>
      <w:r>
        <w:t>•  EDM Capability Assessment Questionnaire.docx</w:t>
      </w:r>
    </w:p>
    <w:p>
      <w:pPr>
        <w:pStyle w:val="FileName"/>
      </w:pPr>
      <w:r>
        <w:t>•  EDM Capability Assessment Interview Guide.docx</w:t>
      </w:r>
    </w:p>
    <w:p>
      <w:pPr>
        <w:pStyle w:val="FileName"/>
      </w:pPr>
      <w:r>
        <w:t>•  EDM Capability Assessment Evidence Request List.docx</w:t>
      </w:r>
    </w:p>
    <w:p>
      <w:pPr>
        <w:pStyle w:val="FileName"/>
      </w:pPr>
      <w:r>
        <w:t>•  EDM Capability Assessment Findings Report.docx</w:t>
      </w:r>
    </w:p>
    <w:p>
      <w:pPr>
        <w:pStyle w:val="FileName"/>
      </w:pPr>
      <w:r>
        <w:t>•  EDM Capability Rating Justification Template.docx</w:t>
      </w:r>
    </w:p>
    <w:p>
      <w:pPr>
        <w:pStyle w:val="FileName"/>
      </w:pPr>
      <w:r>
        <w:t>•  EDM Capability Assessment Workbook.xlsx</w:t>
      </w:r>
    </w:p>
    <w:p>
      <w:pPr>
        <w:pStyle w:val="FileName"/>
      </w:pPr>
      <w:r>
        <w:t>•  EDM Process Attribute Rating Matrix.xlsx</w:t>
      </w:r>
    </w:p>
    <w:p>
      <w:pPr>
        <w:pStyle w:val="FileName"/>
      </w:pPr>
      <w:r>
        <w:t>•  EDM Evidence Collection Tracker.xlsx</w:t>
      </w:r>
    </w:p>
    <w:p>
      <w:pPr>
        <w:pStyle w:val="FileName"/>
      </w:pPr>
      <w:r>
        <w:t>•  EDM Capability Gap Register.xlsx</w:t>
      </w:r>
    </w:p>
    <w:p>
      <w:pPr>
        <w:pStyle w:val="FileName"/>
      </w:pPr>
      <w:r>
        <w:t>•  EDM Capability Heatmap.xlsx</w:t>
      </w:r>
    </w:p>
    <w:p>
      <w:pPr>
        <w:pStyle w:val="FileName"/>
      </w:pPr>
      <w:r>
        <w:t>•  EDM Assessment Scoring Dashboard.xlsx</w:t>
      </w:r>
    </w:p>
    <w:p>
      <w:pPr>
        <w:pStyle w:val="FileName"/>
      </w:pPr>
      <w:r>
        <w:t>•  EDM Capability Assessment Findings.pptx</w:t>
      </w:r>
    </w:p>
    <w:p>
      <w:pPr>
        <w:pStyle w:val="FileName"/>
      </w:pPr>
      <w:r>
        <w:t>•  EDM Capability Heatmap Presentation.pptx</w:t>
      </w:r>
    </w:p>
    <w:p>
      <w:pPr>
        <w:pStyle w:val="Heading1"/>
        <w:keepNext/>
      </w:pPr>
      <w:r>
        <w:t>Part 10. EDM Gap Analysis &amp; Target State Design</w:t>
      </w:r>
    </w:p>
    <w:p>
      <w:pPr>
        <w:pStyle w:val="FileName"/>
      </w:pPr>
      <w:r>
        <w:t>•  EDM Gap Analysis Report.docx</w:t>
      </w:r>
    </w:p>
    <w:p>
      <w:pPr>
        <w:pStyle w:val="FileName"/>
      </w:pPr>
      <w:r>
        <w:t>•  EDM Target Operating Model Template.docx</w:t>
      </w:r>
    </w:p>
    <w:p>
      <w:pPr>
        <w:pStyle w:val="FileName"/>
      </w:pPr>
      <w:r>
        <w:t>•  EDM Target State Governance Design.docx</w:t>
      </w:r>
    </w:p>
    <w:p>
      <w:pPr>
        <w:pStyle w:val="FileName"/>
      </w:pPr>
      <w:r>
        <w:t>•  EDM Process Improvement Recommendation Report.docx</w:t>
      </w:r>
    </w:p>
    <w:p>
      <w:pPr>
        <w:pStyle w:val="FileName"/>
      </w:pPr>
      <w:r>
        <w:t>•  EDM Future State Control Definition.docx</w:t>
      </w:r>
    </w:p>
    <w:p>
      <w:pPr>
        <w:pStyle w:val="FileName"/>
      </w:pPr>
      <w:r>
        <w:t>•  EDM Governance Design Decision Log.docx</w:t>
      </w:r>
    </w:p>
    <w:p>
      <w:pPr>
        <w:pStyle w:val="FileName"/>
      </w:pPr>
      <w:r>
        <w:t>•  EDM Current vs Target State Gap Matrix.xlsx</w:t>
      </w:r>
    </w:p>
    <w:p>
      <w:pPr>
        <w:pStyle w:val="FileName"/>
      </w:pPr>
      <w:r>
        <w:t>•  EDM Target Capability Level Matrix.xlsx</w:t>
      </w:r>
    </w:p>
    <w:p>
      <w:pPr>
        <w:pStyle w:val="FileName"/>
      </w:pPr>
      <w:r>
        <w:t>•  EDM Improvement Opportunity Register.xlsx</w:t>
      </w:r>
    </w:p>
    <w:p>
      <w:pPr>
        <w:pStyle w:val="FileName"/>
      </w:pPr>
      <w:r>
        <w:t>•  EDM Control Gap Matrix.xlsx</w:t>
      </w:r>
    </w:p>
    <w:p>
      <w:pPr>
        <w:pStyle w:val="FileName"/>
      </w:pPr>
      <w:r>
        <w:t>•  EDM Governance Design Decision Register.xlsx</w:t>
      </w:r>
    </w:p>
    <w:p>
      <w:pPr>
        <w:pStyle w:val="FileName"/>
      </w:pPr>
      <w:r>
        <w:t>•  EDM Gap Analysis Presentation.pptx</w:t>
      </w:r>
    </w:p>
    <w:p>
      <w:pPr>
        <w:pStyle w:val="FileName"/>
      </w:pPr>
      <w:r>
        <w:t>•  EDM Target State Design.pptx</w:t>
      </w:r>
    </w:p>
    <w:p>
      <w:pPr>
        <w:pStyle w:val="Heading1"/>
        <w:keepNext/>
      </w:pPr>
      <w:r>
        <w:t>Part 11. EDM Implementation Planning</w:t>
      </w:r>
    </w:p>
    <w:p>
      <w:pPr>
        <w:pStyle w:val="FileName"/>
      </w:pPr>
      <w:r>
        <w:t>•  EDM Implementation Strategy.docx</w:t>
      </w:r>
    </w:p>
    <w:p>
      <w:pPr>
        <w:pStyle w:val="FileName"/>
      </w:pPr>
      <w:r>
        <w:t>•  EDM Implementation Roadmap.docx</w:t>
      </w:r>
    </w:p>
    <w:p>
      <w:pPr>
        <w:pStyle w:val="FileName"/>
      </w:pPr>
      <w:r>
        <w:t>•  EDM Work Package Definition Template.docx</w:t>
      </w:r>
    </w:p>
    <w:p>
      <w:pPr>
        <w:pStyle w:val="FileName"/>
      </w:pPr>
      <w:r>
        <w:t>•  EDM Change Management Plan.docx</w:t>
      </w:r>
    </w:p>
    <w:p>
      <w:pPr>
        <w:pStyle w:val="FileName"/>
      </w:pPr>
      <w:r>
        <w:t>•  EDM Training Plan.docx</w:t>
      </w:r>
    </w:p>
    <w:p>
      <w:pPr>
        <w:pStyle w:val="FileName"/>
      </w:pPr>
      <w:r>
        <w:t>•  EDM Implementation Governance Plan.docx</w:t>
      </w:r>
    </w:p>
    <w:p>
      <w:pPr>
        <w:pStyle w:val="FileName"/>
      </w:pPr>
      <w:r>
        <w:t>•  EDM Deployment Readiness Plan.docx</w:t>
      </w:r>
    </w:p>
    <w:p>
      <w:pPr>
        <w:pStyle w:val="FileName"/>
      </w:pPr>
      <w:r>
        <w:t>•  EDM Implementation Master Plan.xlsx</w:t>
      </w:r>
    </w:p>
    <w:p>
      <w:pPr>
        <w:pStyle w:val="FileName"/>
      </w:pPr>
      <w:r>
        <w:t>•  EDM Work Package Tracker.xlsx</w:t>
      </w:r>
    </w:p>
    <w:p>
      <w:pPr>
        <w:pStyle w:val="FileName"/>
      </w:pPr>
      <w:r>
        <w:t>•  EDM Implementation Risk Register.xlsx</w:t>
      </w:r>
    </w:p>
    <w:p>
      <w:pPr>
        <w:pStyle w:val="FileName"/>
      </w:pPr>
      <w:r>
        <w:t>•  EDM Change Impact Assessment Matrix.xlsx</w:t>
      </w:r>
    </w:p>
    <w:p>
      <w:pPr>
        <w:pStyle w:val="FileName"/>
      </w:pPr>
      <w:r>
        <w:t>•  EDM Training Attendance Tracker.xlsx</w:t>
      </w:r>
    </w:p>
    <w:p>
      <w:pPr>
        <w:pStyle w:val="FileName"/>
      </w:pPr>
      <w:r>
        <w:t>•  EDM Deployment Readiness Checklist.xlsx</w:t>
      </w:r>
    </w:p>
    <w:p>
      <w:pPr>
        <w:pStyle w:val="FileName"/>
      </w:pPr>
      <w:r>
        <w:t>•  EDM Implementation Roadmap Presentation.pptx</w:t>
      </w:r>
    </w:p>
    <w:p>
      <w:pPr>
        <w:pStyle w:val="FileName"/>
      </w:pPr>
      <w:r>
        <w:t>•  EDM Deployment Planning.pptx</w:t>
      </w:r>
    </w:p>
    <w:p>
      <w:pPr>
        <w:pStyle w:val="FileName"/>
      </w:pPr>
      <w:r>
        <w:t>•  EDM Change Management Briefing.pptx</w:t>
      </w:r>
    </w:p>
    <w:p>
      <w:pPr>
        <w:pStyle w:val="Heading1"/>
        <w:keepNext/>
      </w:pPr>
      <w:r>
        <w:t>Part 12. EDM Process Documentation &amp; Control Design</w:t>
      </w:r>
    </w:p>
    <w:p>
      <w:pPr>
        <w:pStyle w:val="FileName"/>
      </w:pPr>
      <w:r>
        <w:t>•  EDM Process Description Template.docx</w:t>
      </w:r>
    </w:p>
    <w:p>
      <w:pPr>
        <w:pStyle w:val="FileName"/>
      </w:pPr>
      <w:r>
        <w:t>•  EDM Process Procedure Template.docx</w:t>
      </w:r>
    </w:p>
    <w:p>
      <w:pPr>
        <w:pStyle w:val="FileName"/>
      </w:pPr>
      <w:r>
        <w:t>•  EDM Process Policy Template.docx</w:t>
      </w:r>
    </w:p>
    <w:p>
      <w:pPr>
        <w:pStyle w:val="FileName"/>
      </w:pPr>
      <w:r>
        <w:t>•  EDM Governance Control Design Template.docx</w:t>
      </w:r>
    </w:p>
    <w:p>
      <w:pPr>
        <w:pStyle w:val="FileName"/>
      </w:pPr>
      <w:r>
        <w:t>•  EDM Process Input Output Definition Template.docx</w:t>
      </w:r>
    </w:p>
    <w:p>
      <w:pPr>
        <w:pStyle w:val="FileName"/>
      </w:pPr>
      <w:r>
        <w:t>•  EDM Process Role Description Template.docx</w:t>
      </w:r>
    </w:p>
    <w:p>
      <w:pPr>
        <w:pStyle w:val="FileName"/>
      </w:pPr>
      <w:r>
        <w:t>•  EDM Process Approval Workflow Template.docx</w:t>
      </w:r>
    </w:p>
    <w:p>
      <w:pPr>
        <w:pStyle w:val="FileName"/>
      </w:pPr>
      <w:r>
        <w:t>•  EDM Process Control Matrix.xlsx</w:t>
      </w:r>
    </w:p>
    <w:p>
      <w:pPr>
        <w:pStyle w:val="FileName"/>
      </w:pPr>
      <w:r>
        <w:t>•  EDM Process Input Output Matrix.xlsx</w:t>
      </w:r>
    </w:p>
    <w:p>
      <w:pPr>
        <w:pStyle w:val="FileName"/>
      </w:pPr>
      <w:r>
        <w:t>•  EDM Process Activity Mapping Workbook.xlsx</w:t>
      </w:r>
    </w:p>
    <w:p>
      <w:pPr>
        <w:pStyle w:val="FileName"/>
      </w:pPr>
      <w:r>
        <w:t>•  EDM Process RACI Matrix.xlsx</w:t>
      </w:r>
    </w:p>
    <w:p>
      <w:pPr>
        <w:pStyle w:val="FileName"/>
      </w:pPr>
      <w:r>
        <w:t>•  EDM Process KPI and KRI Matrix.xlsx</w:t>
      </w:r>
    </w:p>
    <w:p>
      <w:pPr>
        <w:pStyle w:val="FileName"/>
      </w:pPr>
      <w:r>
        <w:t>•  EDM Control Ownership Register.xlsx</w:t>
      </w:r>
    </w:p>
    <w:p>
      <w:pPr>
        <w:pStyle w:val="FileName"/>
      </w:pPr>
      <w:r>
        <w:t>•  EDM Process Design Walkthrough.pptx</w:t>
      </w:r>
    </w:p>
    <w:p>
      <w:pPr>
        <w:pStyle w:val="FileName"/>
      </w:pPr>
      <w:r>
        <w:t>•  EDM Control Design Review Presentation.pptx</w:t>
      </w:r>
    </w:p>
    <w:p>
      <w:pPr>
        <w:pStyle w:val="Heading1"/>
        <w:keepNext/>
      </w:pPr>
      <w:r>
        <w:t>Part 13. EDM Pilot Implementation</w:t>
      </w:r>
    </w:p>
    <w:p>
      <w:pPr>
        <w:pStyle w:val="FileName"/>
      </w:pPr>
      <w:r>
        <w:t>•  EDM Pilot Implementation Plan.docx</w:t>
      </w:r>
    </w:p>
    <w:p>
      <w:pPr>
        <w:pStyle w:val="FileName"/>
      </w:pPr>
      <w:r>
        <w:t>•  EDM Pilot Scope Definition.docx</w:t>
      </w:r>
    </w:p>
    <w:p>
      <w:pPr>
        <w:pStyle w:val="FileName"/>
      </w:pPr>
      <w:r>
        <w:t>•  EDM Pilot Test Script Template.docx</w:t>
      </w:r>
    </w:p>
    <w:p>
      <w:pPr>
        <w:pStyle w:val="FileName"/>
      </w:pPr>
      <w:r>
        <w:t>•  EDM Pilot Observation Log Template.docx</w:t>
      </w:r>
    </w:p>
    <w:p>
      <w:pPr>
        <w:pStyle w:val="FileName"/>
      </w:pPr>
      <w:r>
        <w:t>•  EDM Pilot Acceptance Report.docx</w:t>
      </w:r>
    </w:p>
    <w:p>
      <w:pPr>
        <w:pStyle w:val="FileName"/>
      </w:pPr>
      <w:r>
        <w:t>•  EDM Pilot Readiness Checklist.xlsx</w:t>
      </w:r>
    </w:p>
    <w:p>
      <w:pPr>
        <w:pStyle w:val="FileName"/>
      </w:pPr>
      <w:r>
        <w:t>•  EDM Pilot Test Case Tracker.xlsx</w:t>
      </w:r>
    </w:p>
    <w:p>
      <w:pPr>
        <w:pStyle w:val="FileName"/>
      </w:pPr>
      <w:r>
        <w:t>•  EDM Pilot Issue Log.xlsx</w:t>
      </w:r>
    </w:p>
    <w:p>
      <w:pPr>
        <w:pStyle w:val="FileName"/>
      </w:pPr>
      <w:r>
        <w:t>•  EDM Pilot Feedback Register.xlsx</w:t>
      </w:r>
    </w:p>
    <w:p>
      <w:pPr>
        <w:pStyle w:val="FileName"/>
      </w:pPr>
      <w:r>
        <w:t>•  EDM Pilot Success Criteria Tracker.xlsx</w:t>
      </w:r>
    </w:p>
    <w:p>
      <w:pPr>
        <w:pStyle w:val="FileName"/>
      </w:pPr>
      <w:r>
        <w:t>•  EDM Pilot Kick-off Presentation.pptx</w:t>
      </w:r>
    </w:p>
    <w:p>
      <w:pPr>
        <w:pStyle w:val="FileName"/>
      </w:pPr>
      <w:r>
        <w:t>•  EDM Pilot Results Presentation.pptx</w:t>
      </w:r>
    </w:p>
    <w:p>
      <w:pPr>
        <w:pStyle w:val="Heading1"/>
        <w:keepNext/>
      </w:pPr>
      <w:r>
        <w:t>Part 14. Enterprise Rollout &amp; Adoption</w:t>
      </w:r>
    </w:p>
    <w:p>
      <w:pPr>
        <w:pStyle w:val="FileName"/>
      </w:pPr>
      <w:r>
        <w:t>•  EDM Enterprise Rollout Plan.docx</w:t>
      </w:r>
    </w:p>
    <w:p>
      <w:pPr>
        <w:pStyle w:val="FileName"/>
      </w:pPr>
      <w:r>
        <w:t>•  EDM Adoption Management Plan.docx</w:t>
      </w:r>
    </w:p>
    <w:p>
      <w:pPr>
        <w:pStyle w:val="FileName"/>
      </w:pPr>
      <w:r>
        <w:t>•  EDM User Guide Template.docx</w:t>
      </w:r>
    </w:p>
    <w:p>
      <w:pPr>
        <w:pStyle w:val="FileName"/>
      </w:pPr>
      <w:r>
        <w:t>•  EDM Governance Committee Operating Guide.docx</w:t>
      </w:r>
    </w:p>
    <w:p>
      <w:pPr>
        <w:pStyle w:val="FileName"/>
      </w:pPr>
      <w:r>
        <w:t>•  EDM Training Material Master Document.docx</w:t>
      </w:r>
    </w:p>
    <w:p>
      <w:pPr>
        <w:pStyle w:val="FileName"/>
      </w:pPr>
      <w:r>
        <w:t>•  EDM Rollout Communication Pack.docx</w:t>
      </w:r>
    </w:p>
    <w:p>
      <w:pPr>
        <w:pStyle w:val="FileName"/>
      </w:pPr>
      <w:r>
        <w:t>•  EDM Adoption Review Report.docx</w:t>
      </w:r>
    </w:p>
    <w:p>
      <w:pPr>
        <w:pStyle w:val="FileName"/>
      </w:pPr>
      <w:r>
        <w:t>•  EDM Rollout Schedule.xlsx</w:t>
      </w:r>
    </w:p>
    <w:p>
      <w:pPr>
        <w:pStyle w:val="FileName"/>
      </w:pPr>
      <w:r>
        <w:t>•  EDM Adoption Tracker.xlsx</w:t>
      </w:r>
    </w:p>
    <w:p>
      <w:pPr>
        <w:pStyle w:val="FileName"/>
      </w:pPr>
      <w:r>
        <w:t>•  EDM Training Completion Tracker.xlsx</w:t>
      </w:r>
    </w:p>
    <w:p>
      <w:pPr>
        <w:pStyle w:val="FileName"/>
      </w:pPr>
      <w:r>
        <w:t>•  EDM User Feedback Register.xlsx</w:t>
      </w:r>
    </w:p>
    <w:p>
      <w:pPr>
        <w:pStyle w:val="FileName"/>
      </w:pPr>
      <w:r>
        <w:t>•  EDM Rollout Issue Tracker.xlsx</w:t>
      </w:r>
    </w:p>
    <w:p>
      <w:pPr>
        <w:pStyle w:val="FileName"/>
      </w:pPr>
      <w:r>
        <w:t>•  EDM Adoption KPI Dashboard.xlsx</w:t>
      </w:r>
    </w:p>
    <w:p>
      <w:pPr>
        <w:pStyle w:val="FileName"/>
      </w:pPr>
      <w:r>
        <w:t>•  EDM Enterprise Rollout Presentation.pptx</w:t>
      </w:r>
    </w:p>
    <w:p>
      <w:pPr>
        <w:pStyle w:val="FileName"/>
      </w:pPr>
      <w:r>
        <w:t>•  EDM Adoption Progress Presentation.pptx</w:t>
      </w:r>
    </w:p>
    <w:p>
      <w:pPr>
        <w:pStyle w:val="Heading1"/>
        <w:keepNext/>
      </w:pPr>
      <w:r>
        <w:t>Part 15. Performance Monitoring &amp; Reporting</w:t>
      </w:r>
    </w:p>
    <w:p>
      <w:pPr>
        <w:pStyle w:val="FileName"/>
      </w:pPr>
      <w:r>
        <w:t>•  EDM Performance Monitoring Framework.docx</w:t>
      </w:r>
    </w:p>
    <w:p>
      <w:pPr>
        <w:pStyle w:val="FileName"/>
      </w:pPr>
      <w:r>
        <w:t>•  EDM Governance Performance Report Template.docx</w:t>
      </w:r>
    </w:p>
    <w:p>
      <w:pPr>
        <w:pStyle w:val="FileName"/>
      </w:pPr>
      <w:r>
        <w:t>•  EDM KPI Definition Catalogue.docx</w:t>
      </w:r>
    </w:p>
    <w:p>
      <w:pPr>
        <w:pStyle w:val="FileName"/>
      </w:pPr>
      <w:r>
        <w:t>•  EDM KRI Definition Catalogue.docx</w:t>
      </w:r>
    </w:p>
    <w:p>
      <w:pPr>
        <w:pStyle w:val="FileName"/>
      </w:pPr>
      <w:r>
        <w:t>•  EDM Management Review Meeting Pack.docx</w:t>
      </w:r>
    </w:p>
    <w:p>
      <w:pPr>
        <w:pStyle w:val="FileName"/>
      </w:pPr>
      <w:r>
        <w:t>•  EDM Continuous Monitoring Procedure.docx</w:t>
      </w:r>
    </w:p>
    <w:p>
      <w:pPr>
        <w:pStyle w:val="FileName"/>
      </w:pPr>
      <w:r>
        <w:t>•  EDM KPI Dashboard.xlsx</w:t>
      </w:r>
    </w:p>
    <w:p>
      <w:pPr>
        <w:pStyle w:val="FileName"/>
      </w:pPr>
      <w:r>
        <w:t>•  EDM KRI Dashboard.xlsx</w:t>
      </w:r>
    </w:p>
    <w:p>
      <w:pPr>
        <w:pStyle w:val="FileName"/>
      </w:pPr>
      <w:r>
        <w:t>•  EDM Governance Scorecard.xlsx</w:t>
      </w:r>
    </w:p>
    <w:p>
      <w:pPr>
        <w:pStyle w:val="FileName"/>
      </w:pPr>
      <w:r>
        <w:t>•  EDM Performance Data Collection Template.xlsx</w:t>
      </w:r>
    </w:p>
    <w:p>
      <w:pPr>
        <w:pStyle w:val="FileName"/>
      </w:pPr>
      <w:r>
        <w:t>•  EDM Management Review Action Tracker.xlsx</w:t>
      </w:r>
    </w:p>
    <w:p>
      <w:pPr>
        <w:pStyle w:val="FileName"/>
      </w:pPr>
      <w:r>
        <w:t>•  EDM Performance Trend Analysis Workbook.xlsx</w:t>
      </w:r>
    </w:p>
    <w:p>
      <w:pPr>
        <w:pStyle w:val="FileName"/>
      </w:pPr>
      <w:r>
        <w:t>•  EDM Governance Performance Review.pptx</w:t>
      </w:r>
    </w:p>
    <w:p>
      <w:pPr>
        <w:pStyle w:val="FileName"/>
      </w:pPr>
      <w:r>
        <w:t>•  EDM Executive Scorecard Presentation.pptx</w:t>
      </w:r>
    </w:p>
    <w:p>
      <w:pPr>
        <w:pStyle w:val="Heading1"/>
        <w:keepNext/>
      </w:pPr>
      <w:r>
        <w:t>Part 16. Compliance, Assurance &amp; Quality Review</w:t>
      </w:r>
    </w:p>
    <w:p>
      <w:pPr>
        <w:pStyle w:val="FileName"/>
      </w:pPr>
      <w:r>
        <w:t>•  EDM Compliance Review Plan.docx</w:t>
      </w:r>
    </w:p>
    <w:p>
      <w:pPr>
        <w:pStyle w:val="FileName"/>
      </w:pPr>
      <w:r>
        <w:t>•  EDM Assurance Review Checklist.docx</w:t>
      </w:r>
    </w:p>
    <w:p>
      <w:pPr>
        <w:pStyle w:val="FileName"/>
      </w:pPr>
      <w:r>
        <w:t>•  EDM Quality Assurance Review Report.docx</w:t>
      </w:r>
    </w:p>
    <w:p>
      <w:pPr>
        <w:pStyle w:val="FileName"/>
      </w:pPr>
      <w:r>
        <w:t>•  EDM Internal Control Review Template.docx</w:t>
      </w:r>
    </w:p>
    <w:p>
      <w:pPr>
        <w:pStyle w:val="FileName"/>
      </w:pPr>
      <w:r>
        <w:t>•  EDM Audit Readiness Report.docx</w:t>
      </w:r>
    </w:p>
    <w:p>
      <w:pPr>
        <w:pStyle w:val="FileName"/>
      </w:pPr>
      <w:r>
        <w:t>•  EDM Non-conformance Report Template.docx</w:t>
      </w:r>
    </w:p>
    <w:p>
      <w:pPr>
        <w:pStyle w:val="FileName"/>
      </w:pPr>
      <w:r>
        <w:t>•  EDM Compliance Checklist.xlsx</w:t>
      </w:r>
    </w:p>
    <w:p>
      <w:pPr>
        <w:pStyle w:val="FileName"/>
      </w:pPr>
      <w:r>
        <w:t>•  EDM Assurance Evidence Tracker.xlsx</w:t>
      </w:r>
    </w:p>
    <w:p>
      <w:pPr>
        <w:pStyle w:val="FileName"/>
      </w:pPr>
      <w:r>
        <w:t>•  EDM Control Testing Workbook.xlsx</w:t>
      </w:r>
    </w:p>
    <w:p>
      <w:pPr>
        <w:pStyle w:val="FileName"/>
      </w:pPr>
      <w:r>
        <w:t>•  EDM Non-conformance Register.xlsx</w:t>
      </w:r>
    </w:p>
    <w:p>
      <w:pPr>
        <w:pStyle w:val="FileName"/>
      </w:pPr>
      <w:r>
        <w:t>•  EDM Corrective Action Tracker.xlsx</w:t>
      </w:r>
    </w:p>
    <w:p>
      <w:pPr>
        <w:pStyle w:val="FileName"/>
      </w:pPr>
      <w:r>
        <w:t>•  EDM Audit Readiness Checklist.xlsx</w:t>
      </w:r>
    </w:p>
    <w:p>
      <w:pPr>
        <w:pStyle w:val="FileName"/>
      </w:pPr>
      <w:r>
        <w:t>•  EDM Assurance Findings Presentation.pptx</w:t>
      </w:r>
    </w:p>
    <w:p>
      <w:pPr>
        <w:pStyle w:val="FileName"/>
      </w:pPr>
      <w:r>
        <w:t>•  EDM Audit Readiness Briefing.pptx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EDM | Evaluate, Direct, Monitor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