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DSS – Deliver, Service, and Support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15 Parts   |   296 Templates   |   125 DOCX   |   131 XLSX   |   40 PPTX</w:t>
      </w:r>
    </w:p>
    <w:p>
      <w:pPr>
        <w:pStyle w:val="Heading1"/>
        <w:keepNext/>
      </w:pPr>
      <w:r>
        <w:t>Part 1. DSS Domain Mobilization</w:t>
      </w:r>
    </w:p>
    <w:p>
      <w:pPr>
        <w:pStyle w:val="FileName"/>
      </w:pPr>
      <w:r>
        <w:t>•  DSS Implementation Charter.docx</w:t>
      </w:r>
    </w:p>
    <w:p>
      <w:pPr>
        <w:pStyle w:val="FileName"/>
      </w:pPr>
      <w:r>
        <w:t>•  DSS Engagement Scope Document.docx</w:t>
      </w:r>
    </w:p>
    <w:p>
      <w:pPr>
        <w:pStyle w:val="FileName"/>
      </w:pPr>
      <w:r>
        <w:t>•  DSS Implementation Governance Charter.docx</w:t>
      </w:r>
    </w:p>
    <w:p>
      <w:pPr>
        <w:pStyle w:val="FileName"/>
      </w:pPr>
      <w:r>
        <w:t>•  DSS Stakeholder Engagement Plan.docx</w:t>
      </w:r>
    </w:p>
    <w:p>
      <w:pPr>
        <w:pStyle w:val="FileName"/>
      </w:pPr>
      <w:r>
        <w:t>•  DSS Communication Plan.docx</w:t>
      </w:r>
    </w:p>
    <w:p>
      <w:pPr>
        <w:pStyle w:val="FileName"/>
      </w:pPr>
      <w:r>
        <w:t>•  DSS Kick-off Meeting Agenda.docx</w:t>
      </w:r>
    </w:p>
    <w:p>
      <w:pPr>
        <w:pStyle w:val="FileName"/>
      </w:pPr>
      <w:r>
        <w:t>•  DSS Kick-off Meeting Minutes.docx</w:t>
      </w:r>
    </w:p>
    <w:p>
      <w:pPr>
        <w:pStyle w:val="FileName"/>
      </w:pPr>
      <w:r>
        <w:t>•  DSS Deliverable Acceptance Criteria.docx</w:t>
      </w:r>
    </w:p>
    <w:p>
      <w:pPr>
        <w:pStyle w:val="FileName"/>
      </w:pPr>
      <w:r>
        <w:t>•  DSS Stakeholder Register.xlsx</w:t>
      </w:r>
    </w:p>
    <w:p>
      <w:pPr>
        <w:pStyle w:val="FileName"/>
      </w:pPr>
      <w:r>
        <w:t>•  DSS Team RACI Matrix.xlsx</w:t>
      </w:r>
    </w:p>
    <w:p>
      <w:pPr>
        <w:pStyle w:val="FileName"/>
      </w:pPr>
      <w:r>
        <w:t>•  DSS Implementation Master Plan.xlsx</w:t>
      </w:r>
    </w:p>
    <w:p>
      <w:pPr>
        <w:pStyle w:val="FileName"/>
      </w:pPr>
      <w:r>
        <w:t>•  DSS Deliverables Tracker.xlsx</w:t>
      </w:r>
    </w:p>
    <w:p>
      <w:pPr>
        <w:pStyle w:val="FileName"/>
      </w:pPr>
      <w:r>
        <w:t>•  DSS Risk Register.xlsx</w:t>
      </w:r>
    </w:p>
    <w:p>
      <w:pPr>
        <w:pStyle w:val="FileName"/>
      </w:pPr>
      <w:r>
        <w:t>•  DSS Issue Log.xlsx</w:t>
      </w:r>
    </w:p>
    <w:p>
      <w:pPr>
        <w:pStyle w:val="FileName"/>
      </w:pPr>
      <w:r>
        <w:t>•  DSS Decision Log.xlsx</w:t>
      </w:r>
    </w:p>
    <w:p>
      <w:pPr>
        <w:pStyle w:val="FileName"/>
      </w:pPr>
      <w:r>
        <w:t>•  DSS Action Tracker.xlsx</w:t>
      </w:r>
    </w:p>
    <w:p>
      <w:pPr>
        <w:pStyle w:val="FileName"/>
      </w:pPr>
      <w:r>
        <w:t>•  DSS Executive Kick-off Presentation.pptx</w:t>
      </w:r>
    </w:p>
    <w:p>
      <w:pPr>
        <w:pStyle w:val="FileName"/>
      </w:pPr>
      <w:r>
        <w:t>•  DSS Implementation Roadmap Presentation.pptx</w:t>
      </w:r>
    </w:p>
    <w:p>
      <w:pPr>
        <w:pStyle w:val="FileName"/>
      </w:pPr>
      <w:r>
        <w:t>•  COBIT 5 DSS Domain Overview Presentation.pptx</w:t>
      </w:r>
    </w:p>
    <w:p>
      <w:pPr>
        <w:pStyle w:val="Heading1"/>
        <w:keepNext/>
      </w:pPr>
      <w:r>
        <w:t>Part 2. DSS Current State Discovery</w:t>
      </w:r>
    </w:p>
    <w:p>
      <w:pPr>
        <w:pStyle w:val="FileName"/>
      </w:pPr>
      <w:r>
        <w:t>•  DSS Current State Assessment Plan.docx</w:t>
      </w:r>
    </w:p>
    <w:p>
      <w:pPr>
        <w:pStyle w:val="FileName"/>
      </w:pPr>
      <w:r>
        <w:t>•  DSS Interview Guide.docx</w:t>
      </w:r>
    </w:p>
    <w:p>
      <w:pPr>
        <w:pStyle w:val="FileName"/>
      </w:pPr>
      <w:r>
        <w:t>•  DSS Workshop Facilitation Guide.docx</w:t>
      </w:r>
    </w:p>
    <w:p>
      <w:pPr>
        <w:pStyle w:val="FileName"/>
      </w:pPr>
      <w:r>
        <w:t>•  DSS Document Request List.docx</w:t>
      </w:r>
    </w:p>
    <w:p>
      <w:pPr>
        <w:pStyle w:val="FileName"/>
      </w:pPr>
      <w:r>
        <w:t>•  DSS Discovery Questionnaire.docx</w:t>
      </w:r>
    </w:p>
    <w:p>
      <w:pPr>
        <w:pStyle w:val="FileName"/>
      </w:pPr>
      <w:r>
        <w:t>•  DSS01 Manage Operations Discovery Questionnaire.docx</w:t>
      </w:r>
    </w:p>
    <w:p>
      <w:pPr>
        <w:pStyle w:val="FileName"/>
      </w:pPr>
      <w:r>
        <w:t>•  DSS02 Manage Service Requests and Incidents Discovery Questionnaire.docx</w:t>
      </w:r>
    </w:p>
    <w:p>
      <w:pPr>
        <w:pStyle w:val="FileName"/>
      </w:pPr>
      <w:r>
        <w:t>•  DSS03 Manage Problems Discovery Questionnaire.docx</w:t>
      </w:r>
    </w:p>
    <w:p>
      <w:pPr>
        <w:pStyle w:val="FileName"/>
      </w:pPr>
      <w:r>
        <w:t>•  DSS04 Manage Continuity Discovery Questionnaire.docx</w:t>
      </w:r>
    </w:p>
    <w:p>
      <w:pPr>
        <w:pStyle w:val="FileName"/>
      </w:pPr>
      <w:r>
        <w:t>•  DSS05 Manage Security Services Discovery Questionnaire.docx</w:t>
      </w:r>
    </w:p>
    <w:p>
      <w:pPr>
        <w:pStyle w:val="FileName"/>
      </w:pPr>
      <w:r>
        <w:t>•  DSS06 Manage Business Process Controls Discovery Questionnaire.docx</w:t>
      </w:r>
    </w:p>
    <w:p>
      <w:pPr>
        <w:pStyle w:val="FileName"/>
      </w:pPr>
      <w:r>
        <w:t>•  DSS Current State Assessment Report.docx</w:t>
      </w:r>
    </w:p>
    <w:p>
      <w:pPr>
        <w:pStyle w:val="FileName"/>
      </w:pPr>
      <w:r>
        <w:t>•  DSS Document Collection Tracker.xlsx</w:t>
      </w:r>
    </w:p>
    <w:p>
      <w:pPr>
        <w:pStyle w:val="FileName"/>
      </w:pPr>
      <w:r>
        <w:t>•  DSS Interview Schedule.xlsx</w:t>
      </w:r>
    </w:p>
    <w:p>
      <w:pPr>
        <w:pStyle w:val="FileName"/>
      </w:pPr>
      <w:r>
        <w:t>•  DSS Workshop Attendance Tracker.xlsx</w:t>
      </w:r>
    </w:p>
    <w:p>
      <w:pPr>
        <w:pStyle w:val="FileName"/>
      </w:pPr>
      <w:r>
        <w:t>•  DSS Process Inventory.xlsx</w:t>
      </w:r>
    </w:p>
    <w:p>
      <w:pPr>
        <w:pStyle w:val="FileName"/>
      </w:pPr>
      <w:r>
        <w:t>•  DSS Policy and Procedure Inventory.xlsx</w:t>
      </w:r>
    </w:p>
    <w:p>
      <w:pPr>
        <w:pStyle w:val="FileName"/>
      </w:pPr>
      <w:r>
        <w:t>•  DSS Service Inventory.xlsx</w:t>
      </w:r>
    </w:p>
    <w:p>
      <w:pPr>
        <w:pStyle w:val="FileName"/>
      </w:pPr>
      <w:r>
        <w:t>•  DSS Application and Infrastructure Inventory.xlsx</w:t>
      </w:r>
    </w:p>
    <w:p>
      <w:pPr>
        <w:pStyle w:val="FileName"/>
      </w:pPr>
      <w:r>
        <w:t>•  DSS Control Evidence Tracker.xlsx</w:t>
      </w:r>
    </w:p>
    <w:p>
      <w:pPr>
        <w:pStyle w:val="FileName"/>
      </w:pPr>
      <w:r>
        <w:t>•  DSS Discovery Briefing.pptx</w:t>
      </w:r>
    </w:p>
    <w:p>
      <w:pPr>
        <w:pStyle w:val="FileName"/>
      </w:pPr>
      <w:r>
        <w:t>•  DSS Discovery Workshop.pptx</w:t>
      </w:r>
    </w:p>
    <w:p>
      <w:pPr>
        <w:pStyle w:val="FileName"/>
      </w:pPr>
      <w:r>
        <w:t>•  DSS Initial Findings Presentation.pptx</w:t>
      </w:r>
    </w:p>
    <w:p>
      <w:pPr>
        <w:pStyle w:val="Heading1"/>
        <w:keepNext/>
      </w:pPr>
      <w:r>
        <w:t>Part 3. DSS Scope Definition and COBIT Mapping</w:t>
      </w:r>
    </w:p>
    <w:p>
      <w:pPr>
        <w:pStyle w:val="FileName"/>
      </w:pPr>
      <w:r>
        <w:t>•  DSS Scope Definition Document.docx</w:t>
      </w:r>
    </w:p>
    <w:p>
      <w:pPr>
        <w:pStyle w:val="FileName"/>
      </w:pPr>
      <w:r>
        <w:t>•  DSS Process Applicability Assessment.docx</w:t>
      </w:r>
    </w:p>
    <w:p>
      <w:pPr>
        <w:pStyle w:val="FileName"/>
      </w:pPr>
      <w:r>
        <w:t>•  DSS Process Boundary Document.docx</w:t>
      </w:r>
    </w:p>
    <w:p>
      <w:pPr>
        <w:pStyle w:val="FileName"/>
      </w:pPr>
      <w:r>
        <w:t>•  DSS Process Ownership Model.docx</w:t>
      </w:r>
    </w:p>
    <w:p>
      <w:pPr>
        <w:pStyle w:val="FileName"/>
      </w:pPr>
      <w:r>
        <w:t>•  DSS Control Objective Mapping Document.docx</w:t>
      </w:r>
    </w:p>
    <w:p>
      <w:pPr>
        <w:pStyle w:val="FileName"/>
      </w:pPr>
      <w:r>
        <w:t>•  DSS Governance Alignment Document.docx</w:t>
      </w:r>
    </w:p>
    <w:p>
      <w:pPr>
        <w:pStyle w:val="FileName"/>
      </w:pPr>
      <w:r>
        <w:t>•  DSS Domain Process Mapping Matrix.xlsx</w:t>
      </w:r>
    </w:p>
    <w:p>
      <w:pPr>
        <w:pStyle w:val="FileName"/>
      </w:pPr>
      <w:r>
        <w:t>•  DSS Process Applicability Matrix.xlsx</w:t>
      </w:r>
    </w:p>
    <w:p>
      <w:pPr>
        <w:pStyle w:val="FileName"/>
      </w:pPr>
      <w:r>
        <w:t>•  Enterprise Goals to IT Goals Mapping.xlsx</w:t>
      </w:r>
    </w:p>
    <w:p>
      <w:pPr>
        <w:pStyle w:val="FileName"/>
      </w:pPr>
      <w:r>
        <w:t>•  IT Goals to DSS Process Goals Mapping.xlsx</w:t>
      </w:r>
    </w:p>
    <w:p>
      <w:pPr>
        <w:pStyle w:val="FileName"/>
      </w:pPr>
      <w:r>
        <w:t>•  DSS Process Owner Assignment Matrix.xlsx</w:t>
      </w:r>
    </w:p>
    <w:p>
      <w:pPr>
        <w:pStyle w:val="FileName"/>
      </w:pPr>
      <w:r>
        <w:t>•  DSS Service to Process Mapping.xlsx</w:t>
      </w:r>
    </w:p>
    <w:p>
      <w:pPr>
        <w:pStyle w:val="FileName"/>
      </w:pPr>
      <w:r>
        <w:t>•  DSS Control Objective Traceability Matrix.xlsx</w:t>
      </w:r>
    </w:p>
    <w:p>
      <w:pPr>
        <w:pStyle w:val="FileName"/>
      </w:pPr>
      <w:r>
        <w:t>•  DSS Scope Alignment Presentation.pptx</w:t>
      </w:r>
    </w:p>
    <w:p>
      <w:pPr>
        <w:pStyle w:val="FileName"/>
      </w:pPr>
      <w:r>
        <w:t>•  DSS Domain Process Mapping Workshop.pptx</w:t>
      </w:r>
    </w:p>
    <w:p>
      <w:pPr>
        <w:pStyle w:val="Heading1"/>
        <w:keepNext/>
      </w:pPr>
      <w:r>
        <w:t>Part 4. DSS Capability Assessment and Gap Analysis</w:t>
      </w:r>
    </w:p>
    <w:p>
      <w:pPr>
        <w:pStyle w:val="FileName"/>
      </w:pPr>
      <w:r>
        <w:t>•  DSS Capability Assessment Methodology.docx</w:t>
      </w:r>
    </w:p>
    <w:p>
      <w:pPr>
        <w:pStyle w:val="FileName"/>
      </w:pPr>
      <w:r>
        <w:t>•  DSS01 Manage Operations Capability Assessment Report.docx</w:t>
      </w:r>
    </w:p>
    <w:p>
      <w:pPr>
        <w:pStyle w:val="FileName"/>
      </w:pPr>
      <w:r>
        <w:t>•  DSS02 Manage Service Requests and Incidents Capability Assessment Report.docx</w:t>
      </w:r>
    </w:p>
    <w:p>
      <w:pPr>
        <w:pStyle w:val="FileName"/>
      </w:pPr>
      <w:r>
        <w:t>•  DSS03 Manage Problems Capability Assessment Report.docx</w:t>
      </w:r>
    </w:p>
    <w:p>
      <w:pPr>
        <w:pStyle w:val="FileName"/>
      </w:pPr>
      <w:r>
        <w:t>•  DSS04 Manage Continuity Capability Assessment Report.docx</w:t>
      </w:r>
    </w:p>
    <w:p>
      <w:pPr>
        <w:pStyle w:val="FileName"/>
      </w:pPr>
      <w:r>
        <w:t>•  DSS05 Manage Security Services Capability Assessment Report.docx</w:t>
      </w:r>
    </w:p>
    <w:p>
      <w:pPr>
        <w:pStyle w:val="FileName"/>
      </w:pPr>
      <w:r>
        <w:t>•  DSS06 Manage Business Process Controls Capability Assessment Report.docx</w:t>
      </w:r>
    </w:p>
    <w:p>
      <w:pPr>
        <w:pStyle w:val="FileName"/>
      </w:pPr>
      <w:r>
        <w:t>•  DSS Integrated Gap Analysis Report.docx</w:t>
      </w:r>
    </w:p>
    <w:p>
      <w:pPr>
        <w:pStyle w:val="FileName"/>
      </w:pPr>
      <w:r>
        <w:t>•  DSS Capability Target Recommendation.docx</w:t>
      </w:r>
    </w:p>
    <w:p>
      <w:pPr>
        <w:pStyle w:val="FileName"/>
      </w:pPr>
      <w:r>
        <w:t>•  DSS Capability Assessment Workbook.xlsx</w:t>
      </w:r>
    </w:p>
    <w:p>
      <w:pPr>
        <w:pStyle w:val="FileName"/>
      </w:pPr>
      <w:r>
        <w:t>•  DSS01 Manage Operations Capability Scorecard.xlsx</w:t>
      </w:r>
    </w:p>
    <w:p>
      <w:pPr>
        <w:pStyle w:val="FileName"/>
      </w:pPr>
      <w:r>
        <w:t>•  DSS02 Manage Service Requests and Incidents Capability Scorecard.xlsx</w:t>
      </w:r>
    </w:p>
    <w:p>
      <w:pPr>
        <w:pStyle w:val="FileName"/>
      </w:pPr>
      <w:r>
        <w:t>•  DSS03 Manage Problems Capability Scorecard.xlsx</w:t>
      </w:r>
    </w:p>
    <w:p>
      <w:pPr>
        <w:pStyle w:val="FileName"/>
      </w:pPr>
      <w:r>
        <w:t>•  DSS04 Manage Continuity Capability Scorecard.xlsx</w:t>
      </w:r>
    </w:p>
    <w:p>
      <w:pPr>
        <w:pStyle w:val="FileName"/>
      </w:pPr>
      <w:r>
        <w:t>•  DSS05 Manage Security Services Capability Scorecard.xlsx</w:t>
      </w:r>
    </w:p>
    <w:p>
      <w:pPr>
        <w:pStyle w:val="FileName"/>
      </w:pPr>
      <w:r>
        <w:t>•  DSS06 Manage Business Process Controls Capability Scorecard.xlsx</w:t>
      </w:r>
    </w:p>
    <w:p>
      <w:pPr>
        <w:pStyle w:val="FileName"/>
      </w:pPr>
      <w:r>
        <w:t>•  DSS Gap Analysis Matrix.xlsx</w:t>
      </w:r>
    </w:p>
    <w:p>
      <w:pPr>
        <w:pStyle w:val="FileName"/>
      </w:pPr>
      <w:r>
        <w:t>•  DSS Heatmap and Priority Matrix.xlsx</w:t>
      </w:r>
    </w:p>
    <w:p>
      <w:pPr>
        <w:pStyle w:val="FileName"/>
      </w:pPr>
      <w:r>
        <w:t>•  DSS Quick Wins Register.xlsx</w:t>
      </w:r>
    </w:p>
    <w:p>
      <w:pPr>
        <w:pStyle w:val="FileName"/>
      </w:pPr>
      <w:r>
        <w:t>•  DSS Capability Assessment Results.pptx</w:t>
      </w:r>
    </w:p>
    <w:p>
      <w:pPr>
        <w:pStyle w:val="FileName"/>
      </w:pPr>
      <w:r>
        <w:t>•  DSS Gap Analysis Executive Presentation.pptx</w:t>
      </w:r>
    </w:p>
    <w:p>
      <w:pPr>
        <w:pStyle w:val="FileName"/>
      </w:pPr>
      <w:r>
        <w:t>•  DSS Domain Heatmap Presentation.pptx</w:t>
      </w:r>
    </w:p>
    <w:p>
      <w:pPr>
        <w:pStyle w:val="Heading1"/>
        <w:keepNext/>
      </w:pPr>
      <w:r>
        <w:t>Part 5. DSS Target Operating Model Design</w:t>
      </w:r>
    </w:p>
    <w:p>
      <w:pPr>
        <w:pStyle w:val="FileName"/>
      </w:pPr>
      <w:r>
        <w:t>•  DSS Target Operating Model Document.docx</w:t>
      </w:r>
    </w:p>
    <w:p>
      <w:pPr>
        <w:pStyle w:val="FileName"/>
      </w:pPr>
      <w:r>
        <w:t>•  DSS Service Management Operating Model.docx</w:t>
      </w:r>
    </w:p>
    <w:p>
      <w:pPr>
        <w:pStyle w:val="FileName"/>
      </w:pPr>
      <w:r>
        <w:t>•  DSS IT Operations Operating Model.docx</w:t>
      </w:r>
    </w:p>
    <w:p>
      <w:pPr>
        <w:pStyle w:val="FileName"/>
      </w:pPr>
      <w:r>
        <w:t>•  DSS Security Operations Operating Model.docx</w:t>
      </w:r>
    </w:p>
    <w:p>
      <w:pPr>
        <w:pStyle w:val="FileName"/>
      </w:pPr>
      <w:r>
        <w:t>•  DSS Continuity Operating Model.docx</w:t>
      </w:r>
    </w:p>
    <w:p>
      <w:pPr>
        <w:pStyle w:val="FileName"/>
      </w:pPr>
      <w:r>
        <w:t>•  DSS Process Governance Model.docx</w:t>
      </w:r>
    </w:p>
    <w:p>
      <w:pPr>
        <w:pStyle w:val="FileName"/>
      </w:pPr>
      <w:r>
        <w:t>•  DSS Roles and Responsibilities Handbook.docx</w:t>
      </w:r>
    </w:p>
    <w:p>
      <w:pPr>
        <w:pStyle w:val="FileName"/>
      </w:pPr>
      <w:r>
        <w:t>•  DSS Escalation Model.docx</w:t>
      </w:r>
    </w:p>
    <w:p>
      <w:pPr>
        <w:pStyle w:val="FileName"/>
      </w:pPr>
      <w:r>
        <w:t>•  DSS Service Ownership Model.docx</w:t>
      </w:r>
    </w:p>
    <w:p>
      <w:pPr>
        <w:pStyle w:val="FileName"/>
      </w:pPr>
      <w:r>
        <w:t>•  DSS Target Operating Model Design Matrix.xlsx</w:t>
      </w:r>
    </w:p>
    <w:p>
      <w:pPr>
        <w:pStyle w:val="FileName"/>
      </w:pPr>
      <w:r>
        <w:t>•  DSS Role to Process Mapping.xlsx</w:t>
      </w:r>
    </w:p>
    <w:p>
      <w:pPr>
        <w:pStyle w:val="FileName"/>
      </w:pPr>
      <w:r>
        <w:t>•  DSS RACI Matrix.xlsx</w:t>
      </w:r>
    </w:p>
    <w:p>
      <w:pPr>
        <w:pStyle w:val="FileName"/>
      </w:pPr>
      <w:r>
        <w:t>•  DSS Escalation Matrix.xlsx</w:t>
      </w:r>
    </w:p>
    <w:p>
      <w:pPr>
        <w:pStyle w:val="FileName"/>
      </w:pPr>
      <w:r>
        <w:t>•  DSS Service Ownership Matrix.xlsx</w:t>
      </w:r>
    </w:p>
    <w:p>
      <w:pPr>
        <w:pStyle w:val="FileName"/>
      </w:pPr>
      <w:r>
        <w:t>•  DSS Control Ownership Matrix.xlsx</w:t>
      </w:r>
    </w:p>
    <w:p>
      <w:pPr>
        <w:pStyle w:val="FileName"/>
      </w:pPr>
      <w:r>
        <w:t>•  DSS Organization Impact Matrix.xlsx</w:t>
      </w:r>
    </w:p>
    <w:p>
      <w:pPr>
        <w:pStyle w:val="FileName"/>
      </w:pPr>
      <w:r>
        <w:t>•  DSS Target Operating Model Presentation.pptx</w:t>
      </w:r>
    </w:p>
    <w:p>
      <w:pPr>
        <w:pStyle w:val="FileName"/>
      </w:pPr>
      <w:r>
        <w:t>•  DSS Future State Design Workshop.pptx</w:t>
      </w:r>
    </w:p>
    <w:p>
      <w:pPr>
        <w:pStyle w:val="FileName"/>
      </w:pPr>
      <w:r>
        <w:t>•  DSS Executive Target State Briefing.pptx</w:t>
      </w:r>
    </w:p>
    <w:p>
      <w:pPr>
        <w:pStyle w:val="Heading1"/>
        <w:keepNext/>
      </w:pPr>
      <w:r>
        <w:t>Part 6. DSS01 Manage Operations Toolkit</w:t>
      </w:r>
    </w:p>
    <w:p>
      <w:pPr>
        <w:pStyle w:val="FileName"/>
      </w:pPr>
      <w:r>
        <w:t>•  DSS01 Manage Operations Policy.docx</w:t>
      </w:r>
    </w:p>
    <w:p>
      <w:pPr>
        <w:pStyle w:val="FileName"/>
      </w:pPr>
      <w:r>
        <w:t>•  DSS01 Manage Operations Standard Operating Procedure.docx</w:t>
      </w:r>
    </w:p>
    <w:p>
      <w:pPr>
        <w:pStyle w:val="FileName"/>
      </w:pPr>
      <w:r>
        <w:t>•  DSS01 Operations Monitoring Procedure.docx</w:t>
      </w:r>
    </w:p>
    <w:p>
      <w:pPr>
        <w:pStyle w:val="FileName"/>
      </w:pPr>
      <w:r>
        <w:t>•  DSS01 Job Scheduling Procedure.docx</w:t>
      </w:r>
    </w:p>
    <w:p>
      <w:pPr>
        <w:pStyle w:val="FileName"/>
      </w:pPr>
      <w:r>
        <w:t>•  DSS01 Backup and Restoration Procedure.docx</w:t>
      </w:r>
    </w:p>
    <w:p>
      <w:pPr>
        <w:pStyle w:val="FileName"/>
      </w:pPr>
      <w:r>
        <w:t>•  DSS01 Facilities Management Procedure.docx</w:t>
      </w:r>
    </w:p>
    <w:p>
      <w:pPr>
        <w:pStyle w:val="FileName"/>
      </w:pPr>
      <w:r>
        <w:t>•  DSS01 Infrastructure Operations Procedure.docx</w:t>
      </w:r>
    </w:p>
    <w:p>
      <w:pPr>
        <w:pStyle w:val="FileName"/>
      </w:pPr>
      <w:r>
        <w:t>•  DSS01 Shift Handover Procedure.docx</w:t>
      </w:r>
    </w:p>
    <w:p>
      <w:pPr>
        <w:pStyle w:val="FileName"/>
      </w:pPr>
      <w:r>
        <w:t>•  DSS01 Operations Review Report.docx</w:t>
      </w:r>
    </w:p>
    <w:p>
      <w:pPr>
        <w:pStyle w:val="FileName"/>
      </w:pPr>
      <w:r>
        <w:t>•  DSS01 Operations Checklist.xlsx</w:t>
      </w:r>
    </w:p>
    <w:p>
      <w:pPr>
        <w:pStyle w:val="FileName"/>
      </w:pPr>
      <w:r>
        <w:t>•  DSS01 Daily Operations Log.xlsx</w:t>
      </w:r>
    </w:p>
    <w:p>
      <w:pPr>
        <w:pStyle w:val="FileName"/>
      </w:pPr>
      <w:r>
        <w:t>•  DSS01 Batch Job Schedule.xlsx</w:t>
      </w:r>
    </w:p>
    <w:p>
      <w:pPr>
        <w:pStyle w:val="FileName"/>
      </w:pPr>
      <w:r>
        <w:t>•  DSS01 Backup Schedule and Status Tracker.xlsx</w:t>
      </w:r>
    </w:p>
    <w:p>
      <w:pPr>
        <w:pStyle w:val="FileName"/>
      </w:pPr>
      <w:r>
        <w:t>•  DSS01 Infrastructure Monitoring Log.xlsx</w:t>
      </w:r>
    </w:p>
    <w:p>
      <w:pPr>
        <w:pStyle w:val="FileName"/>
      </w:pPr>
      <w:r>
        <w:t>•  DSS01 Capacity and Availability Tracker.xlsx</w:t>
      </w:r>
    </w:p>
    <w:p>
      <w:pPr>
        <w:pStyle w:val="FileName"/>
      </w:pPr>
      <w:r>
        <w:t>•  DSS01 Operations KPI Dashboard.xlsx</w:t>
      </w:r>
    </w:p>
    <w:p>
      <w:pPr>
        <w:pStyle w:val="FileName"/>
      </w:pPr>
      <w:r>
        <w:t>•  DSS01 Shift Handover Log.xlsx</w:t>
      </w:r>
    </w:p>
    <w:p>
      <w:pPr>
        <w:pStyle w:val="FileName"/>
      </w:pPr>
      <w:r>
        <w:t>•  DSS01 Control Evidence Register.xlsx</w:t>
      </w:r>
    </w:p>
    <w:p>
      <w:pPr>
        <w:pStyle w:val="FileName"/>
      </w:pPr>
      <w:r>
        <w:t>•  DSS01 Manage Operations Training.pptx</w:t>
      </w:r>
    </w:p>
    <w:p>
      <w:pPr>
        <w:pStyle w:val="FileName"/>
      </w:pPr>
      <w:r>
        <w:t>•  DSS01 Operations Governance Review.pptx</w:t>
      </w:r>
    </w:p>
    <w:p>
      <w:pPr>
        <w:pStyle w:val="Heading1"/>
        <w:keepNext/>
      </w:pPr>
      <w:r>
        <w:t>Part 7. DSS02 Manage Service Requests and Incidents Toolkit</w:t>
      </w:r>
    </w:p>
    <w:p>
      <w:pPr>
        <w:pStyle w:val="FileName"/>
      </w:pPr>
      <w:r>
        <w:t>•  DSS02 Service Request Management Policy.docx</w:t>
      </w:r>
    </w:p>
    <w:p>
      <w:pPr>
        <w:pStyle w:val="FileName"/>
      </w:pPr>
      <w:r>
        <w:t>•  DSS02 Incident Management Policy.docx</w:t>
      </w:r>
    </w:p>
    <w:p>
      <w:pPr>
        <w:pStyle w:val="FileName"/>
      </w:pPr>
      <w:r>
        <w:t>•  DSS02 Service Desk Procedure.docx</w:t>
      </w:r>
    </w:p>
    <w:p>
      <w:pPr>
        <w:pStyle w:val="FileName"/>
      </w:pPr>
      <w:r>
        <w:t>•  DSS02 Incident Classification Procedure.docx</w:t>
      </w:r>
    </w:p>
    <w:p>
      <w:pPr>
        <w:pStyle w:val="FileName"/>
      </w:pPr>
      <w:r>
        <w:t>•  DSS02 Major Incident Management Procedure.docx</w:t>
      </w:r>
    </w:p>
    <w:p>
      <w:pPr>
        <w:pStyle w:val="FileName"/>
      </w:pPr>
      <w:r>
        <w:t>•  DSS02 Service Request Fulfillment Procedure.docx</w:t>
      </w:r>
    </w:p>
    <w:p>
      <w:pPr>
        <w:pStyle w:val="FileName"/>
      </w:pPr>
      <w:r>
        <w:t>•  DSS02 Incident Escalation Procedure.docx</w:t>
      </w:r>
    </w:p>
    <w:p>
      <w:pPr>
        <w:pStyle w:val="FileName"/>
      </w:pPr>
      <w:r>
        <w:t>•  DSS02 Knowledge Article Template.docx</w:t>
      </w:r>
    </w:p>
    <w:p>
      <w:pPr>
        <w:pStyle w:val="FileName"/>
      </w:pPr>
      <w:r>
        <w:t>•  DSS02 Major Incident Report.docx</w:t>
      </w:r>
    </w:p>
    <w:p>
      <w:pPr>
        <w:pStyle w:val="FileName"/>
      </w:pPr>
      <w:r>
        <w:t>•  DSS02 Incident Register.xlsx</w:t>
      </w:r>
    </w:p>
    <w:p>
      <w:pPr>
        <w:pStyle w:val="FileName"/>
      </w:pPr>
      <w:r>
        <w:t>•  DSS02 Service Request Register.xlsx</w:t>
      </w:r>
    </w:p>
    <w:p>
      <w:pPr>
        <w:pStyle w:val="FileName"/>
      </w:pPr>
      <w:r>
        <w:t>•  DSS02 Incident Priority Matrix.xlsx</w:t>
      </w:r>
    </w:p>
    <w:p>
      <w:pPr>
        <w:pStyle w:val="FileName"/>
      </w:pPr>
      <w:r>
        <w:t>•  DSS02 Service Request Catalog.xlsx</w:t>
      </w:r>
    </w:p>
    <w:p>
      <w:pPr>
        <w:pStyle w:val="FileName"/>
      </w:pPr>
      <w:r>
        <w:t>•  DSS02 SLA and OLA Tracker.xlsx</w:t>
      </w:r>
    </w:p>
    <w:p>
      <w:pPr>
        <w:pStyle w:val="FileName"/>
      </w:pPr>
      <w:r>
        <w:t>•  DSS02 Major Incident Tracker.xlsx</w:t>
      </w:r>
    </w:p>
    <w:p>
      <w:pPr>
        <w:pStyle w:val="FileName"/>
      </w:pPr>
      <w:r>
        <w:t>•  DSS02 Incident Trend Analysis.xlsx</w:t>
      </w:r>
    </w:p>
    <w:p>
      <w:pPr>
        <w:pStyle w:val="FileName"/>
      </w:pPr>
      <w:r>
        <w:t>•  DSS02 Service Desk Performance Dashboard.xlsx</w:t>
      </w:r>
    </w:p>
    <w:p>
      <w:pPr>
        <w:pStyle w:val="FileName"/>
      </w:pPr>
      <w:r>
        <w:t>•  DSS02 Knowledge Base Inventory.xlsx</w:t>
      </w:r>
    </w:p>
    <w:p>
      <w:pPr>
        <w:pStyle w:val="FileName"/>
      </w:pPr>
      <w:r>
        <w:t>•  DSS02 Control Evidence Register.xlsx</w:t>
      </w:r>
    </w:p>
    <w:p>
      <w:pPr>
        <w:pStyle w:val="FileName"/>
      </w:pPr>
      <w:r>
        <w:t>•  DSS02 Service Desk Training.pptx</w:t>
      </w:r>
    </w:p>
    <w:p>
      <w:pPr>
        <w:pStyle w:val="FileName"/>
      </w:pPr>
      <w:r>
        <w:t>•  DSS02 Incident Management Awareness.pptx</w:t>
      </w:r>
    </w:p>
    <w:p>
      <w:pPr>
        <w:pStyle w:val="FileName"/>
      </w:pPr>
      <w:r>
        <w:t>•  DSS02 Major Incident Simulation.pptx</w:t>
      </w:r>
    </w:p>
    <w:p>
      <w:pPr>
        <w:pStyle w:val="Heading1"/>
        <w:keepNext/>
      </w:pPr>
      <w:r>
        <w:t>Part 8. DSS03 Manage Problems Toolkit</w:t>
      </w:r>
    </w:p>
    <w:p>
      <w:pPr>
        <w:pStyle w:val="FileName"/>
      </w:pPr>
      <w:r>
        <w:t>•  DSS03 Problem Management Policy.docx</w:t>
      </w:r>
    </w:p>
    <w:p>
      <w:pPr>
        <w:pStyle w:val="FileName"/>
      </w:pPr>
      <w:r>
        <w:t>•  DSS03 Problem Management Procedure.docx</w:t>
      </w:r>
    </w:p>
    <w:p>
      <w:pPr>
        <w:pStyle w:val="FileName"/>
      </w:pPr>
      <w:r>
        <w:t>•  DSS03 Root Cause Analysis Procedure.docx</w:t>
      </w:r>
    </w:p>
    <w:p>
      <w:pPr>
        <w:pStyle w:val="FileName"/>
      </w:pPr>
      <w:r>
        <w:t>•  DSS03 Known Error Management Procedure.docx</w:t>
      </w:r>
    </w:p>
    <w:p>
      <w:pPr>
        <w:pStyle w:val="FileName"/>
      </w:pPr>
      <w:r>
        <w:t>•  DSS03 Problem Review Report.docx</w:t>
      </w:r>
    </w:p>
    <w:p>
      <w:pPr>
        <w:pStyle w:val="FileName"/>
      </w:pPr>
      <w:r>
        <w:t>•  DSS03 Root Cause Analysis Report.docx</w:t>
      </w:r>
    </w:p>
    <w:p>
      <w:pPr>
        <w:pStyle w:val="FileName"/>
      </w:pPr>
      <w:r>
        <w:t>•  DSS03 Post Incident Review Report.docx</w:t>
      </w:r>
    </w:p>
    <w:p>
      <w:pPr>
        <w:pStyle w:val="FileName"/>
      </w:pPr>
      <w:r>
        <w:t>•  DSS03 Corrective Action Plan.docx</w:t>
      </w:r>
    </w:p>
    <w:p>
      <w:pPr>
        <w:pStyle w:val="FileName"/>
      </w:pPr>
      <w:r>
        <w:t>•  DSS03 Problem Register.xlsx</w:t>
      </w:r>
    </w:p>
    <w:p>
      <w:pPr>
        <w:pStyle w:val="FileName"/>
      </w:pPr>
      <w:r>
        <w:t>•  DSS03 Known Error Database.xlsx</w:t>
      </w:r>
    </w:p>
    <w:p>
      <w:pPr>
        <w:pStyle w:val="FileName"/>
      </w:pPr>
      <w:r>
        <w:t>•  DSS03 Root Cause Analysis Tracker.xlsx</w:t>
      </w:r>
    </w:p>
    <w:p>
      <w:pPr>
        <w:pStyle w:val="FileName"/>
      </w:pPr>
      <w:r>
        <w:t>•  DSS03 Corrective Action Tracker.xlsx</w:t>
      </w:r>
    </w:p>
    <w:p>
      <w:pPr>
        <w:pStyle w:val="FileName"/>
      </w:pPr>
      <w:r>
        <w:t>•  DSS03 Recurring Incident Analysis.xlsx</w:t>
      </w:r>
    </w:p>
    <w:p>
      <w:pPr>
        <w:pStyle w:val="FileName"/>
      </w:pPr>
      <w:r>
        <w:t>•  DSS03 Problem Priority Matrix.xlsx</w:t>
      </w:r>
    </w:p>
    <w:p>
      <w:pPr>
        <w:pStyle w:val="FileName"/>
      </w:pPr>
      <w:r>
        <w:t>•  DSS03 Problem KPI Dashboard.xlsx</w:t>
      </w:r>
    </w:p>
    <w:p>
      <w:pPr>
        <w:pStyle w:val="FileName"/>
      </w:pPr>
      <w:r>
        <w:t>•  DSS03 Control Evidence Register.xlsx</w:t>
      </w:r>
    </w:p>
    <w:p>
      <w:pPr>
        <w:pStyle w:val="FileName"/>
      </w:pPr>
      <w:r>
        <w:t>•  DSS03 Problem Management Training.pptx</w:t>
      </w:r>
    </w:p>
    <w:p>
      <w:pPr>
        <w:pStyle w:val="FileName"/>
      </w:pPr>
      <w:r>
        <w:t>•  DSS03 Root Cause Analysis Workshop.pptx</w:t>
      </w:r>
    </w:p>
    <w:p>
      <w:pPr>
        <w:pStyle w:val="FileName"/>
      </w:pPr>
      <w:r>
        <w:t>•  DSS03 Problem Review Presentation.pptx</w:t>
      </w:r>
    </w:p>
    <w:p>
      <w:pPr>
        <w:pStyle w:val="Heading1"/>
        <w:keepNext/>
      </w:pPr>
      <w:r>
        <w:t>Part 9. DSS04 Manage Continuity Toolkit</w:t>
      </w:r>
    </w:p>
    <w:p>
      <w:pPr>
        <w:pStyle w:val="FileName"/>
      </w:pPr>
      <w:r>
        <w:t>•  DSS04 Business Continuity Management Policy.docx</w:t>
      </w:r>
    </w:p>
    <w:p>
      <w:pPr>
        <w:pStyle w:val="FileName"/>
      </w:pPr>
      <w:r>
        <w:t>•  DSS04 IT Service Continuity Management Policy.docx</w:t>
      </w:r>
    </w:p>
    <w:p>
      <w:pPr>
        <w:pStyle w:val="FileName"/>
      </w:pPr>
      <w:r>
        <w:t>•  DSS04 Business Impact Analysis Procedure.docx</w:t>
      </w:r>
    </w:p>
    <w:p>
      <w:pPr>
        <w:pStyle w:val="FileName"/>
      </w:pPr>
      <w:r>
        <w:t>•  DSS04 Disaster Recovery Procedure.docx</w:t>
      </w:r>
    </w:p>
    <w:p>
      <w:pPr>
        <w:pStyle w:val="FileName"/>
      </w:pPr>
      <w:r>
        <w:t>•  DSS04 Crisis Management Procedure.docx</w:t>
      </w:r>
    </w:p>
    <w:p>
      <w:pPr>
        <w:pStyle w:val="FileName"/>
      </w:pPr>
      <w:r>
        <w:t>•  DSS04 Continuity Test Procedure.docx</w:t>
      </w:r>
    </w:p>
    <w:p>
      <w:pPr>
        <w:pStyle w:val="FileName"/>
      </w:pPr>
      <w:r>
        <w:t>•  DSS04 Business Impact Analysis Report.docx</w:t>
      </w:r>
    </w:p>
    <w:p>
      <w:pPr>
        <w:pStyle w:val="FileName"/>
      </w:pPr>
      <w:r>
        <w:t>•  DSS04 IT Disaster Recovery Plan.docx</w:t>
      </w:r>
    </w:p>
    <w:p>
      <w:pPr>
        <w:pStyle w:val="FileName"/>
      </w:pPr>
      <w:r>
        <w:t>•  DSS04 Business Continuity Plan.docx</w:t>
      </w:r>
    </w:p>
    <w:p>
      <w:pPr>
        <w:pStyle w:val="FileName"/>
      </w:pPr>
      <w:r>
        <w:t>•  DSS04 Continuity Test Report.docx</w:t>
      </w:r>
    </w:p>
    <w:p>
      <w:pPr>
        <w:pStyle w:val="FileName"/>
      </w:pPr>
      <w:r>
        <w:t>•  DSS04 Business Impact Analysis Workbook.xlsx</w:t>
      </w:r>
    </w:p>
    <w:p>
      <w:pPr>
        <w:pStyle w:val="FileName"/>
      </w:pPr>
      <w:r>
        <w:t>•  DSS04 Critical Service Register.xlsx</w:t>
      </w:r>
    </w:p>
    <w:p>
      <w:pPr>
        <w:pStyle w:val="FileName"/>
      </w:pPr>
      <w:r>
        <w:t>•  DSS04 RTO and RPO Matrix.xlsx</w:t>
      </w:r>
    </w:p>
    <w:p>
      <w:pPr>
        <w:pStyle w:val="FileName"/>
      </w:pPr>
      <w:r>
        <w:t>•  DSS04 Disaster Recovery Test Schedule.xlsx</w:t>
      </w:r>
    </w:p>
    <w:p>
      <w:pPr>
        <w:pStyle w:val="FileName"/>
      </w:pPr>
      <w:r>
        <w:t>•  DSS04 Continuity Risk Register.xlsx</w:t>
      </w:r>
    </w:p>
    <w:p>
      <w:pPr>
        <w:pStyle w:val="FileName"/>
      </w:pPr>
      <w:r>
        <w:t>•  DSS04 Recovery Strategy Matrix.xlsx</w:t>
      </w:r>
    </w:p>
    <w:p>
      <w:pPr>
        <w:pStyle w:val="FileName"/>
      </w:pPr>
      <w:r>
        <w:t>•  DSS04 Crisis Contact List.xlsx</w:t>
      </w:r>
    </w:p>
    <w:p>
      <w:pPr>
        <w:pStyle w:val="FileName"/>
      </w:pPr>
      <w:r>
        <w:t>•  DSS04 Continuity Exercise Tracker.xlsx</w:t>
      </w:r>
    </w:p>
    <w:p>
      <w:pPr>
        <w:pStyle w:val="FileName"/>
      </w:pPr>
      <w:r>
        <w:t>•  DSS04 Continuity KPI Dashboard.xlsx</w:t>
      </w:r>
    </w:p>
    <w:p>
      <w:pPr>
        <w:pStyle w:val="FileName"/>
      </w:pPr>
      <w:r>
        <w:t>•  DSS04 Control Evidence Register.xlsx</w:t>
      </w:r>
    </w:p>
    <w:p>
      <w:pPr>
        <w:pStyle w:val="FileName"/>
      </w:pPr>
      <w:r>
        <w:t>•  DSS04 Business Continuity Awareness.pptx</w:t>
      </w:r>
    </w:p>
    <w:p>
      <w:pPr>
        <w:pStyle w:val="FileName"/>
      </w:pPr>
      <w:r>
        <w:t>•  DSS04 Disaster Recovery Simulation.pptx</w:t>
      </w:r>
    </w:p>
    <w:p>
      <w:pPr>
        <w:pStyle w:val="FileName"/>
      </w:pPr>
      <w:r>
        <w:t>•  DSS04 Continuity Governance Review.pptx</w:t>
      </w:r>
    </w:p>
    <w:p>
      <w:pPr>
        <w:pStyle w:val="Heading1"/>
        <w:keepNext/>
      </w:pPr>
      <w:r>
        <w:t>Part 10. DSS05 Manage Security Services Toolkit</w:t>
      </w:r>
    </w:p>
    <w:p>
      <w:pPr>
        <w:pStyle w:val="FileName"/>
      </w:pPr>
      <w:r>
        <w:t>•  DSS05 Information Security Services Policy.docx</w:t>
      </w:r>
    </w:p>
    <w:p>
      <w:pPr>
        <w:pStyle w:val="FileName"/>
      </w:pPr>
      <w:r>
        <w:t>•  DSS05 Security Operations Procedure.docx</w:t>
      </w:r>
    </w:p>
    <w:p>
      <w:pPr>
        <w:pStyle w:val="FileName"/>
      </w:pPr>
      <w:r>
        <w:t>•  DSS05 Access Control Operations Procedure.docx</w:t>
      </w:r>
    </w:p>
    <w:p>
      <w:pPr>
        <w:pStyle w:val="FileName"/>
      </w:pPr>
      <w:r>
        <w:t>•  DSS05 Vulnerability Management Procedure.docx</w:t>
      </w:r>
    </w:p>
    <w:p>
      <w:pPr>
        <w:pStyle w:val="FileName"/>
      </w:pPr>
      <w:r>
        <w:t>•  DSS05 Security Monitoring Procedure.docx</w:t>
      </w:r>
    </w:p>
    <w:p>
      <w:pPr>
        <w:pStyle w:val="FileName"/>
      </w:pPr>
      <w:r>
        <w:t>•  DSS05 Malware Protection Procedure.docx</w:t>
      </w:r>
    </w:p>
    <w:p>
      <w:pPr>
        <w:pStyle w:val="FileName"/>
      </w:pPr>
      <w:r>
        <w:t>•  DSS05 Security Incident Handling Procedure.docx</w:t>
      </w:r>
    </w:p>
    <w:p>
      <w:pPr>
        <w:pStyle w:val="FileName"/>
      </w:pPr>
      <w:r>
        <w:t>•  DSS05 Log Monitoring Procedure.docx</w:t>
      </w:r>
    </w:p>
    <w:p>
      <w:pPr>
        <w:pStyle w:val="FileName"/>
      </w:pPr>
      <w:r>
        <w:t>•  DSS05 Security Services Review Report.docx</w:t>
      </w:r>
    </w:p>
    <w:p>
      <w:pPr>
        <w:pStyle w:val="FileName"/>
      </w:pPr>
      <w:r>
        <w:t>•  DSS05 Security Incident Register.xlsx</w:t>
      </w:r>
    </w:p>
    <w:p>
      <w:pPr>
        <w:pStyle w:val="FileName"/>
      </w:pPr>
      <w:r>
        <w:t>•  DSS05 Access Review Tracker.xlsx</w:t>
      </w:r>
    </w:p>
    <w:p>
      <w:pPr>
        <w:pStyle w:val="FileName"/>
      </w:pPr>
      <w:r>
        <w:t>•  DSS05 Vulnerability Register.xlsx</w:t>
      </w:r>
    </w:p>
    <w:p>
      <w:pPr>
        <w:pStyle w:val="FileName"/>
      </w:pPr>
      <w:r>
        <w:t>•  DSS05 Patch Compliance Tracker.xlsx</w:t>
      </w:r>
    </w:p>
    <w:p>
      <w:pPr>
        <w:pStyle w:val="FileName"/>
      </w:pPr>
      <w:r>
        <w:t>•  DSS05 Security Monitoring Log.xlsx</w:t>
      </w:r>
    </w:p>
    <w:p>
      <w:pPr>
        <w:pStyle w:val="FileName"/>
      </w:pPr>
      <w:r>
        <w:t>•  DSS05 Malware Protection Status Tracker.xlsx</w:t>
      </w:r>
    </w:p>
    <w:p>
      <w:pPr>
        <w:pStyle w:val="FileName"/>
      </w:pPr>
      <w:r>
        <w:t>•  DSS05 Privileged Access Register.xlsx</w:t>
      </w:r>
    </w:p>
    <w:p>
      <w:pPr>
        <w:pStyle w:val="FileName"/>
      </w:pPr>
      <w:r>
        <w:t>•  DSS05 Security KPI Dashboard.xlsx</w:t>
      </w:r>
    </w:p>
    <w:p>
      <w:pPr>
        <w:pStyle w:val="FileName"/>
      </w:pPr>
      <w:r>
        <w:t>•  DSS05 Control Evidence Register.xlsx</w:t>
      </w:r>
    </w:p>
    <w:p>
      <w:pPr>
        <w:pStyle w:val="FileName"/>
      </w:pPr>
      <w:r>
        <w:t>•  DSS05 Security Exceptions Register.xlsx</w:t>
      </w:r>
    </w:p>
    <w:p>
      <w:pPr>
        <w:pStyle w:val="FileName"/>
      </w:pPr>
      <w:r>
        <w:t>•  DSS05 Security Services Training.pptx</w:t>
      </w:r>
    </w:p>
    <w:p>
      <w:pPr>
        <w:pStyle w:val="FileName"/>
      </w:pPr>
      <w:r>
        <w:t>•  DSS05 Security Operations Governance Review.pptx</w:t>
      </w:r>
    </w:p>
    <w:p>
      <w:pPr>
        <w:pStyle w:val="FileName"/>
      </w:pPr>
      <w:r>
        <w:t>•  DSS05 Security Incident Response Simulation.pptx</w:t>
      </w:r>
    </w:p>
    <w:p>
      <w:pPr>
        <w:pStyle w:val="Heading1"/>
        <w:keepNext/>
      </w:pPr>
      <w:r>
        <w:t>Part 11. DSS06 Manage Business Process Controls Toolkit</w:t>
      </w:r>
    </w:p>
    <w:p>
      <w:pPr>
        <w:pStyle w:val="FileName"/>
      </w:pPr>
      <w:r>
        <w:t>•  DSS06 Business Process Controls Policy.docx</w:t>
      </w:r>
    </w:p>
    <w:p>
      <w:pPr>
        <w:pStyle w:val="FileName"/>
      </w:pPr>
      <w:r>
        <w:t>•  DSS06 Control Design Procedure.docx</w:t>
      </w:r>
    </w:p>
    <w:p>
      <w:pPr>
        <w:pStyle w:val="FileName"/>
      </w:pPr>
      <w:r>
        <w:t>•  DSS06 Transaction Processing Control Procedure.docx</w:t>
      </w:r>
    </w:p>
    <w:p>
      <w:pPr>
        <w:pStyle w:val="FileName"/>
      </w:pPr>
      <w:r>
        <w:t>•  DSS06 Data Quality Control Procedure.docx</w:t>
      </w:r>
    </w:p>
    <w:p>
      <w:pPr>
        <w:pStyle w:val="FileName"/>
      </w:pPr>
      <w:r>
        <w:t>•  DSS06 Exception Handling Procedure.docx</w:t>
      </w:r>
    </w:p>
    <w:p>
      <w:pPr>
        <w:pStyle w:val="FileName"/>
      </w:pPr>
      <w:r>
        <w:t>•  DSS06 Segregation of Duties Procedure.docx</w:t>
      </w:r>
    </w:p>
    <w:p>
      <w:pPr>
        <w:pStyle w:val="FileName"/>
      </w:pPr>
      <w:r>
        <w:t>•  DSS06 Control Self Assessment Procedure.docx</w:t>
      </w:r>
    </w:p>
    <w:p>
      <w:pPr>
        <w:pStyle w:val="FileName"/>
      </w:pPr>
      <w:r>
        <w:t>•  DSS06 Business Control Review Report.docx</w:t>
      </w:r>
    </w:p>
    <w:p>
      <w:pPr>
        <w:pStyle w:val="FileName"/>
      </w:pPr>
      <w:r>
        <w:t>•  DSS06 Business Process Control Matrix.xlsx</w:t>
      </w:r>
    </w:p>
    <w:p>
      <w:pPr>
        <w:pStyle w:val="FileName"/>
      </w:pPr>
      <w:r>
        <w:t>•  DSS06 Key Control Register.xlsx</w:t>
      </w:r>
    </w:p>
    <w:p>
      <w:pPr>
        <w:pStyle w:val="FileName"/>
      </w:pPr>
      <w:r>
        <w:t>•  DSS06 Transaction Control Checklist.xlsx</w:t>
      </w:r>
    </w:p>
    <w:p>
      <w:pPr>
        <w:pStyle w:val="FileName"/>
      </w:pPr>
      <w:r>
        <w:t>•  DSS06 Exception Register.xlsx</w:t>
      </w:r>
    </w:p>
    <w:p>
      <w:pPr>
        <w:pStyle w:val="FileName"/>
      </w:pPr>
      <w:r>
        <w:t>•  DSS06 Data Quality Issue Tracker.xlsx</w:t>
      </w:r>
    </w:p>
    <w:p>
      <w:pPr>
        <w:pStyle w:val="FileName"/>
      </w:pPr>
      <w:r>
        <w:t>•  DSS06 Segregation of Duties Matrix.xlsx</w:t>
      </w:r>
    </w:p>
    <w:p>
      <w:pPr>
        <w:pStyle w:val="FileName"/>
      </w:pPr>
      <w:r>
        <w:t>•  DSS06 Control Self Assessment Workbook.xlsx</w:t>
      </w:r>
    </w:p>
    <w:p>
      <w:pPr>
        <w:pStyle w:val="FileName"/>
      </w:pPr>
      <w:r>
        <w:t>•  DSS06 Control Testing Tracker.xlsx</w:t>
      </w:r>
    </w:p>
    <w:p>
      <w:pPr>
        <w:pStyle w:val="FileName"/>
      </w:pPr>
      <w:r>
        <w:t>•  DSS06 Business Control KPI Dashboard.xlsx</w:t>
      </w:r>
    </w:p>
    <w:p>
      <w:pPr>
        <w:pStyle w:val="FileName"/>
      </w:pPr>
      <w:r>
        <w:t>•  DSS06 Control Evidence Register.xlsx</w:t>
      </w:r>
    </w:p>
    <w:p>
      <w:pPr>
        <w:pStyle w:val="FileName"/>
      </w:pPr>
      <w:r>
        <w:t>•  DSS06 Business Process Controls Training.pptx</w:t>
      </w:r>
    </w:p>
    <w:p>
      <w:pPr>
        <w:pStyle w:val="FileName"/>
      </w:pPr>
      <w:r>
        <w:t>•  DSS06 Control Self Assessment Workshop.pptx</w:t>
      </w:r>
    </w:p>
    <w:p>
      <w:pPr>
        <w:pStyle w:val="FileName"/>
      </w:pPr>
      <w:r>
        <w:t>•  DSS06 Business Control Governance Review.pptx</w:t>
      </w:r>
    </w:p>
    <w:p>
      <w:pPr>
        <w:pStyle w:val="Heading1"/>
        <w:keepNext/>
      </w:pPr>
      <w:r>
        <w:t>Part 12. DSS Policy, Procedure and Control Library</w:t>
      </w:r>
    </w:p>
    <w:p>
      <w:pPr>
        <w:pStyle w:val="FileName"/>
      </w:pPr>
      <w:r>
        <w:t>•  DSS Integrated Policy Framework.docx</w:t>
      </w:r>
    </w:p>
    <w:p>
      <w:pPr>
        <w:pStyle w:val="FileName"/>
      </w:pPr>
      <w:r>
        <w:t>•  DSS Integrated Procedure Manual.docx</w:t>
      </w:r>
    </w:p>
    <w:p>
      <w:pPr>
        <w:pStyle w:val="FileName"/>
      </w:pPr>
      <w:r>
        <w:t>•  DSS Process Control Standard.docx</w:t>
      </w:r>
    </w:p>
    <w:p>
      <w:pPr>
        <w:pStyle w:val="FileName"/>
      </w:pPr>
      <w:r>
        <w:t>•  DSS Evidence Management Standard.docx</w:t>
      </w:r>
    </w:p>
    <w:p>
      <w:pPr>
        <w:pStyle w:val="FileName"/>
      </w:pPr>
      <w:r>
        <w:t>•  DSS Process Compliance Standard.docx</w:t>
      </w:r>
    </w:p>
    <w:p>
      <w:pPr>
        <w:pStyle w:val="FileName"/>
      </w:pPr>
      <w:r>
        <w:t>•  DSS Management Reporting Standard.docx</w:t>
      </w:r>
    </w:p>
    <w:p>
      <w:pPr>
        <w:pStyle w:val="FileName"/>
      </w:pPr>
      <w:r>
        <w:t>•  DSS Continuous Improvement Standard.docx</w:t>
      </w:r>
    </w:p>
    <w:p>
      <w:pPr>
        <w:pStyle w:val="FileName"/>
      </w:pPr>
      <w:r>
        <w:t>•  DSS Policy Register.xlsx</w:t>
      </w:r>
    </w:p>
    <w:p>
      <w:pPr>
        <w:pStyle w:val="FileName"/>
      </w:pPr>
      <w:r>
        <w:t>•  DSS Procedure Register.xlsx</w:t>
      </w:r>
    </w:p>
    <w:p>
      <w:pPr>
        <w:pStyle w:val="FileName"/>
      </w:pPr>
      <w:r>
        <w:t>•  DSS Control Library.xlsx</w:t>
      </w:r>
    </w:p>
    <w:p>
      <w:pPr>
        <w:pStyle w:val="FileName"/>
      </w:pPr>
      <w:r>
        <w:t>•  DSS Evidence Library.xlsx</w:t>
      </w:r>
    </w:p>
    <w:p>
      <w:pPr>
        <w:pStyle w:val="FileName"/>
      </w:pPr>
      <w:r>
        <w:t>•  DSS Compliance Obligation Matrix.xlsx</w:t>
      </w:r>
    </w:p>
    <w:p>
      <w:pPr>
        <w:pStyle w:val="FileName"/>
      </w:pPr>
      <w:r>
        <w:t>•  DSS Control Frequency Matrix.xlsx</w:t>
      </w:r>
    </w:p>
    <w:p>
      <w:pPr>
        <w:pStyle w:val="FileName"/>
      </w:pPr>
      <w:r>
        <w:t>•  DSS Control Automation Register.xlsx</w:t>
      </w:r>
    </w:p>
    <w:p>
      <w:pPr>
        <w:pStyle w:val="FileName"/>
      </w:pPr>
      <w:r>
        <w:t>•  DSS Control Testing Calendar.xlsx</w:t>
      </w:r>
    </w:p>
    <w:p>
      <w:pPr>
        <w:pStyle w:val="Heading1"/>
        <w:keepNext/>
      </w:pPr>
      <w:r>
        <w:t>Part 13. DSS KPI, Metrics and Reporting</w:t>
      </w:r>
    </w:p>
    <w:p>
      <w:pPr>
        <w:pStyle w:val="FileName"/>
      </w:pPr>
      <w:r>
        <w:t>•  DSS Performance Measurement Framework.docx</w:t>
      </w:r>
    </w:p>
    <w:p>
      <w:pPr>
        <w:pStyle w:val="FileName"/>
      </w:pPr>
      <w:r>
        <w:t>•  DSS KPI Definition Catalogue.docx</w:t>
      </w:r>
    </w:p>
    <w:p>
      <w:pPr>
        <w:pStyle w:val="FileName"/>
      </w:pPr>
      <w:r>
        <w:t>•  DSS Management Reporting Procedure.docx</w:t>
      </w:r>
    </w:p>
    <w:p>
      <w:pPr>
        <w:pStyle w:val="FileName"/>
      </w:pPr>
      <w:r>
        <w:t>•  DSS Service Review Meeting Procedure.docx</w:t>
      </w:r>
    </w:p>
    <w:p>
      <w:pPr>
        <w:pStyle w:val="FileName"/>
      </w:pPr>
      <w:r>
        <w:t>•  DSS Monthly Service Performance Report.docx</w:t>
      </w:r>
    </w:p>
    <w:p>
      <w:pPr>
        <w:pStyle w:val="FileName"/>
      </w:pPr>
      <w:r>
        <w:t>•  DSS Executive Governance Report.docx</w:t>
      </w:r>
    </w:p>
    <w:p>
      <w:pPr>
        <w:pStyle w:val="FileName"/>
      </w:pPr>
      <w:r>
        <w:t>•  DSS KPI Catalogue.xlsx</w:t>
      </w:r>
    </w:p>
    <w:p>
      <w:pPr>
        <w:pStyle w:val="FileName"/>
      </w:pPr>
      <w:r>
        <w:t>•  DSS Metric Definition Matrix.xlsx</w:t>
      </w:r>
    </w:p>
    <w:p>
      <w:pPr>
        <w:pStyle w:val="FileName"/>
      </w:pPr>
      <w:r>
        <w:t>•  DSS SLA KPI Dashboard.xlsx</w:t>
      </w:r>
    </w:p>
    <w:p>
      <w:pPr>
        <w:pStyle w:val="FileName"/>
      </w:pPr>
      <w:r>
        <w:t>•  DSS Operations Performance Dashboard.xlsx</w:t>
      </w:r>
    </w:p>
    <w:p>
      <w:pPr>
        <w:pStyle w:val="FileName"/>
      </w:pPr>
      <w:r>
        <w:t>•  DSS Incident and Request Dashboard.xlsx</w:t>
      </w:r>
    </w:p>
    <w:p>
      <w:pPr>
        <w:pStyle w:val="FileName"/>
      </w:pPr>
      <w:r>
        <w:t>•  DSS Problem Management Dashboard.xlsx</w:t>
      </w:r>
    </w:p>
    <w:p>
      <w:pPr>
        <w:pStyle w:val="FileName"/>
      </w:pPr>
      <w:r>
        <w:t>•  DSS Continuity Dashboard.xlsx</w:t>
      </w:r>
    </w:p>
    <w:p>
      <w:pPr>
        <w:pStyle w:val="FileName"/>
      </w:pPr>
      <w:r>
        <w:t>•  DSS Security Services Dashboard.xlsx</w:t>
      </w:r>
    </w:p>
    <w:p>
      <w:pPr>
        <w:pStyle w:val="FileName"/>
      </w:pPr>
      <w:r>
        <w:t>•  DSS Business Controls Dashboard.xlsx</w:t>
      </w:r>
    </w:p>
    <w:p>
      <w:pPr>
        <w:pStyle w:val="FileName"/>
      </w:pPr>
      <w:r>
        <w:t>•  DSS Monthly Reporting Data Pack.xlsx</w:t>
      </w:r>
    </w:p>
    <w:p>
      <w:pPr>
        <w:pStyle w:val="FileName"/>
      </w:pPr>
      <w:r>
        <w:t>•  DSS Monthly Service Review.pptx</w:t>
      </w:r>
    </w:p>
    <w:p>
      <w:pPr>
        <w:pStyle w:val="FileName"/>
      </w:pPr>
      <w:r>
        <w:t>•  DSS Executive Performance Review.pptx</w:t>
      </w:r>
    </w:p>
    <w:p>
      <w:pPr>
        <w:pStyle w:val="FileName"/>
      </w:pPr>
      <w:r>
        <w:t>•  DSS KPI Framework Presentation.pptx</w:t>
      </w:r>
    </w:p>
    <w:p>
      <w:pPr>
        <w:pStyle w:val="Heading1"/>
        <w:keepNext/>
      </w:pPr>
      <w:r>
        <w:t>Part 14. DSS Pilot, Testing and Validation</w:t>
      </w:r>
    </w:p>
    <w:p>
      <w:pPr>
        <w:pStyle w:val="FileName"/>
      </w:pPr>
      <w:r>
        <w:t>•  DSS Pilot Plan.docx</w:t>
      </w:r>
    </w:p>
    <w:p>
      <w:pPr>
        <w:pStyle w:val="FileName"/>
      </w:pPr>
      <w:r>
        <w:t>•  DSS Process Test Plan.docx</w:t>
      </w:r>
    </w:p>
    <w:p>
      <w:pPr>
        <w:pStyle w:val="FileName"/>
      </w:pPr>
      <w:r>
        <w:t>•  DSS User Acceptance Test Plan.docx</w:t>
      </w:r>
    </w:p>
    <w:p>
      <w:pPr>
        <w:pStyle w:val="FileName"/>
      </w:pPr>
      <w:r>
        <w:t>•  DSS Control Validation Procedure.docx</w:t>
      </w:r>
    </w:p>
    <w:p>
      <w:pPr>
        <w:pStyle w:val="FileName"/>
      </w:pPr>
      <w:r>
        <w:t>•  DSS Pilot Results Report.docx</w:t>
      </w:r>
    </w:p>
    <w:p>
      <w:pPr>
        <w:pStyle w:val="FileName"/>
      </w:pPr>
      <w:r>
        <w:t>•  DSS UAT Summary Report.docx</w:t>
      </w:r>
    </w:p>
    <w:p>
      <w:pPr>
        <w:pStyle w:val="FileName"/>
      </w:pPr>
      <w:r>
        <w:t>•  DSS Remediation Plan.docx</w:t>
      </w:r>
    </w:p>
    <w:p>
      <w:pPr>
        <w:pStyle w:val="FileName"/>
      </w:pPr>
      <w:r>
        <w:t>•  DSS Go-live Readiness Assessment.docx</w:t>
      </w:r>
    </w:p>
    <w:p>
      <w:pPr>
        <w:pStyle w:val="FileName"/>
      </w:pPr>
      <w:r>
        <w:t>•  DSS Pilot Scope Matrix.xlsx</w:t>
      </w:r>
    </w:p>
    <w:p>
      <w:pPr>
        <w:pStyle w:val="FileName"/>
      </w:pPr>
      <w:r>
        <w:t>•  DSS Test Case Register.xlsx</w:t>
      </w:r>
    </w:p>
    <w:p>
      <w:pPr>
        <w:pStyle w:val="FileName"/>
      </w:pPr>
      <w:r>
        <w:t>•  DSS UAT Scenario Matrix.xlsx</w:t>
      </w:r>
    </w:p>
    <w:p>
      <w:pPr>
        <w:pStyle w:val="FileName"/>
      </w:pPr>
      <w:r>
        <w:t>•  DSS Defect Log.xlsx</w:t>
      </w:r>
    </w:p>
    <w:p>
      <w:pPr>
        <w:pStyle w:val="FileName"/>
      </w:pPr>
      <w:r>
        <w:t>•  DSS Control Validation Tracker.xlsx</w:t>
      </w:r>
    </w:p>
    <w:p>
      <w:pPr>
        <w:pStyle w:val="FileName"/>
      </w:pPr>
      <w:r>
        <w:t>•  DSS Pilot Feedback Tracker.xlsx</w:t>
      </w:r>
    </w:p>
    <w:p>
      <w:pPr>
        <w:pStyle w:val="FileName"/>
      </w:pPr>
      <w:r>
        <w:t>•  DSS Remediation Tracker.xlsx</w:t>
      </w:r>
    </w:p>
    <w:p>
      <w:pPr>
        <w:pStyle w:val="FileName"/>
      </w:pPr>
      <w:r>
        <w:t>•  DSS Go-live Readiness Checklist.xlsx</w:t>
      </w:r>
    </w:p>
    <w:p>
      <w:pPr>
        <w:pStyle w:val="FileName"/>
      </w:pPr>
      <w:r>
        <w:t>•  DSS Pilot Kick-off.pptx</w:t>
      </w:r>
    </w:p>
    <w:p>
      <w:pPr>
        <w:pStyle w:val="FileName"/>
      </w:pPr>
      <w:r>
        <w:t>•  DSS Pilot Results Presentation.pptx</w:t>
      </w:r>
    </w:p>
    <w:p>
      <w:pPr>
        <w:pStyle w:val="FileName"/>
      </w:pPr>
      <w:r>
        <w:t>•  DSS Go-live Readiness Review.pptx</w:t>
      </w:r>
    </w:p>
    <w:p>
      <w:pPr>
        <w:pStyle w:val="Heading1"/>
        <w:keepNext/>
      </w:pPr>
      <w:r>
        <w:t>Part 15. DSS Compliance, Assurance and Audit Readiness</w:t>
      </w:r>
    </w:p>
    <w:p>
      <w:pPr>
        <w:pStyle w:val="FileName"/>
      </w:pPr>
      <w:r>
        <w:t>•  DSS Compliance Assessment Plan.docx</w:t>
      </w:r>
    </w:p>
    <w:p>
      <w:pPr>
        <w:pStyle w:val="FileName"/>
      </w:pPr>
      <w:r>
        <w:t>•  DSS Control Testing Procedure.docx</w:t>
      </w:r>
    </w:p>
    <w:p>
      <w:pPr>
        <w:pStyle w:val="FileName"/>
      </w:pPr>
      <w:r>
        <w:t>•  DSS Internal Assurance Review Report.docx</w:t>
      </w:r>
    </w:p>
    <w:p>
      <w:pPr>
        <w:pStyle w:val="FileName"/>
      </w:pPr>
      <w:r>
        <w:t>•  DSS Audit Readiness Report.docx</w:t>
      </w:r>
    </w:p>
    <w:p>
      <w:pPr>
        <w:pStyle w:val="FileName"/>
      </w:pPr>
      <w:r>
        <w:t>•  DSS Management Action Plan.docx</w:t>
      </w:r>
    </w:p>
    <w:p>
      <w:pPr>
        <w:pStyle w:val="FileName"/>
      </w:pPr>
      <w:r>
        <w:t>•  DSS Control Exception Report.docx</w:t>
      </w:r>
    </w:p>
    <w:p>
      <w:pPr>
        <w:pStyle w:val="FileName"/>
      </w:pPr>
      <w:r>
        <w:t>•  DSS Evidence Retention Guideline.docx</w:t>
      </w:r>
    </w:p>
    <w:p>
      <w:pPr>
        <w:pStyle w:val="FileName"/>
      </w:pPr>
      <w:r>
        <w:t>•  DSS Compliance Assessment Workbook.xlsx</w:t>
      </w:r>
    </w:p>
    <w:p>
      <w:pPr>
        <w:pStyle w:val="FileName"/>
      </w:pPr>
      <w:r>
        <w:t>•  DSS Control Testing Matrix.xlsx</w:t>
      </w:r>
    </w:p>
    <w:p>
      <w:pPr>
        <w:pStyle w:val="FileName"/>
      </w:pPr>
      <w:r>
        <w:t>•  DSS Evidence Request Tracker.xlsx</w:t>
      </w:r>
    </w:p>
    <w:p>
      <w:pPr>
        <w:pStyle w:val="FileName"/>
      </w:pPr>
      <w:r>
        <w:t>•  DSS Audit Issue Tracker.xlsx</w:t>
      </w:r>
    </w:p>
    <w:p>
      <w:pPr>
        <w:pStyle w:val="FileName"/>
      </w:pPr>
      <w:r>
        <w:t>•  DSS Management Action Plan Tracker.xlsx</w:t>
      </w:r>
    </w:p>
    <w:p>
      <w:pPr>
        <w:pStyle w:val="FileName"/>
      </w:pPr>
      <w:r>
        <w:t>•  DSS Control Exception Register.xlsx</w:t>
      </w:r>
    </w:p>
    <w:p>
      <w:pPr>
        <w:pStyle w:val="FileName"/>
      </w:pPr>
      <w:r>
        <w:t>•  DSS Audit Readiness Checklist.xlsx</w:t>
      </w:r>
    </w:p>
    <w:p>
      <w:pPr>
        <w:pStyle w:val="FileName"/>
      </w:pPr>
      <w:r>
        <w:t>•  DSS Assurance Findings Dashboard.xlsx</w:t>
      </w:r>
    </w:p>
    <w:p>
      <w:pPr>
        <w:pStyle w:val="FileName"/>
      </w:pPr>
      <w:r>
        <w:t>•  DSS Audit Readiness Presentation.pptx</w:t>
      </w:r>
    </w:p>
    <w:p>
      <w:pPr>
        <w:pStyle w:val="FileName"/>
      </w:pPr>
      <w:r>
        <w:t>•  DSS Assurance Findings Presentation.pptx</w:t>
      </w:r>
    </w:p>
    <w:p>
      <w:pPr>
        <w:pStyle w:val="FileName"/>
      </w:pPr>
      <w:r>
        <w:t>•  DSS Compliance Governance.pptx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DSS | Deliver, Service, Support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