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BAI – Build, Acquire, and Implement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16 Parts   |   242 Templates   |   102 DOCX   |   90 XLSX   |   50 PPTX</w:t>
      </w:r>
    </w:p>
    <w:p>
      <w:pPr>
        <w:pStyle w:val="Heading1"/>
        <w:keepNext/>
      </w:pPr>
      <w:r>
        <w:t>Part 1. BAI Program Initiation &amp; Governance Setup</w:t>
      </w:r>
    </w:p>
    <w:p>
      <w:pPr>
        <w:pStyle w:val="FileName"/>
      </w:pPr>
      <w:r>
        <w:t>•  BAI Implementation Program Charter.docx</w:t>
      </w:r>
    </w:p>
    <w:p>
      <w:pPr>
        <w:pStyle w:val="FileName"/>
      </w:pPr>
      <w:r>
        <w:t>•  BAI Governance Structure and Roles Template.docx</w:t>
      </w:r>
    </w:p>
    <w:p>
      <w:pPr>
        <w:pStyle w:val="FileName"/>
      </w:pPr>
      <w:r>
        <w:t>•  BAI Stakeholder Register Template.docx</w:t>
      </w:r>
    </w:p>
    <w:p>
      <w:pPr>
        <w:pStyle w:val="FileName"/>
      </w:pPr>
      <w:r>
        <w:t>•  BAI Engagement Scope Statement.docx</w:t>
      </w:r>
    </w:p>
    <w:p>
      <w:pPr>
        <w:pStyle w:val="FileName"/>
      </w:pPr>
      <w:r>
        <w:t>•  BAI Implementation Principles and Assumptions.docx</w:t>
      </w:r>
    </w:p>
    <w:p>
      <w:pPr>
        <w:pStyle w:val="FileName"/>
      </w:pPr>
      <w:r>
        <w:t>•  BAI Program Terms of Reference.docx</w:t>
      </w:r>
    </w:p>
    <w:p>
      <w:pPr>
        <w:pStyle w:val="FileName"/>
      </w:pPr>
      <w:r>
        <w:t>•  BAI Executive Sponsorship Brief.docx</w:t>
      </w:r>
    </w:p>
    <w:p>
      <w:pPr>
        <w:pStyle w:val="FileName"/>
      </w:pPr>
      <w:r>
        <w:t>•  BAI Communication Strategy.docx</w:t>
      </w:r>
    </w:p>
    <w:p>
      <w:pPr>
        <w:pStyle w:val="FileName"/>
      </w:pPr>
      <w:r>
        <w:t>•  BAI Stakeholder Mapping Matrix.xlsx</w:t>
      </w:r>
    </w:p>
    <w:p>
      <w:pPr>
        <w:pStyle w:val="FileName"/>
      </w:pPr>
      <w:r>
        <w:t>•  BAI RACI Matrix.xlsx</w:t>
      </w:r>
    </w:p>
    <w:p>
      <w:pPr>
        <w:pStyle w:val="FileName"/>
      </w:pPr>
      <w:r>
        <w:t>•  BAI Program Governance Tracker.xlsx</w:t>
      </w:r>
    </w:p>
    <w:p>
      <w:pPr>
        <w:pStyle w:val="FileName"/>
      </w:pPr>
      <w:r>
        <w:t>•  BAI Decision Log.xlsx</w:t>
      </w:r>
    </w:p>
    <w:p>
      <w:pPr>
        <w:pStyle w:val="FileName"/>
      </w:pPr>
      <w:r>
        <w:t>•  BAI Issue and Dependency Register.xlsx</w:t>
      </w:r>
    </w:p>
    <w:p>
      <w:pPr>
        <w:pStyle w:val="FileName"/>
      </w:pPr>
      <w:r>
        <w:t>•  BAI Executive Kick-off Presentation.pptx</w:t>
      </w:r>
    </w:p>
    <w:p>
      <w:pPr>
        <w:pStyle w:val="FileName"/>
      </w:pPr>
      <w:r>
        <w:t>•  BAI Governance Model Presentation.pptx</w:t>
      </w:r>
    </w:p>
    <w:p>
      <w:pPr>
        <w:pStyle w:val="FileName"/>
      </w:pPr>
      <w:r>
        <w:t>•  BAI Implementation Roadmap Overview.pptx</w:t>
      </w:r>
    </w:p>
    <w:p>
      <w:pPr>
        <w:pStyle w:val="Heading1"/>
        <w:keepNext/>
      </w:pPr>
      <w:r>
        <w:t>Part 2. Current State Assessment &amp; Capability Baseline</w:t>
      </w:r>
    </w:p>
    <w:p>
      <w:pPr>
        <w:pStyle w:val="FileName"/>
      </w:pPr>
      <w:r>
        <w:t>•  BAI Current-State Assessment Report.docx</w:t>
      </w:r>
    </w:p>
    <w:p>
      <w:pPr>
        <w:pStyle w:val="FileName"/>
      </w:pPr>
      <w:r>
        <w:t>•  BAI Process Assessment Questionnaire.docx</w:t>
      </w:r>
    </w:p>
    <w:p>
      <w:pPr>
        <w:pStyle w:val="FileName"/>
      </w:pPr>
      <w:r>
        <w:t>•  BAI Capability Assessment Methodology.docx</w:t>
      </w:r>
    </w:p>
    <w:p>
      <w:pPr>
        <w:pStyle w:val="FileName"/>
      </w:pPr>
      <w:r>
        <w:t>•  BAI Interview Guide.docx</w:t>
      </w:r>
    </w:p>
    <w:p>
      <w:pPr>
        <w:pStyle w:val="FileName"/>
      </w:pPr>
      <w:r>
        <w:t>•  BAI Evidence Collection Guide.docx</w:t>
      </w:r>
    </w:p>
    <w:p>
      <w:pPr>
        <w:pStyle w:val="FileName"/>
      </w:pPr>
      <w:r>
        <w:t>•  BAI Process Maturity Findings Report.docx</w:t>
      </w:r>
    </w:p>
    <w:p>
      <w:pPr>
        <w:pStyle w:val="FileName"/>
      </w:pPr>
      <w:r>
        <w:t>•  BAI Pain Point Analysis Report.docx</w:t>
      </w:r>
    </w:p>
    <w:p>
      <w:pPr>
        <w:pStyle w:val="FileName"/>
      </w:pPr>
      <w:r>
        <w:t>•  BAI Process Capability Assessment Workbook.xlsx</w:t>
      </w:r>
    </w:p>
    <w:p>
      <w:pPr>
        <w:pStyle w:val="FileName"/>
      </w:pPr>
      <w:r>
        <w:t>•  BAI Evidence Collection Tracker.xlsx</w:t>
      </w:r>
    </w:p>
    <w:p>
      <w:pPr>
        <w:pStyle w:val="FileName"/>
      </w:pPr>
      <w:r>
        <w:t>•  BAI Interview Schedule Tracker.xlsx</w:t>
      </w:r>
    </w:p>
    <w:p>
      <w:pPr>
        <w:pStyle w:val="FileName"/>
      </w:pPr>
      <w:r>
        <w:t>•  BAI Current-State Gap Register.xlsx</w:t>
      </w:r>
    </w:p>
    <w:p>
      <w:pPr>
        <w:pStyle w:val="FileName"/>
      </w:pPr>
      <w:r>
        <w:t>•  BAI Process Pain Point Register.xlsx</w:t>
      </w:r>
    </w:p>
    <w:p>
      <w:pPr>
        <w:pStyle w:val="FileName"/>
      </w:pPr>
      <w:r>
        <w:t>•  BAI Capability Scoring Matrix.xlsx</w:t>
      </w:r>
    </w:p>
    <w:p>
      <w:pPr>
        <w:pStyle w:val="FileName"/>
      </w:pPr>
      <w:r>
        <w:t>•  BAI Current-State Findings Presentation.pptx</w:t>
      </w:r>
    </w:p>
    <w:p>
      <w:pPr>
        <w:pStyle w:val="FileName"/>
      </w:pPr>
      <w:r>
        <w:t>•  BAI Capability Baseline Presentation.pptx</w:t>
      </w:r>
    </w:p>
    <w:p>
      <w:pPr>
        <w:pStyle w:val="FileName"/>
      </w:pPr>
      <w:r>
        <w:t>•  BAI Assessment Summary for Executives.pptx</w:t>
      </w:r>
    </w:p>
    <w:p>
      <w:pPr>
        <w:pStyle w:val="Heading1"/>
        <w:keepNext/>
      </w:pPr>
      <w:r>
        <w:t>Part 3. Target State Design &amp; BAI Process Architecture</w:t>
      </w:r>
    </w:p>
    <w:p>
      <w:pPr>
        <w:pStyle w:val="FileName"/>
      </w:pPr>
      <w:r>
        <w:t>•  BAI Target Operating Model.docx</w:t>
      </w:r>
    </w:p>
    <w:p>
      <w:pPr>
        <w:pStyle w:val="FileName"/>
      </w:pPr>
      <w:r>
        <w:t>•  BAI Process Architecture Document.docx</w:t>
      </w:r>
    </w:p>
    <w:p>
      <w:pPr>
        <w:pStyle w:val="FileName"/>
      </w:pPr>
      <w:r>
        <w:t>•  BAI Target-State Process Design Template.docx</w:t>
      </w:r>
    </w:p>
    <w:p>
      <w:pPr>
        <w:pStyle w:val="FileName"/>
      </w:pPr>
      <w:r>
        <w:t>•  BAI Process Ownership Model.docx</w:t>
      </w:r>
    </w:p>
    <w:p>
      <w:pPr>
        <w:pStyle w:val="FileName"/>
      </w:pPr>
      <w:r>
        <w:t>•  BAI Policy Framework Template.docx</w:t>
      </w:r>
    </w:p>
    <w:p>
      <w:pPr>
        <w:pStyle w:val="FileName"/>
      </w:pPr>
      <w:r>
        <w:t>•  BAI Control Objective Mapping Document.docx</w:t>
      </w:r>
    </w:p>
    <w:p>
      <w:pPr>
        <w:pStyle w:val="FileName"/>
      </w:pPr>
      <w:r>
        <w:t>•  BAI Process Integration Blueprint.docx</w:t>
      </w:r>
    </w:p>
    <w:p>
      <w:pPr>
        <w:pStyle w:val="FileName"/>
      </w:pPr>
      <w:r>
        <w:t>•  BAI Target-State Process Inventory.xlsx</w:t>
      </w:r>
    </w:p>
    <w:p>
      <w:pPr>
        <w:pStyle w:val="FileName"/>
      </w:pPr>
      <w:r>
        <w:t>•  BAI Process Ownership Matrix.xlsx</w:t>
      </w:r>
    </w:p>
    <w:p>
      <w:pPr>
        <w:pStyle w:val="FileName"/>
      </w:pPr>
      <w:r>
        <w:t>•  BAI Control Mapping Matrix.xlsx</w:t>
      </w:r>
    </w:p>
    <w:p>
      <w:pPr>
        <w:pStyle w:val="FileName"/>
      </w:pPr>
      <w:r>
        <w:t>•  BAI Process Integration Matrix.xlsx</w:t>
      </w:r>
    </w:p>
    <w:p>
      <w:pPr>
        <w:pStyle w:val="FileName"/>
      </w:pPr>
      <w:r>
        <w:t>•  BAI Target-State Gap Prioritization Matrix.xlsx</w:t>
      </w:r>
    </w:p>
    <w:p>
      <w:pPr>
        <w:pStyle w:val="FileName"/>
      </w:pPr>
      <w:r>
        <w:t>•  BAI Target Operating Model Presentation.pptx</w:t>
      </w:r>
    </w:p>
    <w:p>
      <w:pPr>
        <w:pStyle w:val="FileName"/>
      </w:pPr>
      <w:r>
        <w:t>•  BAI Target-State Process Architecture.pptx</w:t>
      </w:r>
    </w:p>
    <w:p>
      <w:pPr>
        <w:pStyle w:val="FileName"/>
      </w:pPr>
      <w:r>
        <w:t>•  BAI Process Design Workshop.pptx</w:t>
      </w:r>
    </w:p>
    <w:p>
      <w:pPr>
        <w:pStyle w:val="Heading1"/>
        <w:keepNext/>
      </w:pPr>
      <w:r>
        <w:t>Part 4. BAI01 Manage Programs and Projects</w:t>
      </w:r>
    </w:p>
    <w:p>
      <w:pPr>
        <w:pStyle w:val="FileName"/>
      </w:pPr>
      <w:r>
        <w:t>•  Program Management Framework.docx</w:t>
      </w:r>
    </w:p>
    <w:p>
      <w:pPr>
        <w:pStyle w:val="FileName"/>
      </w:pPr>
      <w:r>
        <w:t>•  Project Management Methodology.docx</w:t>
      </w:r>
    </w:p>
    <w:p>
      <w:pPr>
        <w:pStyle w:val="FileName"/>
      </w:pPr>
      <w:r>
        <w:t>•  Program Business Case Template.docx</w:t>
      </w:r>
    </w:p>
    <w:p>
      <w:pPr>
        <w:pStyle w:val="FileName"/>
      </w:pPr>
      <w:r>
        <w:t>•  Project Charter Template.docx</w:t>
      </w:r>
    </w:p>
    <w:p>
      <w:pPr>
        <w:pStyle w:val="FileName"/>
      </w:pPr>
      <w:r>
        <w:t>•  Project Governance Plan.docx</w:t>
      </w:r>
    </w:p>
    <w:p>
      <w:pPr>
        <w:pStyle w:val="FileName"/>
      </w:pPr>
      <w:r>
        <w:t>•  Project Quality Management Plan.docx</w:t>
      </w:r>
    </w:p>
    <w:p>
      <w:pPr>
        <w:pStyle w:val="FileName"/>
      </w:pPr>
      <w:r>
        <w:t>•  Project Closure Report.docx</w:t>
      </w:r>
    </w:p>
    <w:p>
      <w:pPr>
        <w:pStyle w:val="FileName"/>
      </w:pPr>
      <w:r>
        <w:t>•  Program Portfolio Register.xlsx</w:t>
      </w:r>
    </w:p>
    <w:p>
      <w:pPr>
        <w:pStyle w:val="FileName"/>
      </w:pPr>
      <w:r>
        <w:t>•  Project Prioritization Matrix.xlsx</w:t>
      </w:r>
    </w:p>
    <w:p>
      <w:pPr>
        <w:pStyle w:val="FileName"/>
      </w:pPr>
      <w:r>
        <w:t>•  Project Plan Tracker.xlsx</w:t>
      </w:r>
    </w:p>
    <w:p>
      <w:pPr>
        <w:pStyle w:val="FileName"/>
      </w:pPr>
      <w:r>
        <w:t>•  Project Risk Register.xlsx</w:t>
      </w:r>
    </w:p>
    <w:p>
      <w:pPr>
        <w:pStyle w:val="FileName"/>
      </w:pPr>
      <w:r>
        <w:t>•  Project Issue Log.xlsx</w:t>
      </w:r>
    </w:p>
    <w:p>
      <w:pPr>
        <w:pStyle w:val="FileName"/>
      </w:pPr>
      <w:r>
        <w:t>•  Project Change Request Log.xlsx</w:t>
      </w:r>
    </w:p>
    <w:p>
      <w:pPr>
        <w:pStyle w:val="FileName"/>
      </w:pPr>
      <w:r>
        <w:t>•  Project Benefits Tracking Register.xlsx</w:t>
      </w:r>
    </w:p>
    <w:p>
      <w:pPr>
        <w:pStyle w:val="FileName"/>
      </w:pPr>
      <w:r>
        <w:t>•  Program Steering Committee.pptx</w:t>
      </w:r>
    </w:p>
    <w:p>
      <w:pPr>
        <w:pStyle w:val="FileName"/>
      </w:pPr>
      <w:r>
        <w:t>•  Project Kick-off Presentation.pptx</w:t>
      </w:r>
    </w:p>
    <w:p>
      <w:pPr>
        <w:pStyle w:val="FileName"/>
      </w:pPr>
      <w:r>
        <w:t>•  Project Status Report Presentation.pptx</w:t>
      </w:r>
    </w:p>
    <w:p>
      <w:pPr>
        <w:pStyle w:val="Heading1"/>
        <w:keepNext/>
      </w:pPr>
      <w:r>
        <w:t>Part 5. BAI02 Manage Requirements Definition</w:t>
      </w:r>
    </w:p>
    <w:p>
      <w:pPr>
        <w:pStyle w:val="FileName"/>
      </w:pPr>
      <w:r>
        <w:t>•  Requirements Management Procedure.docx</w:t>
      </w:r>
    </w:p>
    <w:p>
      <w:pPr>
        <w:pStyle w:val="FileName"/>
      </w:pPr>
      <w:r>
        <w:t>•  Business Requirements Document.docx</w:t>
      </w:r>
    </w:p>
    <w:p>
      <w:pPr>
        <w:pStyle w:val="FileName"/>
      </w:pPr>
      <w:r>
        <w:t>•  Functional Requirements Specification.docx</w:t>
      </w:r>
    </w:p>
    <w:p>
      <w:pPr>
        <w:pStyle w:val="FileName"/>
      </w:pPr>
      <w:r>
        <w:t>•  Non-Functional Requirements Specification.docx</w:t>
      </w:r>
    </w:p>
    <w:p>
      <w:pPr>
        <w:pStyle w:val="FileName"/>
      </w:pPr>
      <w:r>
        <w:t>•  Requirements Traceability Procedure.docx</w:t>
      </w:r>
    </w:p>
    <w:p>
      <w:pPr>
        <w:pStyle w:val="FileName"/>
      </w:pPr>
      <w:r>
        <w:t>•  Requirements Validation Sign-off.docx</w:t>
      </w:r>
    </w:p>
    <w:p>
      <w:pPr>
        <w:pStyle w:val="FileName"/>
      </w:pPr>
      <w:r>
        <w:t>•  Requirements Traceability Matrix.xlsx</w:t>
      </w:r>
    </w:p>
    <w:p>
      <w:pPr>
        <w:pStyle w:val="FileName"/>
      </w:pPr>
      <w:r>
        <w:t>•  Requirements Prioritization Matrix.xlsx</w:t>
      </w:r>
    </w:p>
    <w:p>
      <w:pPr>
        <w:pStyle w:val="FileName"/>
      </w:pPr>
      <w:r>
        <w:t>•  Requirements Change Log.xlsx</w:t>
      </w:r>
    </w:p>
    <w:p>
      <w:pPr>
        <w:pStyle w:val="FileName"/>
      </w:pPr>
      <w:r>
        <w:t>•  Requirements Acceptance Criteria Register.xlsx</w:t>
      </w:r>
    </w:p>
    <w:p>
      <w:pPr>
        <w:pStyle w:val="FileName"/>
      </w:pPr>
      <w:r>
        <w:t>•  Requirements Stakeholder Review Tracker.xlsx</w:t>
      </w:r>
    </w:p>
    <w:p>
      <w:pPr>
        <w:pStyle w:val="FileName"/>
      </w:pPr>
      <w:r>
        <w:t>•  Requirements Workshop.pptx</w:t>
      </w:r>
    </w:p>
    <w:p>
      <w:pPr>
        <w:pStyle w:val="FileName"/>
      </w:pPr>
      <w:r>
        <w:t>•  Requirements Validation Presentation.pptx</w:t>
      </w:r>
    </w:p>
    <w:p>
      <w:pPr>
        <w:pStyle w:val="FileName"/>
      </w:pPr>
      <w:r>
        <w:t>•  Requirements Sign-off Presentation.pptx</w:t>
      </w:r>
    </w:p>
    <w:p>
      <w:pPr>
        <w:pStyle w:val="Heading1"/>
        <w:keepNext/>
      </w:pPr>
      <w:r>
        <w:t>Part 6. BAI03 Manage Solutions Identification and Build</w:t>
      </w:r>
    </w:p>
    <w:p>
      <w:pPr>
        <w:pStyle w:val="FileName"/>
      </w:pPr>
      <w:r>
        <w:t>•  Solution Design Document.docx</w:t>
      </w:r>
    </w:p>
    <w:p>
      <w:pPr>
        <w:pStyle w:val="FileName"/>
      </w:pPr>
      <w:r>
        <w:t>•  Solution Architecture Document.docx</w:t>
      </w:r>
    </w:p>
    <w:p>
      <w:pPr>
        <w:pStyle w:val="FileName"/>
      </w:pPr>
      <w:r>
        <w:t>•  Build Management Procedure.docx</w:t>
      </w:r>
    </w:p>
    <w:p>
      <w:pPr>
        <w:pStyle w:val="FileName"/>
      </w:pPr>
      <w:r>
        <w:t>•  Technical Specification Template.docx</w:t>
      </w:r>
    </w:p>
    <w:p>
      <w:pPr>
        <w:pStyle w:val="FileName"/>
      </w:pPr>
      <w:r>
        <w:t>•  Development Standards Document.docx</w:t>
      </w:r>
    </w:p>
    <w:p>
      <w:pPr>
        <w:pStyle w:val="FileName"/>
      </w:pPr>
      <w:r>
        <w:t>•  Solution Review and Approval Template.docx</w:t>
      </w:r>
    </w:p>
    <w:p>
      <w:pPr>
        <w:pStyle w:val="FileName"/>
      </w:pPr>
      <w:r>
        <w:t>•  Solution Options Evaluation Matrix.xlsx</w:t>
      </w:r>
    </w:p>
    <w:p>
      <w:pPr>
        <w:pStyle w:val="FileName"/>
      </w:pPr>
      <w:r>
        <w:t>•  Build Progress Tracker.xlsx</w:t>
      </w:r>
    </w:p>
    <w:p>
      <w:pPr>
        <w:pStyle w:val="FileName"/>
      </w:pPr>
      <w:r>
        <w:t>•  Development Backlog Register.xlsx</w:t>
      </w:r>
    </w:p>
    <w:p>
      <w:pPr>
        <w:pStyle w:val="FileName"/>
      </w:pPr>
      <w:r>
        <w:t>•  Solution Design Review Checklist.xlsx</w:t>
      </w:r>
    </w:p>
    <w:p>
      <w:pPr>
        <w:pStyle w:val="FileName"/>
      </w:pPr>
      <w:r>
        <w:t>•  Build Defect Log.xlsx</w:t>
      </w:r>
    </w:p>
    <w:p>
      <w:pPr>
        <w:pStyle w:val="FileName"/>
      </w:pPr>
      <w:r>
        <w:t>•  Solution Options Presentation.pptx</w:t>
      </w:r>
    </w:p>
    <w:p>
      <w:pPr>
        <w:pStyle w:val="FileName"/>
      </w:pPr>
      <w:r>
        <w:t>•  Solution Architecture Review.pptx</w:t>
      </w:r>
    </w:p>
    <w:p>
      <w:pPr>
        <w:pStyle w:val="FileName"/>
      </w:pPr>
      <w:r>
        <w:t>•  Build Progress Presentation.pptx</w:t>
      </w:r>
    </w:p>
    <w:p>
      <w:pPr>
        <w:pStyle w:val="Heading1"/>
        <w:keepNext/>
      </w:pPr>
      <w:r>
        <w:t>Part 7. BAI04 Manage Availability and Capacity</w:t>
      </w:r>
    </w:p>
    <w:p>
      <w:pPr>
        <w:pStyle w:val="FileName"/>
      </w:pPr>
      <w:r>
        <w:t>•  Availability Management Plan.docx</w:t>
      </w:r>
    </w:p>
    <w:p>
      <w:pPr>
        <w:pStyle w:val="FileName"/>
      </w:pPr>
      <w:r>
        <w:t>•  Capacity Management Plan.docx</w:t>
      </w:r>
    </w:p>
    <w:p>
      <w:pPr>
        <w:pStyle w:val="FileName"/>
      </w:pPr>
      <w:r>
        <w:t>•  Service Availability Requirements Template.docx</w:t>
      </w:r>
    </w:p>
    <w:p>
      <w:pPr>
        <w:pStyle w:val="FileName"/>
      </w:pPr>
      <w:r>
        <w:t>•  Capacity Forecasting Procedure.docx</w:t>
      </w:r>
    </w:p>
    <w:p>
      <w:pPr>
        <w:pStyle w:val="FileName"/>
      </w:pPr>
      <w:r>
        <w:t>•  Availability and Capacity Review Report.docx</w:t>
      </w:r>
    </w:p>
    <w:p>
      <w:pPr>
        <w:pStyle w:val="FileName"/>
      </w:pPr>
      <w:r>
        <w:t>•  Availability Requirements Matrix.xlsx</w:t>
      </w:r>
    </w:p>
    <w:p>
      <w:pPr>
        <w:pStyle w:val="FileName"/>
      </w:pPr>
      <w:r>
        <w:t>•  Capacity Forecasting Model.xlsx</w:t>
      </w:r>
    </w:p>
    <w:p>
      <w:pPr>
        <w:pStyle w:val="FileName"/>
      </w:pPr>
      <w:r>
        <w:t>•  Resource Utilization Tracker.xlsx</w:t>
      </w:r>
    </w:p>
    <w:p>
      <w:pPr>
        <w:pStyle w:val="FileName"/>
      </w:pPr>
      <w:r>
        <w:t>•  Availability Incident Analysis Register.xlsx</w:t>
      </w:r>
    </w:p>
    <w:p>
      <w:pPr>
        <w:pStyle w:val="FileName"/>
      </w:pPr>
      <w:r>
        <w:t>•  Capacity Threshold Register.xlsx</w:t>
      </w:r>
    </w:p>
    <w:p>
      <w:pPr>
        <w:pStyle w:val="FileName"/>
      </w:pPr>
      <w:r>
        <w:t>•  Availability and Capacity Review.pptx</w:t>
      </w:r>
    </w:p>
    <w:p>
      <w:pPr>
        <w:pStyle w:val="FileName"/>
      </w:pPr>
      <w:r>
        <w:t>•  Capacity Planning Presentation.pptx</w:t>
      </w:r>
    </w:p>
    <w:p>
      <w:pPr>
        <w:pStyle w:val="FileName"/>
      </w:pPr>
      <w:r>
        <w:t>•  Service Resilience Presentation.pptx</w:t>
      </w:r>
    </w:p>
    <w:p>
      <w:pPr>
        <w:pStyle w:val="Heading1"/>
        <w:keepNext/>
      </w:pPr>
      <w:r>
        <w:t>Part 8. BAI05 Manage Organizational Change Enablement</w:t>
      </w:r>
    </w:p>
    <w:p>
      <w:pPr>
        <w:pStyle w:val="FileName"/>
      </w:pPr>
      <w:r>
        <w:t>•  Organizational Change Management Strategy.docx</w:t>
      </w:r>
    </w:p>
    <w:p>
      <w:pPr>
        <w:pStyle w:val="FileName"/>
      </w:pPr>
      <w:r>
        <w:t>•  Change Impact Assessment Template.docx</w:t>
      </w:r>
    </w:p>
    <w:p>
      <w:pPr>
        <w:pStyle w:val="FileName"/>
      </w:pPr>
      <w:r>
        <w:t>•  Change Readiness Assessment.docx</w:t>
      </w:r>
    </w:p>
    <w:p>
      <w:pPr>
        <w:pStyle w:val="FileName"/>
      </w:pPr>
      <w:r>
        <w:t>•  Stakeholder Engagement Plan.docx</w:t>
      </w:r>
    </w:p>
    <w:p>
      <w:pPr>
        <w:pStyle w:val="FileName"/>
      </w:pPr>
      <w:r>
        <w:t>•  Training and Adoption Plan.docx</w:t>
      </w:r>
    </w:p>
    <w:p>
      <w:pPr>
        <w:pStyle w:val="FileName"/>
      </w:pPr>
      <w:r>
        <w:t>•  Change Resistance Management Plan.docx</w:t>
      </w:r>
    </w:p>
    <w:p>
      <w:pPr>
        <w:pStyle w:val="FileName"/>
      </w:pPr>
      <w:r>
        <w:t>•  Communication Plan.docx</w:t>
      </w:r>
    </w:p>
    <w:p>
      <w:pPr>
        <w:pStyle w:val="FileName"/>
      </w:pPr>
      <w:r>
        <w:t>•  Change Impact Assessment Matrix.xlsx</w:t>
      </w:r>
    </w:p>
    <w:p>
      <w:pPr>
        <w:pStyle w:val="FileName"/>
      </w:pPr>
      <w:r>
        <w:t>•  Change Readiness Survey Tracker.xlsx</w:t>
      </w:r>
    </w:p>
    <w:p>
      <w:pPr>
        <w:pStyle w:val="FileName"/>
      </w:pPr>
      <w:r>
        <w:t>•  Stakeholder Engagement Tracker.xlsx</w:t>
      </w:r>
    </w:p>
    <w:p>
      <w:pPr>
        <w:pStyle w:val="FileName"/>
      </w:pPr>
      <w:r>
        <w:t>•  Training Attendance Tracker.xlsx</w:t>
      </w:r>
    </w:p>
    <w:p>
      <w:pPr>
        <w:pStyle w:val="FileName"/>
      </w:pPr>
      <w:r>
        <w:t>•  Adoption KPI Tracker.xlsx</w:t>
      </w:r>
    </w:p>
    <w:p>
      <w:pPr>
        <w:pStyle w:val="FileName"/>
      </w:pPr>
      <w:r>
        <w:t>•  Change Risk Register.xlsx</w:t>
      </w:r>
    </w:p>
    <w:p>
      <w:pPr>
        <w:pStyle w:val="FileName"/>
      </w:pPr>
      <w:r>
        <w:t>•  Change Management Kick-off.pptx</w:t>
      </w:r>
    </w:p>
    <w:p>
      <w:pPr>
        <w:pStyle w:val="FileName"/>
      </w:pPr>
      <w:r>
        <w:t>•  Change Readiness Presentation.pptx</w:t>
      </w:r>
    </w:p>
    <w:p>
      <w:pPr>
        <w:pStyle w:val="FileName"/>
      </w:pPr>
      <w:r>
        <w:t>•  Training and Adoption Presentation.pptx</w:t>
      </w:r>
    </w:p>
    <w:p>
      <w:pPr>
        <w:pStyle w:val="FileName"/>
      </w:pPr>
      <w:r>
        <w:t>•  Executive Change Sponsorship.pptx</w:t>
      </w:r>
    </w:p>
    <w:p>
      <w:pPr>
        <w:pStyle w:val="Heading1"/>
        <w:keepNext/>
      </w:pPr>
      <w:r>
        <w:t>Part 9. BAI06 Manage Changes</w:t>
      </w:r>
    </w:p>
    <w:p>
      <w:pPr>
        <w:pStyle w:val="FileName"/>
      </w:pPr>
      <w:r>
        <w:t>•  Change Management Policy.docx</w:t>
      </w:r>
    </w:p>
    <w:p>
      <w:pPr>
        <w:pStyle w:val="FileName"/>
      </w:pPr>
      <w:r>
        <w:t>•  Change Management Procedure.docx</w:t>
      </w:r>
    </w:p>
    <w:p>
      <w:pPr>
        <w:pStyle w:val="FileName"/>
      </w:pPr>
      <w:r>
        <w:t>•  Standard Change Model.docx</w:t>
      </w:r>
    </w:p>
    <w:p>
      <w:pPr>
        <w:pStyle w:val="FileName"/>
      </w:pPr>
      <w:r>
        <w:t>•  Emergency Change Procedure.docx</w:t>
      </w:r>
    </w:p>
    <w:p>
      <w:pPr>
        <w:pStyle w:val="FileName"/>
      </w:pPr>
      <w:r>
        <w:t>•  Change Advisory Board Terms of Reference.docx</w:t>
      </w:r>
    </w:p>
    <w:p>
      <w:pPr>
        <w:pStyle w:val="FileName"/>
      </w:pPr>
      <w:r>
        <w:t>•  Change Evaluation Report.docx</w:t>
      </w:r>
    </w:p>
    <w:p>
      <w:pPr>
        <w:pStyle w:val="FileName"/>
      </w:pPr>
      <w:r>
        <w:t>•  Change Request Register.xlsx</w:t>
      </w:r>
    </w:p>
    <w:p>
      <w:pPr>
        <w:pStyle w:val="FileName"/>
      </w:pPr>
      <w:r>
        <w:t>•  Change Impact Assessment Matrix.xlsx</w:t>
      </w:r>
    </w:p>
    <w:p>
      <w:pPr>
        <w:pStyle w:val="FileName"/>
      </w:pPr>
      <w:r>
        <w:t>•  Change Approval Tracker.xlsx</w:t>
      </w:r>
    </w:p>
    <w:p>
      <w:pPr>
        <w:pStyle w:val="FileName"/>
      </w:pPr>
      <w:r>
        <w:t>•  Emergency Change Log.xlsx</w:t>
      </w:r>
    </w:p>
    <w:p>
      <w:pPr>
        <w:pStyle w:val="FileName"/>
      </w:pPr>
      <w:r>
        <w:t>•  Change Success Rate Tracker.xlsx</w:t>
      </w:r>
    </w:p>
    <w:p>
      <w:pPr>
        <w:pStyle w:val="FileName"/>
      </w:pPr>
      <w:r>
        <w:t>•  Change Backout Plan Checklist.xlsx</w:t>
      </w:r>
    </w:p>
    <w:p>
      <w:pPr>
        <w:pStyle w:val="FileName"/>
      </w:pPr>
      <w:r>
        <w:t>•  Change Advisory Board Meeting.pptx</w:t>
      </w:r>
    </w:p>
    <w:p>
      <w:pPr>
        <w:pStyle w:val="FileName"/>
      </w:pPr>
      <w:r>
        <w:t>•  Change Management Process Presentation.pptx</w:t>
      </w:r>
    </w:p>
    <w:p>
      <w:pPr>
        <w:pStyle w:val="FileName"/>
      </w:pPr>
      <w:r>
        <w:t>•  Change Performance Review.pptx</w:t>
      </w:r>
    </w:p>
    <w:p>
      <w:pPr>
        <w:pStyle w:val="Heading1"/>
        <w:keepNext/>
      </w:pPr>
      <w:r>
        <w:t>Part 10. BAI07 Manage Change Acceptance and Transitioning</w:t>
      </w:r>
    </w:p>
    <w:p>
      <w:pPr>
        <w:pStyle w:val="FileName"/>
      </w:pPr>
      <w:r>
        <w:t>•  Transition Management Plan.docx</w:t>
      </w:r>
    </w:p>
    <w:p>
      <w:pPr>
        <w:pStyle w:val="FileName"/>
      </w:pPr>
      <w:r>
        <w:t>•  Release Acceptance Criteria.docx</w:t>
      </w:r>
    </w:p>
    <w:p>
      <w:pPr>
        <w:pStyle w:val="FileName"/>
      </w:pPr>
      <w:r>
        <w:t>•  User Acceptance Testing Plan.docx</w:t>
      </w:r>
    </w:p>
    <w:p>
      <w:pPr>
        <w:pStyle w:val="FileName"/>
      </w:pPr>
      <w:r>
        <w:t>•  Deployment Readiness Assessment.docx</w:t>
      </w:r>
    </w:p>
    <w:p>
      <w:pPr>
        <w:pStyle w:val="FileName"/>
      </w:pPr>
      <w:r>
        <w:t>•  Go-Live Approval Template.docx</w:t>
      </w:r>
    </w:p>
    <w:p>
      <w:pPr>
        <w:pStyle w:val="FileName"/>
      </w:pPr>
      <w:r>
        <w:t>•  Transition Closure Report.docx</w:t>
      </w:r>
    </w:p>
    <w:p>
      <w:pPr>
        <w:pStyle w:val="FileName"/>
      </w:pPr>
      <w:r>
        <w:t>•  Post-Implementation Review Report.docx</w:t>
      </w:r>
    </w:p>
    <w:p>
      <w:pPr>
        <w:pStyle w:val="FileName"/>
      </w:pPr>
      <w:r>
        <w:t>•  Transition Readiness Checklist.xlsx</w:t>
      </w:r>
    </w:p>
    <w:p>
      <w:pPr>
        <w:pStyle w:val="FileName"/>
      </w:pPr>
      <w:r>
        <w:t>•  UAT Test Case Register.xlsx</w:t>
      </w:r>
    </w:p>
    <w:p>
      <w:pPr>
        <w:pStyle w:val="FileName"/>
      </w:pPr>
      <w:r>
        <w:t>•  UAT Defect Tracker.xlsx</w:t>
      </w:r>
    </w:p>
    <w:p>
      <w:pPr>
        <w:pStyle w:val="FileName"/>
      </w:pPr>
      <w:r>
        <w:t>•  Go-Live Checklist.xlsx</w:t>
      </w:r>
    </w:p>
    <w:p>
      <w:pPr>
        <w:pStyle w:val="FileName"/>
      </w:pPr>
      <w:r>
        <w:t>•  Deployment Issue Log.xlsx</w:t>
      </w:r>
    </w:p>
    <w:p>
      <w:pPr>
        <w:pStyle w:val="FileName"/>
      </w:pPr>
      <w:r>
        <w:t>•  Post-Implementation Action Tracker.xlsx</w:t>
      </w:r>
    </w:p>
    <w:p>
      <w:pPr>
        <w:pStyle w:val="FileName"/>
      </w:pPr>
      <w:r>
        <w:t>•  Transition Readiness Review.pptx</w:t>
      </w:r>
    </w:p>
    <w:p>
      <w:pPr>
        <w:pStyle w:val="FileName"/>
      </w:pPr>
      <w:r>
        <w:t>•  Go-Live Decision Presentation.pptx</w:t>
      </w:r>
    </w:p>
    <w:p>
      <w:pPr>
        <w:pStyle w:val="FileName"/>
      </w:pPr>
      <w:r>
        <w:t>•  Post-Implementation Review Presentation.pptx</w:t>
      </w:r>
    </w:p>
    <w:p>
      <w:pPr>
        <w:pStyle w:val="Heading1"/>
        <w:keepNext/>
      </w:pPr>
      <w:r>
        <w:t>Part 11. BAI08 Manage Knowledge</w:t>
      </w:r>
    </w:p>
    <w:p>
      <w:pPr>
        <w:pStyle w:val="FileName"/>
      </w:pPr>
      <w:r>
        <w:t>•  Knowledge Management Policy.docx</w:t>
      </w:r>
    </w:p>
    <w:p>
      <w:pPr>
        <w:pStyle w:val="FileName"/>
      </w:pPr>
      <w:r>
        <w:t>•  Knowledge Management Procedure.docx</w:t>
      </w:r>
    </w:p>
    <w:p>
      <w:pPr>
        <w:pStyle w:val="FileName"/>
      </w:pPr>
      <w:r>
        <w:t>•  Knowledge Transfer Plan.docx</w:t>
      </w:r>
    </w:p>
    <w:p>
      <w:pPr>
        <w:pStyle w:val="FileName"/>
      </w:pPr>
      <w:r>
        <w:t>•  Knowledge Article Template.docx</w:t>
      </w:r>
    </w:p>
    <w:p>
      <w:pPr>
        <w:pStyle w:val="FileName"/>
      </w:pPr>
      <w:r>
        <w:t>•  Lessons Learned Report.docx</w:t>
      </w:r>
    </w:p>
    <w:p>
      <w:pPr>
        <w:pStyle w:val="FileName"/>
      </w:pPr>
      <w:r>
        <w:t>•  Knowledge Retention Plan.docx</w:t>
      </w:r>
    </w:p>
    <w:p>
      <w:pPr>
        <w:pStyle w:val="FileName"/>
      </w:pPr>
      <w:r>
        <w:t>•  Knowledge Asset Register.xlsx</w:t>
      </w:r>
    </w:p>
    <w:p>
      <w:pPr>
        <w:pStyle w:val="FileName"/>
      </w:pPr>
      <w:r>
        <w:t>•  Knowledge Transfer Tracker.xlsx</w:t>
      </w:r>
    </w:p>
    <w:p>
      <w:pPr>
        <w:pStyle w:val="FileName"/>
      </w:pPr>
      <w:r>
        <w:t>•  Lessons Learned Register.xlsx</w:t>
      </w:r>
    </w:p>
    <w:p>
      <w:pPr>
        <w:pStyle w:val="FileName"/>
      </w:pPr>
      <w:r>
        <w:t>•  Knowledge Article Review Tracker.xlsx</w:t>
      </w:r>
    </w:p>
    <w:p>
      <w:pPr>
        <w:pStyle w:val="FileName"/>
      </w:pPr>
      <w:r>
        <w:t>•  Knowledge Ownership Matrix.xlsx</w:t>
      </w:r>
    </w:p>
    <w:p>
      <w:pPr>
        <w:pStyle w:val="FileName"/>
      </w:pPr>
      <w:r>
        <w:t>•  Knowledge Management Awareness.pptx</w:t>
      </w:r>
    </w:p>
    <w:p>
      <w:pPr>
        <w:pStyle w:val="FileName"/>
      </w:pPr>
      <w:r>
        <w:t>•  Knowledge Transfer Workshop.pptx</w:t>
      </w:r>
    </w:p>
    <w:p>
      <w:pPr>
        <w:pStyle w:val="FileName"/>
      </w:pPr>
      <w:r>
        <w:t>•  Lessons Learned Presentation.pptx</w:t>
      </w:r>
    </w:p>
    <w:p>
      <w:pPr>
        <w:pStyle w:val="Heading1"/>
        <w:keepNext/>
      </w:pPr>
      <w:r>
        <w:t>Part 12. BAI09 Manage Assets</w:t>
      </w:r>
    </w:p>
    <w:p>
      <w:pPr>
        <w:pStyle w:val="FileName"/>
      </w:pPr>
      <w:r>
        <w:t>•  IT Asset Management Policy.docx</w:t>
      </w:r>
    </w:p>
    <w:p>
      <w:pPr>
        <w:pStyle w:val="FileName"/>
      </w:pPr>
      <w:r>
        <w:t>•  IT Asset Management Procedure.docx</w:t>
      </w:r>
    </w:p>
    <w:p>
      <w:pPr>
        <w:pStyle w:val="FileName"/>
      </w:pPr>
      <w:r>
        <w:t>•  Asset Lifecycle Management Standard.docx</w:t>
      </w:r>
    </w:p>
    <w:p>
      <w:pPr>
        <w:pStyle w:val="FileName"/>
      </w:pPr>
      <w:r>
        <w:t>•  Asset Classification Guideline.docx</w:t>
      </w:r>
    </w:p>
    <w:p>
      <w:pPr>
        <w:pStyle w:val="FileName"/>
      </w:pPr>
      <w:r>
        <w:t>•  Asset Disposal Procedure.docx</w:t>
      </w:r>
    </w:p>
    <w:p>
      <w:pPr>
        <w:pStyle w:val="FileName"/>
      </w:pPr>
      <w:r>
        <w:t>•  Asset Compliance Review Report.docx</w:t>
      </w:r>
    </w:p>
    <w:p>
      <w:pPr>
        <w:pStyle w:val="FileName"/>
      </w:pPr>
      <w:r>
        <w:t>•  IT Asset Inventory Register.xlsx</w:t>
      </w:r>
    </w:p>
    <w:p>
      <w:pPr>
        <w:pStyle w:val="FileName"/>
      </w:pPr>
      <w:r>
        <w:t>•  Asset Lifecycle Tracker.xlsx</w:t>
      </w:r>
    </w:p>
    <w:p>
      <w:pPr>
        <w:pStyle w:val="FileName"/>
      </w:pPr>
      <w:r>
        <w:t>•  Asset Ownership Matrix.xlsx</w:t>
      </w:r>
    </w:p>
    <w:p>
      <w:pPr>
        <w:pStyle w:val="FileName"/>
      </w:pPr>
      <w:r>
        <w:t>•  Asset Compliance Checklist.xlsx</w:t>
      </w:r>
    </w:p>
    <w:p>
      <w:pPr>
        <w:pStyle w:val="FileName"/>
      </w:pPr>
      <w:r>
        <w:t>•  Asset Disposal Register.xlsx</w:t>
      </w:r>
    </w:p>
    <w:p>
      <w:pPr>
        <w:pStyle w:val="FileName"/>
      </w:pPr>
      <w:r>
        <w:t>•  Asset Reconciliation Tracker.xlsx</w:t>
      </w:r>
    </w:p>
    <w:p>
      <w:pPr>
        <w:pStyle w:val="FileName"/>
      </w:pPr>
      <w:r>
        <w:t>•  IT Asset Management Process Presentation.pptx</w:t>
      </w:r>
    </w:p>
    <w:p>
      <w:pPr>
        <w:pStyle w:val="FileName"/>
      </w:pPr>
      <w:r>
        <w:t>•  Asset Compliance Review.pptx</w:t>
      </w:r>
    </w:p>
    <w:p>
      <w:pPr>
        <w:pStyle w:val="FileName"/>
      </w:pPr>
      <w:r>
        <w:t>•  Asset Lifecycle Management.pptx</w:t>
      </w:r>
    </w:p>
    <w:p>
      <w:pPr>
        <w:pStyle w:val="Heading1"/>
        <w:keepNext/>
      </w:pPr>
      <w:r>
        <w:t>Part 13. BAI10 Manage Configuration</w:t>
      </w:r>
    </w:p>
    <w:p>
      <w:pPr>
        <w:pStyle w:val="FileName"/>
      </w:pPr>
      <w:r>
        <w:t>•  Configuration Management Policy.docx</w:t>
      </w:r>
    </w:p>
    <w:p>
      <w:pPr>
        <w:pStyle w:val="FileName"/>
      </w:pPr>
      <w:r>
        <w:t>•  Configuration Management Procedure.docx</w:t>
      </w:r>
    </w:p>
    <w:p>
      <w:pPr>
        <w:pStyle w:val="FileName"/>
      </w:pPr>
      <w:r>
        <w:t>•  Configuration Item Definition Standard.docx</w:t>
      </w:r>
    </w:p>
    <w:p>
      <w:pPr>
        <w:pStyle w:val="FileName"/>
      </w:pPr>
      <w:r>
        <w:t>•  Configuration Baseline Document.docx</w:t>
      </w:r>
    </w:p>
    <w:p>
      <w:pPr>
        <w:pStyle w:val="FileName"/>
      </w:pPr>
      <w:r>
        <w:t>•  Configuration Audit Report.docx</w:t>
      </w:r>
    </w:p>
    <w:p>
      <w:pPr>
        <w:pStyle w:val="FileName"/>
      </w:pPr>
      <w:r>
        <w:t>•  Configuration Management Plan.docx</w:t>
      </w:r>
    </w:p>
    <w:p>
      <w:pPr>
        <w:pStyle w:val="FileName"/>
      </w:pPr>
      <w:r>
        <w:t>•  Configuration Management Database Register.xlsx</w:t>
      </w:r>
    </w:p>
    <w:p>
      <w:pPr>
        <w:pStyle w:val="FileName"/>
      </w:pPr>
      <w:r>
        <w:t>•  Configuration Item Inventory.xlsx</w:t>
      </w:r>
    </w:p>
    <w:p>
      <w:pPr>
        <w:pStyle w:val="FileName"/>
      </w:pPr>
      <w:r>
        <w:t>•  Configuration Relationship Matrix.xlsx</w:t>
      </w:r>
    </w:p>
    <w:p>
      <w:pPr>
        <w:pStyle w:val="FileName"/>
      </w:pPr>
      <w:r>
        <w:t>•  Configuration Baseline Tracker.xlsx</w:t>
      </w:r>
    </w:p>
    <w:p>
      <w:pPr>
        <w:pStyle w:val="FileName"/>
      </w:pPr>
      <w:r>
        <w:t>•  Configuration Audit Checklist.xlsx</w:t>
      </w:r>
    </w:p>
    <w:p>
      <w:pPr>
        <w:pStyle w:val="FileName"/>
      </w:pPr>
      <w:r>
        <w:t>•  Configuration Exception Register.xlsx</w:t>
      </w:r>
    </w:p>
    <w:p>
      <w:pPr>
        <w:pStyle w:val="FileName"/>
      </w:pPr>
      <w:r>
        <w:t>•  Configuration Management Process Presentation.pptx</w:t>
      </w:r>
    </w:p>
    <w:p>
      <w:pPr>
        <w:pStyle w:val="FileName"/>
      </w:pPr>
      <w:r>
        <w:t>•  CMDB Implementation.pptx</w:t>
      </w:r>
    </w:p>
    <w:p>
      <w:pPr>
        <w:pStyle w:val="FileName"/>
      </w:pPr>
      <w:r>
        <w:t>•  Configuration Audit Findings Presentation.pptx</w:t>
      </w:r>
    </w:p>
    <w:p>
      <w:pPr>
        <w:pStyle w:val="Heading1"/>
        <w:keepNext/>
      </w:pPr>
      <w:r>
        <w:t>Part 14. Risk, Control, Compliance &amp; Assurance</w:t>
      </w:r>
    </w:p>
    <w:p>
      <w:pPr>
        <w:pStyle w:val="FileName"/>
      </w:pPr>
      <w:r>
        <w:t>•  BAI Risk Management Plan.docx</w:t>
      </w:r>
    </w:p>
    <w:p>
      <w:pPr>
        <w:pStyle w:val="FileName"/>
      </w:pPr>
      <w:r>
        <w:t>•  BAI Control Design Document.docx</w:t>
      </w:r>
    </w:p>
    <w:p>
      <w:pPr>
        <w:pStyle w:val="FileName"/>
      </w:pPr>
      <w:r>
        <w:t>•  BAI Compliance Assessment Report.docx</w:t>
      </w:r>
    </w:p>
    <w:p>
      <w:pPr>
        <w:pStyle w:val="FileName"/>
      </w:pPr>
      <w:r>
        <w:t>•  BAI Internal Control Testing Procedure.docx</w:t>
      </w:r>
    </w:p>
    <w:p>
      <w:pPr>
        <w:pStyle w:val="FileName"/>
      </w:pPr>
      <w:r>
        <w:t>•  BAI Assurance Review Report.docx</w:t>
      </w:r>
    </w:p>
    <w:p>
      <w:pPr>
        <w:pStyle w:val="FileName"/>
      </w:pPr>
      <w:r>
        <w:t>•  BAI Audit Response Template.docx</w:t>
      </w:r>
    </w:p>
    <w:p>
      <w:pPr>
        <w:pStyle w:val="FileName"/>
      </w:pPr>
      <w:r>
        <w:t>•  BAI Risk and Control Matrix.xlsx</w:t>
      </w:r>
    </w:p>
    <w:p>
      <w:pPr>
        <w:pStyle w:val="FileName"/>
      </w:pPr>
      <w:r>
        <w:t>•  BAI Compliance Checklist.xlsx</w:t>
      </w:r>
    </w:p>
    <w:p>
      <w:pPr>
        <w:pStyle w:val="FileName"/>
      </w:pPr>
      <w:r>
        <w:t>•  BAI Control Testing Tracker.xlsx</w:t>
      </w:r>
    </w:p>
    <w:p>
      <w:pPr>
        <w:pStyle w:val="FileName"/>
      </w:pPr>
      <w:r>
        <w:t>•  BAI Audit Finding Register.xlsx</w:t>
      </w:r>
    </w:p>
    <w:p>
      <w:pPr>
        <w:pStyle w:val="FileName"/>
      </w:pPr>
      <w:r>
        <w:t>•  BAI Remediation Action Tracker.xlsx</w:t>
      </w:r>
    </w:p>
    <w:p>
      <w:pPr>
        <w:pStyle w:val="FileName"/>
      </w:pPr>
      <w:r>
        <w:t>•  BAI Risk and Control Review.pptx</w:t>
      </w:r>
    </w:p>
    <w:p>
      <w:pPr>
        <w:pStyle w:val="FileName"/>
      </w:pPr>
      <w:r>
        <w:t>•  BAI Compliance Status Presentation.pptx</w:t>
      </w:r>
    </w:p>
    <w:p>
      <w:pPr>
        <w:pStyle w:val="FileName"/>
      </w:pPr>
      <w:r>
        <w:t>•  BAI Audit Committee Presentation.pptx</w:t>
      </w:r>
    </w:p>
    <w:p>
      <w:pPr>
        <w:pStyle w:val="Heading1"/>
        <w:keepNext/>
      </w:pPr>
      <w:r>
        <w:t>Part 15. Performance Management, Metrics &amp; Reporting</w:t>
      </w:r>
    </w:p>
    <w:p>
      <w:pPr>
        <w:pStyle w:val="FileName"/>
      </w:pPr>
      <w:r>
        <w:t>•  BAI Performance Management Framework.docx</w:t>
      </w:r>
    </w:p>
    <w:p>
      <w:pPr>
        <w:pStyle w:val="FileName"/>
      </w:pPr>
      <w:r>
        <w:t>•  BAI KPI Definition Catalogue.docx</w:t>
      </w:r>
    </w:p>
    <w:p>
      <w:pPr>
        <w:pStyle w:val="FileName"/>
      </w:pPr>
      <w:r>
        <w:t>•  BAI Reporting Procedure.docx</w:t>
      </w:r>
    </w:p>
    <w:p>
      <w:pPr>
        <w:pStyle w:val="FileName"/>
      </w:pPr>
      <w:r>
        <w:t>•  BAI Management Review Report.docx</w:t>
      </w:r>
    </w:p>
    <w:p>
      <w:pPr>
        <w:pStyle w:val="FileName"/>
      </w:pPr>
      <w:r>
        <w:t>•  BAI Benefits Realization Report.docx</w:t>
      </w:r>
    </w:p>
    <w:p>
      <w:pPr>
        <w:pStyle w:val="FileName"/>
      </w:pPr>
      <w:r>
        <w:t>•  BAI KPI Dashboard.xlsx</w:t>
      </w:r>
    </w:p>
    <w:p>
      <w:pPr>
        <w:pStyle w:val="FileName"/>
      </w:pPr>
      <w:r>
        <w:t>•  BAI SLA and OLA Tracker.xlsx</w:t>
      </w:r>
    </w:p>
    <w:p>
      <w:pPr>
        <w:pStyle w:val="FileName"/>
      </w:pPr>
      <w:r>
        <w:t>•  BAI Benefits Realization Tracker.xlsx</w:t>
      </w:r>
    </w:p>
    <w:p>
      <w:pPr>
        <w:pStyle w:val="FileName"/>
      </w:pPr>
      <w:r>
        <w:t>•  BAI Performance Scorecard.xlsx</w:t>
      </w:r>
    </w:p>
    <w:p>
      <w:pPr>
        <w:pStyle w:val="FileName"/>
      </w:pPr>
      <w:r>
        <w:t>•  BAI Monthly Reporting Pack.xlsx</w:t>
      </w:r>
    </w:p>
    <w:p>
      <w:pPr>
        <w:pStyle w:val="FileName"/>
      </w:pPr>
      <w:r>
        <w:t>•  BAI Process Health Assessment.xlsx</w:t>
      </w:r>
    </w:p>
    <w:p>
      <w:pPr>
        <w:pStyle w:val="FileName"/>
      </w:pPr>
      <w:r>
        <w:t>•  BAI Executive Performance Dashboard.pptx</w:t>
      </w:r>
    </w:p>
    <w:p>
      <w:pPr>
        <w:pStyle w:val="FileName"/>
      </w:pPr>
      <w:r>
        <w:t>•  BAI Monthly Governance Review.pptx</w:t>
      </w:r>
    </w:p>
    <w:p>
      <w:pPr>
        <w:pStyle w:val="FileName"/>
      </w:pPr>
      <w:r>
        <w:t>•  BAI Benefits Realization Presentation.pptx</w:t>
      </w:r>
    </w:p>
    <w:p>
      <w:pPr>
        <w:pStyle w:val="Heading1"/>
        <w:keepNext/>
      </w:pPr>
      <w:r>
        <w:t>Part 16. Implementation Roadmap, Rollout &amp; Stabilization</w:t>
      </w:r>
    </w:p>
    <w:p>
      <w:pPr>
        <w:pStyle w:val="FileName"/>
      </w:pPr>
      <w:r>
        <w:t>•  BAI Implementation Roadmap.docx</w:t>
      </w:r>
    </w:p>
    <w:p>
      <w:pPr>
        <w:pStyle w:val="FileName"/>
      </w:pPr>
      <w:r>
        <w:t>•  BAI Rollout Plan.docx</w:t>
      </w:r>
    </w:p>
    <w:p>
      <w:pPr>
        <w:pStyle w:val="FileName"/>
      </w:pPr>
      <w:r>
        <w:t>•  BAI Deployment Strategy.docx</w:t>
      </w:r>
    </w:p>
    <w:p>
      <w:pPr>
        <w:pStyle w:val="FileName"/>
      </w:pPr>
      <w:r>
        <w:t>•  BAI Stabilization Plan.docx</w:t>
      </w:r>
    </w:p>
    <w:p>
      <w:pPr>
        <w:pStyle w:val="FileName"/>
      </w:pPr>
      <w:r>
        <w:t>•  BAI Hypercare Support Model.docx</w:t>
      </w:r>
    </w:p>
    <w:p>
      <w:pPr>
        <w:pStyle w:val="FileName"/>
      </w:pPr>
      <w:r>
        <w:t>•  BAI Operational Handover Document.docx</w:t>
      </w:r>
    </w:p>
    <w:p>
      <w:pPr>
        <w:pStyle w:val="FileName"/>
      </w:pPr>
      <w:r>
        <w:t>•  BAI Final Implementation Report.docx</w:t>
      </w:r>
    </w:p>
    <w:p>
      <w:pPr>
        <w:pStyle w:val="FileName"/>
      </w:pPr>
      <w:r>
        <w:t>•  BAI Implementation Roadmap Tracker.xlsx</w:t>
      </w:r>
    </w:p>
    <w:p>
      <w:pPr>
        <w:pStyle w:val="FileName"/>
      </w:pPr>
      <w:r>
        <w:t>•  BAI Rollout Wave Plan.xlsx</w:t>
      </w:r>
    </w:p>
    <w:p>
      <w:pPr>
        <w:pStyle w:val="FileName"/>
      </w:pPr>
      <w:r>
        <w:t>•  BAI Deployment Tracker.xlsx</w:t>
      </w:r>
    </w:p>
    <w:p>
      <w:pPr>
        <w:pStyle w:val="FileName"/>
      </w:pPr>
      <w:r>
        <w:t>•  BAI Hypercare Issue Register.xlsx</w:t>
      </w:r>
    </w:p>
    <w:p>
      <w:pPr>
        <w:pStyle w:val="FileName"/>
      </w:pPr>
      <w:r>
        <w:t>•  BAI Handover Checklist.xlsx</w:t>
      </w:r>
    </w:p>
    <w:p>
      <w:pPr>
        <w:pStyle w:val="FileName"/>
      </w:pPr>
      <w:r>
        <w:t>•  BAI Stabilization KPI Tracker.xlsx</w:t>
      </w:r>
    </w:p>
    <w:p>
      <w:pPr>
        <w:pStyle w:val="FileName"/>
      </w:pPr>
      <w:r>
        <w:t>•  BAI Rollout Readiness Presentation.pptx</w:t>
      </w:r>
    </w:p>
    <w:p>
      <w:pPr>
        <w:pStyle w:val="FileName"/>
      </w:pPr>
      <w:r>
        <w:t>•  BAI Deployment Governance.pptx</w:t>
      </w:r>
    </w:p>
    <w:p>
      <w:pPr>
        <w:pStyle w:val="FileName"/>
      </w:pPr>
      <w:r>
        <w:t>•  BAI Stabilization Review Presentation.pptx</w:t>
      </w:r>
    </w:p>
    <w:p>
      <w:pPr>
        <w:pStyle w:val="FileName"/>
      </w:pPr>
      <w:r>
        <w:t>•  BAI Final Executive Closure Presentation.pptx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BAI | Build, Acquire, Implement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