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APO – Align, Plan, and Organize Toolkits</w:t>
      </w:r>
    </w:p>
    <w:p>
      <w:pPr>
        <w:spacing w:after="50"/>
      </w:pPr>
      <w:r>
        <w:rPr>
          <w:i/>
          <w:color w:val="556476"/>
          <w:sz w:val="16"/>
        </w:rPr>
        <w:t>Enterprise Implementation Template</w:t>
      </w:r>
    </w:p>
    <w:p>
      <w:pPr>
        <w:spacing w:after="100"/>
      </w:pPr>
      <w:r>
        <w:rPr>
          <w:b/>
          <w:color w:val="105A87"/>
          <w:sz w:val="18"/>
        </w:rPr>
        <w:t>20 Parts   |   258 Templates   |   99 DOCX   |   99 XLSX   |   60 PPTX</w:t>
      </w:r>
    </w:p>
    <w:p>
      <w:pPr>
        <w:pStyle w:val="Heading1"/>
        <w:keepNext/>
      </w:pPr>
      <w:r>
        <w:t>Part 1. Executive Alignment &amp; APO Implementation Governance</w:t>
      </w:r>
    </w:p>
    <w:p>
      <w:pPr>
        <w:pStyle w:val="FileName"/>
      </w:pPr>
      <w:r>
        <w:t>•  APO Engagement Charter.docx</w:t>
      </w:r>
    </w:p>
    <w:p>
      <w:pPr>
        <w:pStyle w:val="FileName"/>
      </w:pPr>
      <w:r>
        <w:t>•  APO Executive Sponsorship Agreement.docx</w:t>
      </w:r>
    </w:p>
    <w:p>
      <w:pPr>
        <w:pStyle w:val="FileName"/>
      </w:pPr>
      <w:r>
        <w:t>•  APO Stakeholder Alignment Brief.docx</w:t>
      </w:r>
    </w:p>
    <w:p>
      <w:pPr>
        <w:pStyle w:val="FileName"/>
      </w:pPr>
      <w:r>
        <w:t>•  APO Implementation Governance Protocol.docx</w:t>
      </w:r>
    </w:p>
    <w:p>
      <w:pPr>
        <w:pStyle w:val="FileName"/>
      </w:pPr>
      <w:r>
        <w:t>•  APO Steering Committee Terms of Reference.docx</w:t>
      </w:r>
    </w:p>
    <w:p>
      <w:pPr>
        <w:pStyle w:val="FileName"/>
      </w:pPr>
      <w:r>
        <w:t>•  APO Stakeholder Register.xlsx</w:t>
      </w:r>
    </w:p>
    <w:p>
      <w:pPr>
        <w:pStyle w:val="FileName"/>
      </w:pPr>
      <w:r>
        <w:t>•  APO Executive Decision Log.xlsx</w:t>
      </w:r>
    </w:p>
    <w:p>
      <w:pPr>
        <w:pStyle w:val="FileName"/>
      </w:pPr>
      <w:r>
        <w:t>•  APO Initial Risk Register.xlsx</w:t>
      </w:r>
    </w:p>
    <w:p>
      <w:pPr>
        <w:pStyle w:val="FileName"/>
      </w:pPr>
      <w:r>
        <w:t>•  APO Implementation Assumption Log.xlsx</w:t>
      </w:r>
    </w:p>
    <w:p>
      <w:pPr>
        <w:pStyle w:val="FileName"/>
      </w:pPr>
      <w:r>
        <w:t>•  APO Executive Kickoff Presentation.pptx</w:t>
      </w:r>
    </w:p>
    <w:p>
      <w:pPr>
        <w:pStyle w:val="FileName"/>
      </w:pPr>
      <w:r>
        <w:t>•  APO Implementation Roadmap Overview.pptx</w:t>
      </w:r>
    </w:p>
    <w:p>
      <w:pPr>
        <w:pStyle w:val="FileName"/>
      </w:pPr>
      <w:r>
        <w:t>•  APO Business Alignment Briefing.pptx</w:t>
      </w:r>
    </w:p>
    <w:p>
      <w:pPr>
        <w:pStyle w:val="Heading1"/>
        <w:keepNext/>
      </w:pPr>
      <w:r>
        <w:t>Part 2. Enterprise Context &amp; Current-State Assessment</w:t>
      </w:r>
    </w:p>
    <w:p>
      <w:pPr>
        <w:pStyle w:val="FileName"/>
      </w:pPr>
      <w:r>
        <w:t>•  APO Enterprise Context Assessment Report.docx</w:t>
      </w:r>
    </w:p>
    <w:p>
      <w:pPr>
        <w:pStyle w:val="FileName"/>
      </w:pPr>
      <w:r>
        <w:t>•  APO Current-State Capability Review.docx</w:t>
      </w:r>
    </w:p>
    <w:p>
      <w:pPr>
        <w:pStyle w:val="FileName"/>
      </w:pPr>
      <w:r>
        <w:t>•  APO Organizational Strategy Alignment Review.docx</w:t>
      </w:r>
    </w:p>
    <w:p>
      <w:pPr>
        <w:pStyle w:val="FileName"/>
      </w:pPr>
      <w:r>
        <w:t>•  APO IT Governance Baseline Assessment.docx</w:t>
      </w:r>
    </w:p>
    <w:p>
      <w:pPr>
        <w:pStyle w:val="FileName"/>
      </w:pPr>
      <w:r>
        <w:t>•  APO Management Practices Assessment Guide.docx</w:t>
      </w:r>
    </w:p>
    <w:p>
      <w:pPr>
        <w:pStyle w:val="FileName"/>
      </w:pPr>
      <w:r>
        <w:t>•  APO Current-State Assessment Questionnaire.xlsx</w:t>
      </w:r>
    </w:p>
    <w:p>
      <w:pPr>
        <w:pStyle w:val="FileName"/>
      </w:pPr>
      <w:r>
        <w:t>•  APO Capability Baseline Matrix.xlsx</w:t>
      </w:r>
    </w:p>
    <w:p>
      <w:pPr>
        <w:pStyle w:val="FileName"/>
      </w:pPr>
      <w:r>
        <w:t>•  APO Process Maturity Scoring Matrix.xlsx</w:t>
      </w:r>
    </w:p>
    <w:p>
      <w:pPr>
        <w:pStyle w:val="FileName"/>
      </w:pPr>
      <w:r>
        <w:t>•  APO Enterprise Context Mapping.xlsx</w:t>
      </w:r>
    </w:p>
    <w:p>
      <w:pPr>
        <w:pStyle w:val="FileName"/>
      </w:pPr>
      <w:r>
        <w:t>•  APO Current-State Gap Analysis.xlsx</w:t>
      </w:r>
    </w:p>
    <w:p>
      <w:pPr>
        <w:pStyle w:val="FileName"/>
      </w:pPr>
      <w:r>
        <w:t>•  APO Current-State Diagnostic Presentation.pptx</w:t>
      </w:r>
    </w:p>
    <w:p>
      <w:pPr>
        <w:pStyle w:val="FileName"/>
      </w:pPr>
      <w:r>
        <w:t>•  APO Enterprise Context Findings.pptx</w:t>
      </w:r>
    </w:p>
    <w:p>
      <w:pPr>
        <w:pStyle w:val="FileName"/>
      </w:pPr>
      <w:r>
        <w:t>•  APO Capability Baseline Briefing.pptx</w:t>
      </w:r>
    </w:p>
    <w:p>
      <w:pPr>
        <w:pStyle w:val="Heading1"/>
        <w:keepNext/>
      </w:pPr>
      <w:r>
        <w:t>Part 3. APO Scope Definition &amp; Deployment Planning</w:t>
      </w:r>
    </w:p>
    <w:p>
      <w:pPr>
        <w:pStyle w:val="FileName"/>
      </w:pPr>
      <w:r>
        <w:t>•  APO Implementation Scope Document.docx</w:t>
      </w:r>
    </w:p>
    <w:p>
      <w:pPr>
        <w:pStyle w:val="FileName"/>
      </w:pPr>
      <w:r>
        <w:t>•  APO Deployment Strategy.docx</w:t>
      </w:r>
    </w:p>
    <w:p>
      <w:pPr>
        <w:pStyle w:val="FileName"/>
      </w:pPr>
      <w:r>
        <w:t>•  APO Workstream Definition.docx</w:t>
      </w:r>
    </w:p>
    <w:p>
      <w:pPr>
        <w:pStyle w:val="FileName"/>
      </w:pPr>
      <w:r>
        <w:t>•  APO Implementation Planning Guide.docx</w:t>
      </w:r>
    </w:p>
    <w:p>
      <w:pPr>
        <w:pStyle w:val="FileName"/>
      </w:pPr>
      <w:r>
        <w:t>•  APO Change Impact Assessment.docx</w:t>
      </w:r>
    </w:p>
    <w:p>
      <w:pPr>
        <w:pStyle w:val="FileName"/>
      </w:pPr>
      <w:r>
        <w:t>•  APO Implementation Master Plan.xlsx</w:t>
      </w:r>
    </w:p>
    <w:p>
      <w:pPr>
        <w:pStyle w:val="FileName"/>
      </w:pPr>
      <w:r>
        <w:t>•  APO Workstream Planning Tracker.xlsx</w:t>
      </w:r>
    </w:p>
    <w:p>
      <w:pPr>
        <w:pStyle w:val="FileName"/>
      </w:pPr>
      <w:r>
        <w:t>•  APO Milestone Tracker.xlsx</w:t>
      </w:r>
    </w:p>
    <w:p>
      <w:pPr>
        <w:pStyle w:val="FileName"/>
      </w:pPr>
      <w:r>
        <w:t>•  APO Resource Planning Matrix.xlsx</w:t>
      </w:r>
    </w:p>
    <w:p>
      <w:pPr>
        <w:pStyle w:val="FileName"/>
      </w:pPr>
      <w:r>
        <w:t>•  APO Dependency Register.xlsx</w:t>
      </w:r>
    </w:p>
    <w:p>
      <w:pPr>
        <w:pStyle w:val="FileName"/>
      </w:pPr>
      <w:r>
        <w:t>•  APO Deployment Wave Planning.xlsx</w:t>
      </w:r>
    </w:p>
    <w:p>
      <w:pPr>
        <w:pStyle w:val="FileName"/>
      </w:pPr>
      <w:r>
        <w:t>•  APO Scope Confirmation Presentation.pptx</w:t>
      </w:r>
    </w:p>
    <w:p>
      <w:pPr>
        <w:pStyle w:val="FileName"/>
      </w:pPr>
      <w:r>
        <w:t>•  APO Deployment Planning Workshop.pptx</w:t>
      </w:r>
    </w:p>
    <w:p>
      <w:pPr>
        <w:pStyle w:val="FileName"/>
      </w:pPr>
      <w:r>
        <w:t>•  APO Implementation Timeline Presentation.pptx</w:t>
      </w:r>
    </w:p>
    <w:p>
      <w:pPr>
        <w:pStyle w:val="Heading1"/>
        <w:keepNext/>
      </w:pPr>
      <w:r>
        <w:t>Part 4. APO Framework Customization &amp; Operating Model</w:t>
      </w:r>
    </w:p>
    <w:p>
      <w:pPr>
        <w:pStyle w:val="FileName"/>
      </w:pPr>
      <w:r>
        <w:t>•  APO Customization Design Document.docx</w:t>
      </w:r>
    </w:p>
    <w:p>
      <w:pPr>
        <w:pStyle w:val="FileName"/>
      </w:pPr>
      <w:r>
        <w:t>•  APO Operating Model Design.docx</w:t>
      </w:r>
    </w:p>
    <w:p>
      <w:pPr>
        <w:pStyle w:val="FileName"/>
      </w:pPr>
      <w:r>
        <w:t>•  APO Role Definition Guide.docx</w:t>
      </w:r>
    </w:p>
    <w:p>
      <w:pPr>
        <w:pStyle w:val="FileName"/>
      </w:pPr>
      <w:r>
        <w:t>•  APO Decision Rights Framework.docx</w:t>
      </w:r>
    </w:p>
    <w:p>
      <w:pPr>
        <w:pStyle w:val="FileName"/>
      </w:pPr>
      <w:r>
        <w:t>•  APO Process Ownership Model.docx</w:t>
      </w:r>
    </w:p>
    <w:p>
      <w:pPr>
        <w:pStyle w:val="FileName"/>
      </w:pPr>
      <w:r>
        <w:t>•  APO Policy Alignment Document.docx</w:t>
      </w:r>
    </w:p>
    <w:p>
      <w:pPr>
        <w:pStyle w:val="FileName"/>
      </w:pPr>
      <w:r>
        <w:t>•  APO Role to Responsibility Matrix.xlsx</w:t>
      </w:r>
    </w:p>
    <w:p>
      <w:pPr>
        <w:pStyle w:val="FileName"/>
      </w:pPr>
      <w:r>
        <w:t>•  APO Decision Rights Matrix.xlsx</w:t>
      </w:r>
    </w:p>
    <w:p>
      <w:pPr>
        <w:pStyle w:val="FileName"/>
      </w:pPr>
      <w:r>
        <w:t>•  APO Process Alignment Matrix.xlsx</w:t>
      </w:r>
    </w:p>
    <w:p>
      <w:pPr>
        <w:pStyle w:val="FileName"/>
      </w:pPr>
      <w:r>
        <w:t>•  APO Policy Mapping Matrix.xlsx</w:t>
      </w:r>
    </w:p>
    <w:p>
      <w:pPr>
        <w:pStyle w:val="FileName"/>
      </w:pPr>
      <w:r>
        <w:t>•  APO Framework Customization Tracker.xlsx</w:t>
      </w:r>
    </w:p>
    <w:p>
      <w:pPr>
        <w:pStyle w:val="FileName"/>
      </w:pPr>
      <w:r>
        <w:t>•  APO Customized Framework Design Presentation.pptx</w:t>
      </w:r>
    </w:p>
    <w:p>
      <w:pPr>
        <w:pStyle w:val="FileName"/>
      </w:pPr>
      <w:r>
        <w:t>•  APO Operating Model Alignment Presentation.pptx</w:t>
      </w:r>
    </w:p>
    <w:p>
      <w:pPr>
        <w:pStyle w:val="FileName"/>
      </w:pPr>
      <w:r>
        <w:t>•  APO Process Ownership Workshop.pptx</w:t>
      </w:r>
    </w:p>
    <w:p>
      <w:pPr>
        <w:pStyle w:val="Heading1"/>
        <w:keepNext/>
      </w:pPr>
      <w:r>
        <w:t>Part 5. APO01 Management Framework Implementation</w:t>
      </w:r>
    </w:p>
    <w:p>
      <w:pPr>
        <w:pStyle w:val="FileName"/>
      </w:pPr>
      <w:r>
        <w:t>•  APO01 Management Framework Implementation Guide.docx</w:t>
      </w:r>
    </w:p>
    <w:p>
      <w:pPr>
        <w:pStyle w:val="FileName"/>
      </w:pPr>
      <w:r>
        <w:t>•  APO01 Governance and Management Framework Design.docx</w:t>
      </w:r>
    </w:p>
    <w:p>
      <w:pPr>
        <w:pStyle w:val="FileName"/>
      </w:pPr>
      <w:r>
        <w:t>•  APO01 Process Management Procedure.docx</w:t>
      </w:r>
    </w:p>
    <w:p>
      <w:pPr>
        <w:pStyle w:val="FileName"/>
      </w:pPr>
      <w:r>
        <w:t>•  APO01 Policy Management Procedure.docx</w:t>
      </w:r>
    </w:p>
    <w:p>
      <w:pPr>
        <w:pStyle w:val="FileName"/>
      </w:pPr>
      <w:r>
        <w:t>•  APO01 Management Framework Review Report.docx</w:t>
      </w:r>
    </w:p>
    <w:p>
      <w:pPr>
        <w:pStyle w:val="FileName"/>
      </w:pPr>
      <w:r>
        <w:t>•  APO01 Governance Component Inventory.xlsx</w:t>
      </w:r>
    </w:p>
    <w:p>
      <w:pPr>
        <w:pStyle w:val="FileName"/>
      </w:pPr>
      <w:r>
        <w:t>•  APO01 Process Catalogue.xlsx</w:t>
      </w:r>
    </w:p>
    <w:p>
      <w:pPr>
        <w:pStyle w:val="FileName"/>
      </w:pPr>
      <w:r>
        <w:t>•  APO01 Policy Register.xlsx</w:t>
      </w:r>
    </w:p>
    <w:p>
      <w:pPr>
        <w:pStyle w:val="FileName"/>
      </w:pPr>
      <w:r>
        <w:t>•  APO01 Framework Compliance Matrix.xlsx</w:t>
      </w:r>
    </w:p>
    <w:p>
      <w:pPr>
        <w:pStyle w:val="FileName"/>
      </w:pPr>
      <w:r>
        <w:t>•  APO01 Management Practice Assessment.xlsx</w:t>
      </w:r>
    </w:p>
    <w:p>
      <w:pPr>
        <w:pStyle w:val="FileName"/>
      </w:pPr>
      <w:r>
        <w:t>•  APO01 Management Framework Training.pptx</w:t>
      </w:r>
    </w:p>
    <w:p>
      <w:pPr>
        <w:pStyle w:val="FileName"/>
      </w:pPr>
      <w:r>
        <w:t>•  APO01 Framework Design Workshop.pptx</w:t>
      </w:r>
    </w:p>
    <w:p>
      <w:pPr>
        <w:pStyle w:val="FileName"/>
      </w:pPr>
      <w:r>
        <w:t>•  APO01 Implementation Status Presentation.pptx</w:t>
      </w:r>
    </w:p>
    <w:p>
      <w:pPr>
        <w:pStyle w:val="Heading1"/>
        <w:keepNext/>
      </w:pPr>
      <w:r>
        <w:t>Part 6. APO02 Strategy Management Implementation</w:t>
      </w:r>
    </w:p>
    <w:p>
      <w:pPr>
        <w:pStyle w:val="FileName"/>
      </w:pPr>
      <w:r>
        <w:t>•  APO02 Strategy Management Implementation Guide.docx</w:t>
      </w:r>
    </w:p>
    <w:p>
      <w:pPr>
        <w:pStyle w:val="FileName"/>
      </w:pPr>
      <w:r>
        <w:t>•  APO02 IT Strategy Document.docx</w:t>
      </w:r>
    </w:p>
    <w:p>
      <w:pPr>
        <w:pStyle w:val="FileName"/>
      </w:pPr>
      <w:r>
        <w:t>•  APO02 Strategic Alignment Report.docx</w:t>
      </w:r>
    </w:p>
    <w:p>
      <w:pPr>
        <w:pStyle w:val="FileName"/>
      </w:pPr>
      <w:r>
        <w:t>•  APO02 Strategic Planning Procedure.docx</w:t>
      </w:r>
    </w:p>
    <w:p>
      <w:pPr>
        <w:pStyle w:val="FileName"/>
      </w:pPr>
      <w:r>
        <w:t>•  APO02 Strategy Review Report.docx</w:t>
      </w:r>
    </w:p>
    <w:p>
      <w:pPr>
        <w:pStyle w:val="FileName"/>
      </w:pPr>
      <w:r>
        <w:t>•  APO02 Strategic Objective Mapping.xlsx</w:t>
      </w:r>
    </w:p>
    <w:p>
      <w:pPr>
        <w:pStyle w:val="FileName"/>
      </w:pPr>
      <w:r>
        <w:t>•  APO02 Business-IT Alignment Matrix.xlsx</w:t>
      </w:r>
    </w:p>
    <w:p>
      <w:pPr>
        <w:pStyle w:val="FileName"/>
      </w:pPr>
      <w:r>
        <w:t>•  APO02 Strategic Initiative Portfolio.xlsx</w:t>
      </w:r>
    </w:p>
    <w:p>
      <w:pPr>
        <w:pStyle w:val="FileName"/>
      </w:pPr>
      <w:r>
        <w:t>•  APO02 Strategy Performance Scorecard.xlsx</w:t>
      </w:r>
    </w:p>
    <w:p>
      <w:pPr>
        <w:pStyle w:val="FileName"/>
      </w:pPr>
      <w:r>
        <w:t>•  APO02 Strategy Gap Analysis.xlsx</w:t>
      </w:r>
    </w:p>
    <w:p>
      <w:pPr>
        <w:pStyle w:val="FileName"/>
      </w:pPr>
      <w:r>
        <w:t>•  APO02 Strategy Workshop.pptx</w:t>
      </w:r>
    </w:p>
    <w:p>
      <w:pPr>
        <w:pStyle w:val="FileName"/>
      </w:pPr>
      <w:r>
        <w:t>•  APO02 IT Strategy Presentation.pptx</w:t>
      </w:r>
    </w:p>
    <w:p>
      <w:pPr>
        <w:pStyle w:val="FileName"/>
      </w:pPr>
      <w:r>
        <w:t>•  APO02 Strategic Alignment Briefing.pptx</w:t>
      </w:r>
    </w:p>
    <w:p>
      <w:pPr>
        <w:pStyle w:val="Heading1"/>
        <w:keepNext/>
      </w:pPr>
      <w:r>
        <w:t>Part 7. APO03 Enterprise Architecture Implementation</w:t>
      </w:r>
    </w:p>
    <w:p>
      <w:pPr>
        <w:pStyle w:val="FileName"/>
      </w:pPr>
      <w:r>
        <w:t>•  APO03 Enterprise Architecture Implementation Guide.docx</w:t>
      </w:r>
    </w:p>
    <w:p>
      <w:pPr>
        <w:pStyle w:val="FileName"/>
      </w:pPr>
      <w:r>
        <w:t>•  APO03 Enterprise Architecture Principles.docx</w:t>
      </w:r>
    </w:p>
    <w:p>
      <w:pPr>
        <w:pStyle w:val="FileName"/>
      </w:pPr>
      <w:r>
        <w:t>•  APO03 Architecture Governance Procedure.docx</w:t>
      </w:r>
    </w:p>
    <w:p>
      <w:pPr>
        <w:pStyle w:val="FileName"/>
      </w:pPr>
      <w:r>
        <w:t>•  APO03 Target Architecture Definition.docx</w:t>
      </w:r>
    </w:p>
    <w:p>
      <w:pPr>
        <w:pStyle w:val="FileName"/>
      </w:pPr>
      <w:r>
        <w:t>•  APO03 Architecture Review Report.docx</w:t>
      </w:r>
    </w:p>
    <w:p>
      <w:pPr>
        <w:pStyle w:val="FileName"/>
      </w:pPr>
      <w:r>
        <w:t>•  APO03 Architecture Inventory.xlsx</w:t>
      </w:r>
    </w:p>
    <w:p>
      <w:pPr>
        <w:pStyle w:val="FileName"/>
      </w:pPr>
      <w:r>
        <w:t>•  APO03 Application Portfolio Register.xlsx</w:t>
      </w:r>
    </w:p>
    <w:p>
      <w:pPr>
        <w:pStyle w:val="FileName"/>
      </w:pPr>
      <w:r>
        <w:t>•  APO03 Technology Standards Matrix.xlsx</w:t>
      </w:r>
    </w:p>
    <w:p>
      <w:pPr>
        <w:pStyle w:val="FileName"/>
      </w:pPr>
      <w:r>
        <w:t>•  APO03 Architecture Roadmap Tracker.xlsx</w:t>
      </w:r>
    </w:p>
    <w:p>
      <w:pPr>
        <w:pStyle w:val="FileName"/>
      </w:pPr>
      <w:r>
        <w:t>•  APO03 Architecture Decision Log.xlsx</w:t>
      </w:r>
    </w:p>
    <w:p>
      <w:pPr>
        <w:pStyle w:val="FileName"/>
      </w:pPr>
      <w:r>
        <w:t>•  APO03 Enterprise Architecture Workshop.pptx</w:t>
      </w:r>
    </w:p>
    <w:p>
      <w:pPr>
        <w:pStyle w:val="FileName"/>
      </w:pPr>
      <w:r>
        <w:t>•  APO03 Target Architecture Presentation.pptx</w:t>
      </w:r>
    </w:p>
    <w:p>
      <w:pPr>
        <w:pStyle w:val="FileName"/>
      </w:pPr>
      <w:r>
        <w:t>•  APO03 Architecture Roadmap Briefing.pptx</w:t>
      </w:r>
    </w:p>
    <w:p>
      <w:pPr>
        <w:pStyle w:val="Heading1"/>
        <w:keepNext/>
      </w:pPr>
      <w:r>
        <w:t>Part 8. APO04 Innovation Management Implementation</w:t>
      </w:r>
    </w:p>
    <w:p>
      <w:pPr>
        <w:pStyle w:val="FileName"/>
      </w:pPr>
      <w:r>
        <w:t>•  APO04 Innovation Management Implementation Guide.docx</w:t>
      </w:r>
    </w:p>
    <w:p>
      <w:pPr>
        <w:pStyle w:val="FileName"/>
      </w:pPr>
      <w:r>
        <w:t>•  APO04 Innovation Governance Procedure.docx</w:t>
      </w:r>
    </w:p>
    <w:p>
      <w:pPr>
        <w:pStyle w:val="FileName"/>
      </w:pPr>
      <w:r>
        <w:t>•  APO04 Innovation Opportunity Assessment.docx</w:t>
      </w:r>
    </w:p>
    <w:p>
      <w:pPr>
        <w:pStyle w:val="FileName"/>
      </w:pPr>
      <w:r>
        <w:t>•  APO04 Proof of Concept Evaluation Report.docx</w:t>
      </w:r>
    </w:p>
    <w:p>
      <w:pPr>
        <w:pStyle w:val="FileName"/>
      </w:pPr>
      <w:r>
        <w:t>•  APO04 Innovation Portfolio Review.docx</w:t>
      </w:r>
    </w:p>
    <w:p>
      <w:pPr>
        <w:pStyle w:val="FileName"/>
      </w:pPr>
      <w:r>
        <w:t>•  APO04 Innovation Opportunity Register.xlsx</w:t>
      </w:r>
    </w:p>
    <w:p>
      <w:pPr>
        <w:pStyle w:val="FileName"/>
      </w:pPr>
      <w:r>
        <w:t>•  APO04 Innovation Evaluation Matrix.xlsx</w:t>
      </w:r>
    </w:p>
    <w:p>
      <w:pPr>
        <w:pStyle w:val="FileName"/>
      </w:pPr>
      <w:r>
        <w:t>•  APO04 Proof-of-Concept Tracker.xlsx</w:t>
      </w:r>
    </w:p>
    <w:p>
      <w:pPr>
        <w:pStyle w:val="FileName"/>
      </w:pPr>
      <w:r>
        <w:t>•  APO04 Innovation Portfolio Dashboard.xlsx</w:t>
      </w:r>
    </w:p>
    <w:p>
      <w:pPr>
        <w:pStyle w:val="FileName"/>
      </w:pPr>
      <w:r>
        <w:t>•  APO04 Emerging Technology Watchlist.xlsx</w:t>
      </w:r>
    </w:p>
    <w:p>
      <w:pPr>
        <w:pStyle w:val="FileName"/>
      </w:pPr>
      <w:r>
        <w:t>•  APO04 Innovation Workshop.pptx</w:t>
      </w:r>
    </w:p>
    <w:p>
      <w:pPr>
        <w:pStyle w:val="FileName"/>
      </w:pPr>
      <w:r>
        <w:t>•  APO04 Innovation Portfolio Presentation.pptx</w:t>
      </w:r>
    </w:p>
    <w:p>
      <w:pPr>
        <w:pStyle w:val="FileName"/>
      </w:pPr>
      <w:r>
        <w:t>•  APO04 Emerging Technology Briefing.pptx</w:t>
      </w:r>
    </w:p>
    <w:p>
      <w:pPr>
        <w:pStyle w:val="Heading1"/>
        <w:keepNext/>
      </w:pPr>
      <w:r>
        <w:t>Part 9. APO05 Portfolio Management Implementation</w:t>
      </w:r>
    </w:p>
    <w:p>
      <w:pPr>
        <w:pStyle w:val="FileName"/>
      </w:pPr>
      <w:r>
        <w:t>•  APO05 Portfolio Management Implementation Guide.docx</w:t>
      </w:r>
    </w:p>
    <w:p>
      <w:pPr>
        <w:pStyle w:val="FileName"/>
      </w:pPr>
      <w:r>
        <w:t>•  APO05 Portfolio Governance Procedure.docx</w:t>
      </w:r>
    </w:p>
    <w:p>
      <w:pPr>
        <w:pStyle w:val="FileName"/>
      </w:pPr>
      <w:r>
        <w:t>•  APO05 Investment Business Case Standard.docx</w:t>
      </w:r>
    </w:p>
    <w:p>
      <w:pPr>
        <w:pStyle w:val="FileName"/>
      </w:pPr>
      <w:r>
        <w:t>•  APO05 Portfolio Prioritization Guide.docx</w:t>
      </w:r>
    </w:p>
    <w:p>
      <w:pPr>
        <w:pStyle w:val="FileName"/>
      </w:pPr>
      <w:r>
        <w:t>•  APO05 Portfolio Review Report.docx</w:t>
      </w:r>
    </w:p>
    <w:p>
      <w:pPr>
        <w:pStyle w:val="FileName"/>
      </w:pPr>
      <w:r>
        <w:t>•  APO05 Initiative Portfolio Register.xlsx</w:t>
      </w:r>
    </w:p>
    <w:p>
      <w:pPr>
        <w:pStyle w:val="FileName"/>
      </w:pPr>
      <w:r>
        <w:t>•  APO05 Investment Prioritization Matrix.xlsx</w:t>
      </w:r>
    </w:p>
    <w:p>
      <w:pPr>
        <w:pStyle w:val="FileName"/>
      </w:pPr>
      <w:r>
        <w:t>•  APO05 Portfolio Value Tracker.xlsx</w:t>
      </w:r>
    </w:p>
    <w:p>
      <w:pPr>
        <w:pStyle w:val="FileName"/>
      </w:pPr>
      <w:r>
        <w:t>•  APO05 Portfolio Risk Register.xlsx</w:t>
      </w:r>
    </w:p>
    <w:p>
      <w:pPr>
        <w:pStyle w:val="FileName"/>
      </w:pPr>
      <w:r>
        <w:t>•  APO05 Portfolio Performance Dashboard.xlsx</w:t>
      </w:r>
    </w:p>
    <w:p>
      <w:pPr>
        <w:pStyle w:val="FileName"/>
      </w:pPr>
      <w:r>
        <w:t>•  APO05 Portfolio Governance Workshop.pptx</w:t>
      </w:r>
    </w:p>
    <w:p>
      <w:pPr>
        <w:pStyle w:val="FileName"/>
      </w:pPr>
      <w:r>
        <w:t>•  APO05 Portfolio Review Presentation.pptx</w:t>
      </w:r>
    </w:p>
    <w:p>
      <w:pPr>
        <w:pStyle w:val="FileName"/>
      </w:pPr>
      <w:r>
        <w:t>•  APO05 Investment Prioritization Briefing.pptx</w:t>
      </w:r>
    </w:p>
    <w:p>
      <w:pPr>
        <w:pStyle w:val="Heading1"/>
        <w:keepNext/>
      </w:pPr>
      <w:r>
        <w:t>Part 10. APO06 Budget and Cost Management Implementation</w:t>
      </w:r>
    </w:p>
    <w:p>
      <w:pPr>
        <w:pStyle w:val="FileName"/>
      </w:pPr>
      <w:r>
        <w:t>•  APO06 Budget and Cost Management Implementation Guide.docx</w:t>
      </w:r>
    </w:p>
    <w:p>
      <w:pPr>
        <w:pStyle w:val="FileName"/>
      </w:pPr>
      <w:r>
        <w:t>•  APO06 IT Budgeting Procedure.docx</w:t>
      </w:r>
    </w:p>
    <w:p>
      <w:pPr>
        <w:pStyle w:val="FileName"/>
      </w:pPr>
      <w:r>
        <w:t>•  APO06 Cost Allocation Model Design.docx</w:t>
      </w:r>
    </w:p>
    <w:p>
      <w:pPr>
        <w:pStyle w:val="FileName"/>
      </w:pPr>
      <w:r>
        <w:t>•  APO06 Financial Control Procedure.docx</w:t>
      </w:r>
    </w:p>
    <w:p>
      <w:pPr>
        <w:pStyle w:val="FileName"/>
      </w:pPr>
      <w:r>
        <w:t>•  APO06 Budget Performance Report.docx</w:t>
      </w:r>
    </w:p>
    <w:p>
      <w:pPr>
        <w:pStyle w:val="FileName"/>
      </w:pPr>
      <w:r>
        <w:t>•  APO06 IT Budget Plan.xlsx</w:t>
      </w:r>
    </w:p>
    <w:p>
      <w:pPr>
        <w:pStyle w:val="FileName"/>
      </w:pPr>
      <w:r>
        <w:t>•  APO06 Cost Allocation Model.xlsx</w:t>
      </w:r>
    </w:p>
    <w:p>
      <w:pPr>
        <w:pStyle w:val="FileName"/>
      </w:pPr>
      <w:r>
        <w:t>•  APO06 Expense Tracking Workbook.xlsx</w:t>
      </w:r>
    </w:p>
    <w:p>
      <w:pPr>
        <w:pStyle w:val="FileName"/>
      </w:pPr>
      <w:r>
        <w:t>•  APO06 Budget Variance Analysis.xlsx</w:t>
      </w:r>
    </w:p>
    <w:p>
      <w:pPr>
        <w:pStyle w:val="FileName"/>
      </w:pPr>
      <w:r>
        <w:t>•  APO06 Financial Performance Dashboard.xlsx</w:t>
      </w:r>
    </w:p>
    <w:p>
      <w:pPr>
        <w:pStyle w:val="FileName"/>
      </w:pPr>
      <w:r>
        <w:t>•  APO06 Budget Planning Workshop.pptx</w:t>
      </w:r>
    </w:p>
    <w:p>
      <w:pPr>
        <w:pStyle w:val="FileName"/>
      </w:pPr>
      <w:r>
        <w:t>•  APO06 Cost Management Presentation.pptx</w:t>
      </w:r>
    </w:p>
    <w:p>
      <w:pPr>
        <w:pStyle w:val="FileName"/>
      </w:pPr>
      <w:r>
        <w:t>•  APO06 Budget Review Briefing.pptx</w:t>
      </w:r>
    </w:p>
    <w:p>
      <w:pPr>
        <w:pStyle w:val="Heading1"/>
        <w:keepNext/>
      </w:pPr>
      <w:r>
        <w:t>Part 11. APO07 Human Resources Management Implementation</w:t>
      </w:r>
    </w:p>
    <w:p>
      <w:pPr>
        <w:pStyle w:val="FileName"/>
      </w:pPr>
      <w:r>
        <w:t>•  APO07 Human Resources Management Implementation Guide.docx</w:t>
      </w:r>
    </w:p>
    <w:p>
      <w:pPr>
        <w:pStyle w:val="FileName"/>
      </w:pPr>
      <w:r>
        <w:t>•  APO07 Workforce Planning Guide.docx</w:t>
      </w:r>
    </w:p>
    <w:p>
      <w:pPr>
        <w:pStyle w:val="FileName"/>
      </w:pPr>
      <w:r>
        <w:t>•  APO07 Competency Framework.docx</w:t>
      </w:r>
    </w:p>
    <w:p>
      <w:pPr>
        <w:pStyle w:val="FileName"/>
      </w:pPr>
      <w:r>
        <w:t>•  APO07 Role Description Catalogue.docx</w:t>
      </w:r>
    </w:p>
    <w:p>
      <w:pPr>
        <w:pStyle w:val="FileName"/>
      </w:pPr>
      <w:r>
        <w:t>•  APO07 Workforce Capability Assessment Report.docx</w:t>
      </w:r>
    </w:p>
    <w:p>
      <w:pPr>
        <w:pStyle w:val="FileName"/>
      </w:pPr>
      <w:r>
        <w:t>•  APO07 Workforce Capacity Plan.xlsx</w:t>
      </w:r>
    </w:p>
    <w:p>
      <w:pPr>
        <w:pStyle w:val="FileName"/>
      </w:pPr>
      <w:r>
        <w:t>•  APO07 Skills Inventory.xlsx</w:t>
      </w:r>
    </w:p>
    <w:p>
      <w:pPr>
        <w:pStyle w:val="FileName"/>
      </w:pPr>
      <w:r>
        <w:t>•  APO07 Competency Assessment Matrix.xlsx</w:t>
      </w:r>
    </w:p>
    <w:p>
      <w:pPr>
        <w:pStyle w:val="FileName"/>
      </w:pPr>
      <w:r>
        <w:t>•  APO07 Training Needs Analysis.xlsx</w:t>
      </w:r>
    </w:p>
    <w:p>
      <w:pPr>
        <w:pStyle w:val="FileName"/>
      </w:pPr>
      <w:r>
        <w:t>•  APO07 Resource Gap Tracker.xlsx</w:t>
      </w:r>
    </w:p>
    <w:p>
      <w:pPr>
        <w:pStyle w:val="FileName"/>
      </w:pPr>
      <w:r>
        <w:t>•  APO07 Workforce Planning Workshop.pptx</w:t>
      </w:r>
    </w:p>
    <w:p>
      <w:pPr>
        <w:pStyle w:val="FileName"/>
      </w:pPr>
      <w:r>
        <w:t>•  APO07 Capability Development Presentation.pptx</w:t>
      </w:r>
    </w:p>
    <w:p>
      <w:pPr>
        <w:pStyle w:val="FileName"/>
      </w:pPr>
      <w:r>
        <w:t>•  APO07 Competency Framework Training.pptx</w:t>
      </w:r>
    </w:p>
    <w:p>
      <w:pPr>
        <w:pStyle w:val="Heading1"/>
        <w:keepNext/>
      </w:pPr>
      <w:r>
        <w:t>Part 12. APO08 Relationship Management Implementation</w:t>
      </w:r>
    </w:p>
    <w:p>
      <w:pPr>
        <w:pStyle w:val="FileName"/>
      </w:pPr>
      <w:r>
        <w:t>•  APO08 Relationship Management Implementation Guide.docx</w:t>
      </w:r>
    </w:p>
    <w:p>
      <w:pPr>
        <w:pStyle w:val="FileName"/>
      </w:pPr>
      <w:r>
        <w:t>•  APO08 Business Relationship Management Procedure.docx</w:t>
      </w:r>
    </w:p>
    <w:p>
      <w:pPr>
        <w:pStyle w:val="FileName"/>
      </w:pPr>
      <w:r>
        <w:t>•  APO08 Stakeholder Engagement Model.docx</w:t>
      </w:r>
    </w:p>
    <w:p>
      <w:pPr>
        <w:pStyle w:val="FileName"/>
      </w:pPr>
      <w:r>
        <w:t>•  APO08 Service Expectation Agreement.docx</w:t>
      </w:r>
    </w:p>
    <w:p>
      <w:pPr>
        <w:pStyle w:val="FileName"/>
      </w:pPr>
      <w:r>
        <w:t>•  APO08 Relationship Review Report.docx</w:t>
      </w:r>
    </w:p>
    <w:p>
      <w:pPr>
        <w:pStyle w:val="FileName"/>
      </w:pPr>
      <w:r>
        <w:t>•  APO08 Business Stakeholder Register.xlsx</w:t>
      </w:r>
    </w:p>
    <w:p>
      <w:pPr>
        <w:pStyle w:val="FileName"/>
      </w:pPr>
      <w:r>
        <w:t>•  APO08 Relationship Health Scorecard.xlsx</w:t>
      </w:r>
    </w:p>
    <w:p>
      <w:pPr>
        <w:pStyle w:val="FileName"/>
      </w:pPr>
      <w:r>
        <w:t>•  APO08 Stakeholder Engagement Tracker.xlsx</w:t>
      </w:r>
    </w:p>
    <w:p>
      <w:pPr>
        <w:pStyle w:val="FileName"/>
      </w:pPr>
      <w:r>
        <w:t>•  APO08 Business Demand Register.xlsx</w:t>
      </w:r>
    </w:p>
    <w:p>
      <w:pPr>
        <w:pStyle w:val="FileName"/>
      </w:pPr>
      <w:r>
        <w:t>•  APO08 Relationship Issue Log.xlsx</w:t>
      </w:r>
    </w:p>
    <w:p>
      <w:pPr>
        <w:pStyle w:val="FileName"/>
      </w:pPr>
      <w:r>
        <w:t>•  APO08 Relationship Management Workshop.pptx</w:t>
      </w:r>
    </w:p>
    <w:p>
      <w:pPr>
        <w:pStyle w:val="FileName"/>
      </w:pPr>
      <w:r>
        <w:t>•  APO08 Business Engagement Presentation.pptx</w:t>
      </w:r>
    </w:p>
    <w:p>
      <w:pPr>
        <w:pStyle w:val="FileName"/>
      </w:pPr>
      <w:r>
        <w:t>•  APO08 Stakeholder Review Briefing.pptx</w:t>
      </w:r>
    </w:p>
    <w:p>
      <w:pPr>
        <w:pStyle w:val="Heading1"/>
        <w:keepNext/>
      </w:pPr>
      <w:r>
        <w:t>Part 13. APO09 Service Agreements Management Implementation</w:t>
      </w:r>
    </w:p>
    <w:p>
      <w:pPr>
        <w:pStyle w:val="FileName"/>
      </w:pPr>
      <w:r>
        <w:t>•  APO09 Service Agreements Management Implementation Guide.docx</w:t>
      </w:r>
    </w:p>
    <w:p>
      <w:pPr>
        <w:pStyle w:val="FileName"/>
      </w:pPr>
      <w:r>
        <w:t>•  APO09 Service Level Management Procedure.docx</w:t>
      </w:r>
    </w:p>
    <w:p>
      <w:pPr>
        <w:pStyle w:val="FileName"/>
      </w:pPr>
      <w:r>
        <w:t>•  APO09 Service Catalogue Design.docx</w:t>
      </w:r>
    </w:p>
    <w:p>
      <w:pPr>
        <w:pStyle w:val="FileName"/>
      </w:pPr>
      <w:r>
        <w:t>•  APO09 Service Level Agreement Standard.docx</w:t>
      </w:r>
    </w:p>
    <w:p>
      <w:pPr>
        <w:pStyle w:val="FileName"/>
      </w:pPr>
      <w:r>
        <w:t>•  APO09 Service Review Report.docx</w:t>
      </w:r>
    </w:p>
    <w:p>
      <w:pPr>
        <w:pStyle w:val="FileName"/>
      </w:pPr>
      <w:r>
        <w:t>•  APO09 Service Catalogue Register.xlsx</w:t>
      </w:r>
    </w:p>
    <w:p>
      <w:pPr>
        <w:pStyle w:val="FileName"/>
      </w:pPr>
      <w:r>
        <w:t>•  APO09 Service Level Agreement Tracker.xlsx</w:t>
      </w:r>
    </w:p>
    <w:p>
      <w:pPr>
        <w:pStyle w:val="FileName"/>
      </w:pPr>
      <w:r>
        <w:t>•  APO09 Service Performance Scorecard.xlsx</w:t>
      </w:r>
    </w:p>
    <w:p>
      <w:pPr>
        <w:pStyle w:val="FileName"/>
      </w:pPr>
      <w:r>
        <w:t>•  APO09 Service Review Action Log.xlsx</w:t>
      </w:r>
    </w:p>
    <w:p>
      <w:pPr>
        <w:pStyle w:val="FileName"/>
      </w:pPr>
      <w:r>
        <w:t>•  APO09 SLA Compliance Matrix.xlsx</w:t>
      </w:r>
    </w:p>
    <w:p>
      <w:pPr>
        <w:pStyle w:val="FileName"/>
      </w:pPr>
      <w:r>
        <w:t>•  APO09 Service Catalogue Workshop.pptx</w:t>
      </w:r>
    </w:p>
    <w:p>
      <w:pPr>
        <w:pStyle w:val="FileName"/>
      </w:pPr>
      <w:r>
        <w:t>•  APO09 Service Agreement Presentation.pptx</w:t>
      </w:r>
    </w:p>
    <w:p>
      <w:pPr>
        <w:pStyle w:val="FileName"/>
      </w:pPr>
      <w:r>
        <w:t>•  APO09 Service Performance Review.pptx</w:t>
      </w:r>
    </w:p>
    <w:p>
      <w:pPr>
        <w:pStyle w:val="Heading1"/>
        <w:keepNext/>
      </w:pPr>
      <w:r>
        <w:t>Part 14. APO10 Supplier Management Implementation</w:t>
      </w:r>
    </w:p>
    <w:p>
      <w:pPr>
        <w:pStyle w:val="FileName"/>
      </w:pPr>
      <w:r>
        <w:t>•  APO10 Supplier Management Implementation Guide.docx</w:t>
      </w:r>
    </w:p>
    <w:p>
      <w:pPr>
        <w:pStyle w:val="FileName"/>
      </w:pPr>
      <w:r>
        <w:t>•  APO10 Supplier Governance Procedure.docx</w:t>
      </w:r>
    </w:p>
    <w:p>
      <w:pPr>
        <w:pStyle w:val="FileName"/>
      </w:pPr>
      <w:r>
        <w:t>•  APO10 Supplier Evaluation Standard.docx</w:t>
      </w:r>
    </w:p>
    <w:p>
      <w:pPr>
        <w:pStyle w:val="FileName"/>
      </w:pPr>
      <w:r>
        <w:t>•  APO10 Contract Management Procedure.docx</w:t>
      </w:r>
    </w:p>
    <w:p>
      <w:pPr>
        <w:pStyle w:val="FileName"/>
      </w:pPr>
      <w:r>
        <w:t>•  APO10 Supplier Performance Review Report.docx</w:t>
      </w:r>
    </w:p>
    <w:p>
      <w:pPr>
        <w:pStyle w:val="FileName"/>
      </w:pPr>
      <w:r>
        <w:t>•  APO10 Supplier Register.xlsx</w:t>
      </w:r>
    </w:p>
    <w:p>
      <w:pPr>
        <w:pStyle w:val="FileName"/>
      </w:pPr>
      <w:r>
        <w:t>•  APO10 Supplier Risk Assessment Matrix.xlsx</w:t>
      </w:r>
    </w:p>
    <w:p>
      <w:pPr>
        <w:pStyle w:val="FileName"/>
      </w:pPr>
      <w:r>
        <w:t>•  APO10 Contract Register.xlsx</w:t>
      </w:r>
    </w:p>
    <w:p>
      <w:pPr>
        <w:pStyle w:val="FileName"/>
      </w:pPr>
      <w:r>
        <w:t>•  APO10 Supplier Performance Scorecard.xlsx</w:t>
      </w:r>
    </w:p>
    <w:p>
      <w:pPr>
        <w:pStyle w:val="FileName"/>
      </w:pPr>
      <w:r>
        <w:t>•  APO10 Supplier Issue and Action Tracker.xlsx</w:t>
      </w:r>
    </w:p>
    <w:p>
      <w:pPr>
        <w:pStyle w:val="FileName"/>
      </w:pPr>
      <w:r>
        <w:t>•  APO10 Supplier Governance Workshop.pptx</w:t>
      </w:r>
    </w:p>
    <w:p>
      <w:pPr>
        <w:pStyle w:val="FileName"/>
      </w:pPr>
      <w:r>
        <w:t>•  APO10 Supplier Performance Presentation.pptx</w:t>
      </w:r>
    </w:p>
    <w:p>
      <w:pPr>
        <w:pStyle w:val="FileName"/>
      </w:pPr>
      <w:r>
        <w:t>•  APO10 Contract Management Briefing.pptx</w:t>
      </w:r>
    </w:p>
    <w:p>
      <w:pPr>
        <w:pStyle w:val="Heading1"/>
        <w:keepNext/>
      </w:pPr>
      <w:r>
        <w:t>Part 15. APO11 Quality Management Implementation</w:t>
      </w:r>
    </w:p>
    <w:p>
      <w:pPr>
        <w:pStyle w:val="FileName"/>
      </w:pPr>
      <w:r>
        <w:t>•  APO11 Quality Management Implementation Guide.docx</w:t>
      </w:r>
    </w:p>
    <w:p>
      <w:pPr>
        <w:pStyle w:val="FileName"/>
      </w:pPr>
      <w:r>
        <w:t>•  APO11 Quality Management System Design.docx</w:t>
      </w:r>
    </w:p>
    <w:p>
      <w:pPr>
        <w:pStyle w:val="FileName"/>
      </w:pPr>
      <w:r>
        <w:t>•  APO11 Quality Assurance Procedure.docx</w:t>
      </w:r>
    </w:p>
    <w:p>
      <w:pPr>
        <w:pStyle w:val="FileName"/>
      </w:pPr>
      <w:r>
        <w:t>•  APO11 Quality Review Report.docx</w:t>
      </w:r>
    </w:p>
    <w:p>
      <w:pPr>
        <w:pStyle w:val="FileName"/>
      </w:pPr>
      <w:r>
        <w:t>•  APO11 Continuous Quality Improvement Plan.docx</w:t>
      </w:r>
    </w:p>
    <w:p>
      <w:pPr>
        <w:pStyle w:val="FileName"/>
      </w:pPr>
      <w:r>
        <w:t>•  APO11 Quality Metrics Register.xlsx</w:t>
      </w:r>
    </w:p>
    <w:p>
      <w:pPr>
        <w:pStyle w:val="FileName"/>
      </w:pPr>
      <w:r>
        <w:t>•  APO11 Quality Review Checklist.xlsx</w:t>
      </w:r>
    </w:p>
    <w:p>
      <w:pPr>
        <w:pStyle w:val="FileName"/>
      </w:pPr>
      <w:r>
        <w:t>•  APO11 Non-conformance Register.xlsx</w:t>
      </w:r>
    </w:p>
    <w:p>
      <w:pPr>
        <w:pStyle w:val="FileName"/>
      </w:pPr>
      <w:r>
        <w:t>•  APO11 Corrective Action Tracker.xlsx</w:t>
      </w:r>
    </w:p>
    <w:p>
      <w:pPr>
        <w:pStyle w:val="FileName"/>
      </w:pPr>
      <w:r>
        <w:t>•  APO11 Quality Performance Dashboard.xlsx</w:t>
      </w:r>
    </w:p>
    <w:p>
      <w:pPr>
        <w:pStyle w:val="FileName"/>
      </w:pPr>
      <w:r>
        <w:t>•  APO11 Quality Management Workshop.pptx</w:t>
      </w:r>
    </w:p>
    <w:p>
      <w:pPr>
        <w:pStyle w:val="FileName"/>
      </w:pPr>
      <w:r>
        <w:t>•  APO11 Quality Review Presentation.pptx</w:t>
      </w:r>
    </w:p>
    <w:p>
      <w:pPr>
        <w:pStyle w:val="FileName"/>
      </w:pPr>
      <w:r>
        <w:t>•  APO11 Quality Improvement Briefing.pptx</w:t>
      </w:r>
    </w:p>
    <w:p>
      <w:pPr>
        <w:pStyle w:val="Heading1"/>
        <w:keepNext/>
      </w:pPr>
      <w:r>
        <w:t>Part 16. APO12 Risk Management Implementation</w:t>
      </w:r>
    </w:p>
    <w:p>
      <w:pPr>
        <w:pStyle w:val="FileName"/>
      </w:pPr>
      <w:r>
        <w:t>•  APO12 Risk Management Implementation Guide.docx</w:t>
      </w:r>
    </w:p>
    <w:p>
      <w:pPr>
        <w:pStyle w:val="FileName"/>
      </w:pPr>
      <w:r>
        <w:t>•  APO12 IT Risk Management Framework.docx</w:t>
      </w:r>
    </w:p>
    <w:p>
      <w:pPr>
        <w:pStyle w:val="FileName"/>
      </w:pPr>
      <w:r>
        <w:t>•  APO12 Risk Assessment Methodology.docx</w:t>
      </w:r>
    </w:p>
    <w:p>
      <w:pPr>
        <w:pStyle w:val="FileName"/>
      </w:pPr>
      <w:r>
        <w:t>•  APO12 Risk Treatment Plan.docx</w:t>
      </w:r>
    </w:p>
    <w:p>
      <w:pPr>
        <w:pStyle w:val="FileName"/>
      </w:pPr>
      <w:r>
        <w:t>•  APO12 Risk Review Report.docx</w:t>
      </w:r>
    </w:p>
    <w:p>
      <w:pPr>
        <w:pStyle w:val="FileName"/>
      </w:pPr>
      <w:r>
        <w:t>•  APO12 Risk Register.xlsx</w:t>
      </w:r>
    </w:p>
    <w:p>
      <w:pPr>
        <w:pStyle w:val="FileName"/>
      </w:pPr>
      <w:r>
        <w:t>•  APO12 Risk Assessment Matrix.xlsx</w:t>
      </w:r>
    </w:p>
    <w:p>
      <w:pPr>
        <w:pStyle w:val="FileName"/>
      </w:pPr>
      <w:r>
        <w:t>•  APO12 Risk Treatment Tracker.xlsx</w:t>
      </w:r>
    </w:p>
    <w:p>
      <w:pPr>
        <w:pStyle w:val="FileName"/>
      </w:pPr>
      <w:r>
        <w:t>•  APO12 Key Risk Indicator Dashboard.xlsx</w:t>
      </w:r>
    </w:p>
    <w:p>
      <w:pPr>
        <w:pStyle w:val="FileName"/>
      </w:pPr>
      <w:r>
        <w:t>•  APO12 Risk Heatmap.xlsx</w:t>
      </w:r>
    </w:p>
    <w:p>
      <w:pPr>
        <w:pStyle w:val="FileName"/>
      </w:pPr>
      <w:r>
        <w:t>•  APO12 Risk Management Workshop.pptx</w:t>
      </w:r>
    </w:p>
    <w:p>
      <w:pPr>
        <w:pStyle w:val="FileName"/>
      </w:pPr>
      <w:r>
        <w:t>•  APO12 Risk Profile Presentation.pptx</w:t>
      </w:r>
    </w:p>
    <w:p>
      <w:pPr>
        <w:pStyle w:val="FileName"/>
      </w:pPr>
      <w:r>
        <w:t>•  APO12 Risk Review Briefing.pptx</w:t>
      </w:r>
    </w:p>
    <w:p>
      <w:pPr>
        <w:pStyle w:val="Heading1"/>
        <w:keepNext/>
      </w:pPr>
      <w:r>
        <w:t>Part 17. APO13 Security Management Implementation</w:t>
      </w:r>
    </w:p>
    <w:p>
      <w:pPr>
        <w:pStyle w:val="FileName"/>
      </w:pPr>
      <w:r>
        <w:t>•  APO13 Security Management Implementation Guide.docx</w:t>
      </w:r>
    </w:p>
    <w:p>
      <w:pPr>
        <w:pStyle w:val="FileName"/>
      </w:pPr>
      <w:r>
        <w:t>•  APO13 Information Security Management System Design.docx</w:t>
      </w:r>
    </w:p>
    <w:p>
      <w:pPr>
        <w:pStyle w:val="FileName"/>
      </w:pPr>
      <w:r>
        <w:t>•  APO13 Security Policy Framework.docx</w:t>
      </w:r>
    </w:p>
    <w:p>
      <w:pPr>
        <w:pStyle w:val="FileName"/>
      </w:pPr>
      <w:r>
        <w:t>•  APO13 Security Governance Procedure.docx</w:t>
      </w:r>
    </w:p>
    <w:p>
      <w:pPr>
        <w:pStyle w:val="FileName"/>
      </w:pPr>
      <w:r>
        <w:t>•  APO13 Security Management Review Report.docx</w:t>
      </w:r>
    </w:p>
    <w:p>
      <w:pPr>
        <w:pStyle w:val="FileName"/>
      </w:pPr>
      <w:r>
        <w:t>•  APO13 Security Control Register.xlsx</w:t>
      </w:r>
    </w:p>
    <w:p>
      <w:pPr>
        <w:pStyle w:val="FileName"/>
      </w:pPr>
      <w:r>
        <w:t>•  APO13 Security Risk Assessment Matrix.xlsx</w:t>
      </w:r>
    </w:p>
    <w:p>
      <w:pPr>
        <w:pStyle w:val="FileName"/>
      </w:pPr>
      <w:r>
        <w:t>•  APO13 Security Compliance Tracker.xlsx</w:t>
      </w:r>
    </w:p>
    <w:p>
      <w:pPr>
        <w:pStyle w:val="FileName"/>
      </w:pPr>
      <w:r>
        <w:t>•  APO13 Security Metrics Dashboard.xlsx</w:t>
      </w:r>
    </w:p>
    <w:p>
      <w:pPr>
        <w:pStyle w:val="FileName"/>
      </w:pPr>
      <w:r>
        <w:t>•  APO13 Security Improvement Roadmap.xlsx</w:t>
      </w:r>
    </w:p>
    <w:p>
      <w:pPr>
        <w:pStyle w:val="FileName"/>
      </w:pPr>
      <w:r>
        <w:t>•  APO13 Security Management Workshop.pptx</w:t>
      </w:r>
    </w:p>
    <w:p>
      <w:pPr>
        <w:pStyle w:val="FileName"/>
      </w:pPr>
      <w:r>
        <w:t>•  APO13 Security Governance Presentation.pptx</w:t>
      </w:r>
    </w:p>
    <w:p>
      <w:pPr>
        <w:pStyle w:val="FileName"/>
      </w:pPr>
      <w:r>
        <w:t>•  APO13 Security Management Review.pptx</w:t>
      </w:r>
    </w:p>
    <w:p>
      <w:pPr>
        <w:pStyle w:val="Heading1"/>
        <w:keepNext/>
      </w:pPr>
      <w:r>
        <w:t>Part 18. APO Integration &amp; Cross Domain Alignment</w:t>
      </w:r>
    </w:p>
    <w:p>
      <w:pPr>
        <w:pStyle w:val="FileName"/>
      </w:pPr>
      <w:r>
        <w:t>•  APO Cross-Domain Integration Plan.docx</w:t>
      </w:r>
    </w:p>
    <w:p>
      <w:pPr>
        <w:pStyle w:val="FileName"/>
      </w:pPr>
      <w:r>
        <w:t>•  APO Integrated Operating Model.docx</w:t>
      </w:r>
    </w:p>
    <w:p>
      <w:pPr>
        <w:pStyle w:val="FileName"/>
      </w:pPr>
      <w:r>
        <w:t>•  APO Process Interface Design.docx</w:t>
      </w:r>
    </w:p>
    <w:p>
      <w:pPr>
        <w:pStyle w:val="FileName"/>
      </w:pPr>
      <w:r>
        <w:t>•  APO Cross-Process Governance Procedure.docx</w:t>
      </w:r>
    </w:p>
    <w:p>
      <w:pPr>
        <w:pStyle w:val="FileName"/>
      </w:pPr>
      <w:r>
        <w:t>•  APO Integration Review Report.docx</w:t>
      </w:r>
    </w:p>
    <w:p>
      <w:pPr>
        <w:pStyle w:val="FileName"/>
      </w:pPr>
      <w:r>
        <w:t>•  APO Cross-Process Dependency Matrix.xlsx</w:t>
      </w:r>
    </w:p>
    <w:p>
      <w:pPr>
        <w:pStyle w:val="FileName"/>
      </w:pPr>
      <w:r>
        <w:t>•  APO Integrated Controls Matrix.xlsx</w:t>
      </w:r>
    </w:p>
    <w:p>
      <w:pPr>
        <w:pStyle w:val="FileName"/>
      </w:pPr>
      <w:r>
        <w:t>•  APO Process Interface Register.xlsx</w:t>
      </w:r>
    </w:p>
    <w:p>
      <w:pPr>
        <w:pStyle w:val="FileName"/>
      </w:pPr>
      <w:r>
        <w:t>•  APO Cross-Domain Issue Tracker.xlsx</w:t>
      </w:r>
    </w:p>
    <w:p>
      <w:pPr>
        <w:pStyle w:val="FileName"/>
      </w:pPr>
      <w:r>
        <w:t>•  APO Integration Roadmap Tracker.xlsx</w:t>
      </w:r>
    </w:p>
    <w:p>
      <w:pPr>
        <w:pStyle w:val="FileName"/>
      </w:pPr>
      <w:r>
        <w:t>•  APO Cross-Domain Alignment Workshop.pptx</w:t>
      </w:r>
    </w:p>
    <w:p>
      <w:pPr>
        <w:pStyle w:val="FileName"/>
      </w:pPr>
      <w:r>
        <w:t>•  APO Integrated Operating Model Presentation.pptx</w:t>
      </w:r>
    </w:p>
    <w:p>
      <w:pPr>
        <w:pStyle w:val="FileName"/>
      </w:pPr>
      <w:r>
        <w:t>•  APO Integration Review Briefing.pptx</w:t>
      </w:r>
    </w:p>
    <w:p>
      <w:pPr>
        <w:pStyle w:val="Heading1"/>
        <w:keepNext/>
      </w:pPr>
      <w:r>
        <w:t>Part 19. Change Management &amp; Adoption</w:t>
      </w:r>
    </w:p>
    <w:p>
      <w:pPr>
        <w:pStyle w:val="FileName"/>
      </w:pPr>
      <w:r>
        <w:t>•  APO Change Management Strategy.docx</w:t>
      </w:r>
    </w:p>
    <w:p>
      <w:pPr>
        <w:pStyle w:val="FileName"/>
      </w:pPr>
      <w:r>
        <w:t>•  APO Stakeholder Engagement Plan.docx</w:t>
      </w:r>
    </w:p>
    <w:p>
      <w:pPr>
        <w:pStyle w:val="FileName"/>
      </w:pPr>
      <w:r>
        <w:t>•  APO Change Impact Report.docx</w:t>
      </w:r>
    </w:p>
    <w:p>
      <w:pPr>
        <w:pStyle w:val="FileName"/>
      </w:pPr>
      <w:r>
        <w:t>•  APO Leadership Communication Pack.docx</w:t>
      </w:r>
    </w:p>
    <w:p>
      <w:pPr>
        <w:pStyle w:val="FileName"/>
      </w:pPr>
      <w:r>
        <w:t>•  APO Change Impact Register.xlsx</w:t>
      </w:r>
    </w:p>
    <w:p>
      <w:pPr>
        <w:pStyle w:val="FileName"/>
      </w:pPr>
      <w:r>
        <w:t>•  APO Stakeholder Influence Matrix.xlsx</w:t>
      </w:r>
    </w:p>
    <w:p>
      <w:pPr>
        <w:pStyle w:val="FileName"/>
      </w:pPr>
      <w:r>
        <w:t>•  APO Adoption Risk Tracker.xlsx</w:t>
      </w:r>
    </w:p>
    <w:p>
      <w:pPr>
        <w:pStyle w:val="FileName"/>
      </w:pPr>
      <w:r>
        <w:t>•  APO Change Readiness Pulse Survey.xlsx</w:t>
      </w:r>
    </w:p>
    <w:p>
      <w:pPr>
        <w:pStyle w:val="FileName"/>
      </w:pPr>
      <w:r>
        <w:t>•  APO Communication Calendar.xlsx</w:t>
      </w:r>
    </w:p>
    <w:p>
      <w:pPr>
        <w:pStyle w:val="FileName"/>
      </w:pPr>
      <w:r>
        <w:t>•  APO Change Leadership Briefing.pptx</w:t>
      </w:r>
    </w:p>
    <w:p>
      <w:pPr>
        <w:pStyle w:val="FileName"/>
      </w:pPr>
      <w:r>
        <w:t>•  APO Adoption Roadshow Presentation.pptx</w:t>
      </w:r>
    </w:p>
    <w:p>
      <w:pPr>
        <w:pStyle w:val="FileName"/>
      </w:pPr>
      <w:r>
        <w:t>•  APO Communication Campaign.pptx</w:t>
      </w:r>
    </w:p>
    <w:p>
      <w:pPr>
        <w:pStyle w:val="Heading1"/>
        <w:keepNext/>
      </w:pPr>
      <w:r>
        <w:t>Part 20. Pilot Implementation &amp; Validation</w:t>
      </w:r>
    </w:p>
    <w:p>
      <w:pPr>
        <w:pStyle w:val="FileName"/>
      </w:pPr>
      <w:r>
        <w:t>•  APO Pilot Implementation Plan.docx</w:t>
      </w:r>
    </w:p>
    <w:p>
      <w:pPr>
        <w:pStyle w:val="FileName"/>
      </w:pPr>
      <w:r>
        <w:t>•  APO Pilot Success Criteria.docx</w:t>
      </w:r>
    </w:p>
    <w:p>
      <w:pPr>
        <w:pStyle w:val="FileName"/>
      </w:pPr>
      <w:r>
        <w:t>•  APO Pilot Governance Protocol.docx</w:t>
      </w:r>
    </w:p>
    <w:p>
      <w:pPr>
        <w:pStyle w:val="FileName"/>
      </w:pPr>
      <w:r>
        <w:t>•  APO Pilot Evaluation Report.docx</w:t>
      </w:r>
    </w:p>
    <w:p>
      <w:pPr>
        <w:pStyle w:val="FileName"/>
      </w:pPr>
      <w:r>
        <w:t>•  APO Pilot Scope Tracker.xlsx</w:t>
      </w:r>
    </w:p>
    <w:p>
      <w:pPr>
        <w:pStyle w:val="FileName"/>
      </w:pPr>
      <w:r>
        <w:t>•  APO Pilot Issue Log.xlsx</w:t>
      </w:r>
    </w:p>
    <w:p>
      <w:pPr>
        <w:pStyle w:val="FileName"/>
      </w:pPr>
      <w:r>
        <w:t>•  APO Pilot Feedback Tracker.xlsx</w:t>
      </w:r>
    </w:p>
    <w:p>
      <w:pPr>
        <w:pStyle w:val="FileName"/>
      </w:pPr>
      <w:r>
        <w:t>•  APO Pilot Success Metrics Tracker.xlsx</w:t>
      </w:r>
    </w:p>
    <w:p>
      <w:pPr>
        <w:pStyle w:val="FileName"/>
      </w:pPr>
      <w:r>
        <w:t>•  APO Pilot Kickoff.pptx</w:t>
      </w:r>
    </w:p>
    <w:p>
      <w:pPr>
        <w:pStyle w:val="FileName"/>
      </w:pPr>
      <w:r>
        <w:t>•  APO Pilot Review Presentation.pptx</w:t>
      </w:r>
    </w:p>
    <w:p>
      <w:pPr>
        <w:pStyle w:val="FileName"/>
      </w:pPr>
      <w:r>
        <w:t>•  APO Pilot Decision Gate Presentation.pptx</w:t>
      </w:r>
    </w:p>
    <w:sectPr w:rsidR="00F731D4" w:rsidSect="00034616">
      <w:footerReference w:type="default" r:id="rId8"/>
      <w:headerReference w:type="default" r:id="rId12"/>
      <w:pgSz w:w="12240" w:h="15840"/>
      <w:pgMar w:top="893" w:right="979" w:bottom="893" w:left="1066" w:header="360" w:footer="3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855" w:rsidRDefault="00175855" w:rsidP="00F731D4">
      <w:pPr>
        <w:spacing w:after="0" w:line="240" w:lineRule="auto"/>
      </w:pPr>
      <w:r>
        <w:separator/>
      </w:r>
    </w:p>
  </w:endnote>
  <w:end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D4" w:rsidRDefault="00175855">
    <w:pPr>
      <w:pStyle w:val="Footer"/>
      <w:jc w:val="right"/>
      <w:rPr>
        <w:rFonts w:hint="eastAsia"/>
      </w:rPr>
    </w:pPr>
    <w:r>
      <w:rPr>
        <w:i/>
        <w:color w:val="66717E"/>
        <w:sz w:val="14"/>
      </w:rPr>
      <w:t>APO | Align, Plan, Organize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855" w:rsidRDefault="00175855" w:rsidP="00F731D4">
      <w:pPr>
        <w:spacing w:after="0" w:line="240" w:lineRule="auto"/>
      </w:pPr>
      <w:r>
        <w:separator/>
      </w:r>
    </w:p>
  </w:footnote>
  <w:foot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75855"/>
    <w:rsid w:val="0029639D"/>
    <w:rsid w:val="00326F90"/>
    <w:rsid w:val="00816743"/>
    <w:rsid w:val="00AA1D8D"/>
    <w:rsid w:val="00B47730"/>
    <w:rsid w:val="00CB0664"/>
    <w:rsid w:val="00F731D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59" w:lineRule="auto"/>
    </w:pPr>
    <w:rPr>
      <w:rFonts w:ascii="Aptos" w:hAnsi="Aptos"/>
      <w:color w:val="242F3E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1345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13457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13457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Name">
    <w:name w:val="File Name"/>
    <w:basedOn w:val="Normal"/>
    <w:rsid w:val="00F731D4"/>
    <w:pPr>
      <w:spacing w:after="16"/>
      <w:ind w:left="173" w:hanging="101"/>
    </w:pPr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1510</Words>
  <Characters>8613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2026-10-07T01:23:00Z</dcterms:modified>
  <cp:category/>
</cp:coreProperties>
</file>