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CIO – IT Risk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131 Templates   |   29 DOCX   |   73 DOC   |   15 XLS   |   14 PPT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CIO-RK01_Risk Assessment.doc</w:t>
      </w:r>
    </w:p>
    <w:p>
      <w:pPr>
        <w:pStyle w:val="FileName"/>
      </w:pPr>
      <w:r>
        <w:t>•  CIO-RK02_Anticipating Vulnerability.doc</w:t>
      </w:r>
    </w:p>
    <w:p>
      <w:pPr>
        <w:pStyle w:val="FileName"/>
      </w:pPr>
      <w:r>
        <w:t>•  CIO-RK03_Relative Vulnerability.doc</w:t>
      </w:r>
    </w:p>
    <w:p>
      <w:pPr>
        <w:pStyle w:val="FileName"/>
      </w:pPr>
      <w:r>
        <w:t>•  CIO-RK04_Responses to Risk.doc</w:t>
      </w:r>
    </w:p>
    <w:p>
      <w:pPr>
        <w:pStyle w:val="FileName"/>
      </w:pPr>
      <w:r>
        <w:t>•  CIO-RK05_Risk Mitigation Tracking.doc</w:t>
      </w:r>
    </w:p>
    <w:p>
      <w:pPr>
        <w:pStyle w:val="FileName"/>
      </w:pPr>
      <w:r>
        <w:t>•  CIO-RK06_Corrective Action Plan.doc</w:t>
      </w:r>
    </w:p>
    <w:p>
      <w:pPr>
        <w:pStyle w:val="FileName"/>
      </w:pPr>
      <w:r>
        <w:t>•  CIO-RK07_Indicators of Possible Risk.doc</w:t>
      </w:r>
    </w:p>
    <w:p>
      <w:pPr>
        <w:pStyle w:val="FileName"/>
      </w:pPr>
      <w:r>
        <w:t>•  CIO-RK08_Responding to Risk Worksheet.doc</w:t>
      </w:r>
    </w:p>
    <w:p>
      <w:pPr>
        <w:pStyle w:val="FileName"/>
      </w:pPr>
      <w:r>
        <w:t>•  CIO-RK09_Responding to Risk Worksheet Sample.doc</w:t>
      </w:r>
    </w:p>
    <w:p>
      <w:pPr>
        <w:pStyle w:val="FileName"/>
      </w:pPr>
      <w:r>
        <w:t>•  CIO-RK10_Risk Management Corrective Action Plan.doc</w:t>
      </w:r>
    </w:p>
    <w:p>
      <w:pPr>
        <w:pStyle w:val="FileName"/>
      </w:pPr>
      <w:r>
        <w:t>•  CIO-RK11_Risk Management Corrective Action Plan Sample.doc</w:t>
      </w:r>
    </w:p>
    <w:p>
      <w:pPr>
        <w:pStyle w:val="FileName"/>
      </w:pPr>
      <w:r>
        <w:t>•  CIO-RK12_Risk Mitigation Tracking Worksheet Sample.doc</w:t>
      </w:r>
    </w:p>
    <w:p>
      <w:pPr>
        <w:pStyle w:val="FileName"/>
      </w:pPr>
      <w:r>
        <w:t>•  CIO-RK13_Vulnerability to Risk Worksheet.doc</w:t>
      </w:r>
    </w:p>
    <w:p>
      <w:pPr>
        <w:pStyle w:val="FileName"/>
      </w:pPr>
      <w:r>
        <w:t>•  CIO-RK14_Vulnerability to Risk Worksheet Sample.doc</w:t>
      </w:r>
    </w:p>
    <w:p>
      <w:pPr>
        <w:pStyle w:val="FileName"/>
      </w:pPr>
      <w:r>
        <w:t>•  CIO-RK15.Form_IT Risk Assessment Matrix.xls</w:t>
      </w:r>
    </w:p>
    <w:p>
      <w:pPr>
        <w:pStyle w:val="FileName"/>
      </w:pPr>
      <w:r>
        <w:t>•  CIO-RK16.Checklist_IT Risk Assessment Audit.xls</w:t>
      </w:r>
    </w:p>
    <w:p>
      <w:pPr>
        <w:pStyle w:val="FileName"/>
      </w:pPr>
      <w:r>
        <w:t>•  CIO-RK17.Form_IT Risk Analysis.xls</w:t>
      </w:r>
    </w:p>
    <w:p>
      <w:pPr>
        <w:pStyle w:val="FileName"/>
      </w:pPr>
      <w:r>
        <w:t>•  CIO-RK18.Template_Risk Appetite Statement.doc</w:t>
      </w:r>
    </w:p>
    <w:p>
      <w:pPr>
        <w:pStyle w:val="FileName"/>
      </w:pPr>
      <w:r>
        <w:t>•  CIO-RK19.Form_IT Risk Register Template.docx</w:t>
      </w:r>
    </w:p>
    <w:p>
      <w:pPr>
        <w:pStyle w:val="FileName"/>
      </w:pPr>
      <w:r>
        <w:t>•  CIO-RK20.Template_Risk Escalation Process.doc</w:t>
      </w:r>
    </w:p>
    <w:p>
      <w:pPr>
        <w:pStyle w:val="FileName"/>
      </w:pPr>
      <w:r>
        <w:t>•  CIO-RK21.Template_IT Control Library Mapping.docx</w:t>
      </w:r>
    </w:p>
    <w:p>
      <w:pPr>
        <w:pStyle w:val="FileName"/>
      </w:pPr>
      <w:r>
        <w:t>•  CIO-RK22.Template_Risk Likelihood &amp; Impact Rating Guide.doc</w:t>
      </w:r>
    </w:p>
    <w:p>
      <w:pPr>
        <w:pStyle w:val="FileName"/>
      </w:pPr>
      <w:r>
        <w:t>•  CIO-RK23.Template_IT Risk Treatment Plan.doc</w:t>
      </w:r>
    </w:p>
    <w:p>
      <w:pPr>
        <w:pStyle w:val="FileName"/>
      </w:pPr>
      <w:r>
        <w:t>•  CIO-RK24.Template_Risk Ownership Assignment Matrix.docx</w:t>
      </w:r>
    </w:p>
    <w:p>
      <w:pPr>
        <w:pStyle w:val="FileName"/>
      </w:pPr>
      <w:r>
        <w:t>•  CIO-RK25.Template_Risk Monitoring Dashboard.docx</w:t>
      </w:r>
    </w:p>
    <w:p>
      <w:pPr>
        <w:pStyle w:val="FileName"/>
      </w:pPr>
      <w:r>
        <w:t>•  CIO-RK26.Template_Risk Communication Plan.doc</w:t>
      </w:r>
    </w:p>
    <w:p>
      <w:pPr>
        <w:pStyle w:val="FileName"/>
      </w:pPr>
      <w:r>
        <w:t>•  CIO-RK27.Form_IT Risk Scenario Planning.doc</w:t>
      </w:r>
    </w:p>
    <w:p>
      <w:pPr>
        <w:pStyle w:val="FileName"/>
      </w:pPr>
      <w:r>
        <w:t>•  CIO-RK28.Guide_Integrating IT Risk into Enterprise Risk.doc</w:t>
      </w:r>
    </w:p>
    <w:p>
      <w:pPr>
        <w:pStyle w:val="FileName"/>
      </w:pPr>
      <w:r>
        <w:t>•  CIO-RK29.Template_Heat Map Risk Visualization.docx</w:t>
      </w:r>
    </w:p>
    <w:p>
      <w:pPr>
        <w:pStyle w:val="FileName"/>
      </w:pPr>
      <w:r>
        <w:t>•  CIO-RK01.Template_IT Disaster Recovery Plan_1.doc</w:t>
      </w:r>
    </w:p>
    <w:p>
      <w:pPr>
        <w:pStyle w:val="FileName"/>
      </w:pPr>
      <w:r>
        <w:t>•  CIO-RK02.Template_IT Disaster Recovery Plan_2.doc</w:t>
      </w:r>
    </w:p>
    <w:p>
      <w:pPr>
        <w:pStyle w:val="FileName"/>
      </w:pPr>
      <w:r>
        <w:t>•  CIO-RK03.Template_IT Disaster Recovery Plan_3.doc</w:t>
      </w:r>
    </w:p>
    <w:p>
      <w:pPr>
        <w:pStyle w:val="FileName"/>
      </w:pPr>
      <w:r>
        <w:t>•  CIO-RK04.Checklist_Business Continuity - Disaster Recovery Plan.xls</w:t>
      </w:r>
    </w:p>
    <w:p>
      <w:pPr>
        <w:pStyle w:val="FileName"/>
      </w:pPr>
      <w:r>
        <w:t>•  CIO-RK05.Form_Preparation for Data Recovery.doc</w:t>
      </w:r>
    </w:p>
    <w:p>
      <w:pPr>
        <w:pStyle w:val="FileName"/>
      </w:pPr>
      <w:r>
        <w:t>•  CIO-RK05.Form_Preparation for Data Recovery.xls</w:t>
      </w:r>
    </w:p>
    <w:p>
      <w:pPr>
        <w:pStyle w:val="FileName"/>
      </w:pPr>
      <w:r>
        <w:t>•  CIO-RK07.Checklist_Information for Disaster Recovery.xls</w:t>
      </w:r>
    </w:p>
    <w:p>
      <w:pPr>
        <w:pStyle w:val="FileName"/>
      </w:pPr>
      <w:r>
        <w:t>•  CIO-RK08.Form_Business Function Recovery Completion.xls</w:t>
      </w:r>
    </w:p>
    <w:p>
      <w:pPr>
        <w:pStyle w:val="FileName"/>
      </w:pPr>
      <w:r>
        <w:t>•  CIO-RK09.Form_IT System Problems Record.xls</w:t>
      </w:r>
    </w:p>
    <w:p>
      <w:pPr>
        <w:pStyle w:val="FileName"/>
      </w:pPr>
      <w:r>
        <w:t>•  CIO-RK10.Form_IT Problem Recovery Records.xls</w:t>
      </w:r>
    </w:p>
    <w:p>
      <w:pPr>
        <w:pStyle w:val="FileName"/>
      </w:pPr>
      <w:r>
        <w:t>•  CIO-RK11.Form_System Downtime Monitoring.xls</w:t>
      </w:r>
    </w:p>
    <w:p>
      <w:pPr>
        <w:pStyle w:val="FileName"/>
      </w:pPr>
      <w:r>
        <w:t>•  CIO-RK12.Form_Disaster Recovery Event Record.xls</w:t>
      </w:r>
    </w:p>
    <w:p>
      <w:pPr>
        <w:pStyle w:val="FileName"/>
      </w:pPr>
      <w:r>
        <w:t>•  CIO-RK13.Form_Disaster Recovery info Contacts.xls</w:t>
      </w:r>
    </w:p>
    <w:p>
      <w:pPr>
        <w:pStyle w:val="FileName"/>
      </w:pPr>
      <w:r>
        <w:t>•  CIO-RK14.Checklist_The Business Continuity Management Audit.xls</w:t>
      </w:r>
    </w:p>
    <w:p>
      <w:pPr>
        <w:pStyle w:val="FileName"/>
      </w:pPr>
      <w:r>
        <w:t>•  CIO-RK15.Template_IT System Recovery Prioritization.docx</w:t>
      </w:r>
    </w:p>
    <w:p>
      <w:pPr>
        <w:pStyle w:val="FileName"/>
      </w:pPr>
      <w:r>
        <w:t>•  CIO-RK16.Checklist_Disaster Recovery Readiness Evaluation.doc</w:t>
      </w:r>
    </w:p>
    <w:p>
      <w:pPr>
        <w:pStyle w:val="FileName"/>
      </w:pPr>
      <w:r>
        <w:t>•  CIO-RK17.Template_Supplier Disaster Readiness Review.doc</w:t>
      </w:r>
    </w:p>
    <w:p>
      <w:pPr>
        <w:pStyle w:val="FileName"/>
      </w:pPr>
      <w:r>
        <w:t>•  CIO-RK18.Form_DR Test Scenario Simulation Report.doc</w:t>
      </w:r>
    </w:p>
    <w:p>
      <w:pPr>
        <w:pStyle w:val="FileName"/>
      </w:pPr>
      <w:r>
        <w:t>•  CIO-RK19.Template_Recovery Time Objective Table.docx</w:t>
      </w:r>
    </w:p>
    <w:p>
      <w:pPr>
        <w:pStyle w:val="FileName"/>
      </w:pPr>
      <w:r>
        <w:t>•  CIO-RK20.Template_Recovery Point Objective Table.docx</w:t>
      </w:r>
    </w:p>
    <w:p>
      <w:pPr>
        <w:pStyle w:val="FileName"/>
      </w:pPr>
      <w:r>
        <w:t>•  CIO-RK21.Form_Backup Verification Log.docx</w:t>
      </w:r>
    </w:p>
    <w:p>
      <w:pPr>
        <w:pStyle w:val="FileName"/>
      </w:pPr>
      <w:r>
        <w:t>•  CIO-RK22.Template_Disaster Recovery SLA Matrix.docx</w:t>
      </w:r>
    </w:p>
    <w:p>
      <w:pPr>
        <w:pStyle w:val="FileName"/>
      </w:pPr>
      <w:r>
        <w:t>•  CIO-RK23.Template_IT Infrastructure Failover Plan.doc</w:t>
      </w:r>
    </w:p>
    <w:p>
      <w:pPr>
        <w:pStyle w:val="FileName"/>
      </w:pPr>
      <w:r>
        <w:t>•  CIO-RK24.Template_Mobile DR Site Setup Plan.doc</w:t>
      </w:r>
    </w:p>
    <w:p>
      <w:pPr>
        <w:pStyle w:val="FileName"/>
      </w:pPr>
      <w:r>
        <w:t>•  CIO-RK25.Form_Employee Emergency Access Setup.doc</w:t>
      </w:r>
    </w:p>
    <w:p>
      <w:pPr>
        <w:pStyle w:val="FileName"/>
      </w:pPr>
      <w:r>
        <w:t>•  CIO-RK26.Template_DRP Cost Planning Worksheet.docx</w:t>
      </w:r>
    </w:p>
    <w:p>
      <w:pPr>
        <w:pStyle w:val="FileName"/>
      </w:pPr>
      <w:r>
        <w:t>•  CIO-RK01.Risk Assessment Policy.doc</w:t>
      </w:r>
    </w:p>
    <w:p>
      <w:pPr>
        <w:pStyle w:val="FileName"/>
      </w:pPr>
      <w:r>
        <w:t>•  CIO-RK02.Disaster Recovery Testing Policy.doc</w:t>
      </w:r>
    </w:p>
    <w:p>
      <w:pPr>
        <w:pStyle w:val="FileName"/>
      </w:pPr>
      <w:r>
        <w:t>•  CIO-RK03.Disaster Recovery Plan Review Policy.doc</w:t>
      </w:r>
    </w:p>
    <w:p>
      <w:pPr>
        <w:pStyle w:val="FileName"/>
      </w:pPr>
      <w:r>
        <w:t>•  CIO-RK04.Business Continuity Plan Policy.doc</w:t>
      </w:r>
    </w:p>
    <w:p>
      <w:pPr>
        <w:pStyle w:val="FileName"/>
      </w:pPr>
      <w:r>
        <w:t>•  CIO-RK05.Business Continuity Team Policy.doc</w:t>
      </w:r>
    </w:p>
    <w:p>
      <w:pPr>
        <w:pStyle w:val="FileName"/>
      </w:pPr>
      <w:r>
        <w:t>•  CIO-RK06.Crisis Communications Policy.doc</w:t>
      </w:r>
    </w:p>
    <w:p>
      <w:pPr>
        <w:pStyle w:val="FileName"/>
      </w:pPr>
      <w:r>
        <w:t>•  CIO-RK07.Policy_IT Risk Integration with ERM.doc</w:t>
      </w:r>
    </w:p>
    <w:p>
      <w:pPr>
        <w:pStyle w:val="FileName"/>
      </w:pPr>
      <w:r>
        <w:t>•  CIO-RK08.Policy_IT Control Self-Assessment Policy.doc</w:t>
      </w:r>
    </w:p>
    <w:p>
      <w:pPr>
        <w:pStyle w:val="FileName"/>
      </w:pPr>
      <w:r>
        <w:t>•  CIO-RK09.Policy_Third-party Risk Management Policy.doc</w:t>
      </w:r>
    </w:p>
    <w:p>
      <w:pPr>
        <w:pStyle w:val="FileName"/>
      </w:pPr>
      <w:r>
        <w:t>•  CIO-RK10.Policy_IT Risk Ownership Assignment.doc</w:t>
      </w:r>
    </w:p>
    <w:p>
      <w:pPr>
        <w:pStyle w:val="FileName"/>
      </w:pPr>
      <w:r>
        <w:t>•  CIO-RK11.Policy_IT Risk Reporting &amp; Escalation.doc</w:t>
      </w:r>
    </w:p>
    <w:p>
      <w:pPr>
        <w:pStyle w:val="FileName"/>
      </w:pPr>
      <w:r>
        <w:t>•  CIO-RK12.Policy_IT Resilience Policy.doc</w:t>
      </w:r>
    </w:p>
    <w:p>
      <w:pPr>
        <w:pStyle w:val="FileName"/>
      </w:pPr>
      <w:r>
        <w:t>•  CIO-RK13.Policy_Cloud Risk Mitigation.doc</w:t>
      </w:r>
    </w:p>
    <w:p>
      <w:pPr>
        <w:pStyle w:val="FileName"/>
      </w:pPr>
      <w:r>
        <w:t>•  CIO-RK14.Policy_IT Risk Management Roles &amp; Responsibilities.doc</w:t>
      </w:r>
    </w:p>
    <w:p>
      <w:pPr>
        <w:pStyle w:val="FileName"/>
      </w:pPr>
      <w:r>
        <w:t>•  CIO-RK15.Policy_IT Risk Acceptance Guidelines.doc</w:t>
      </w:r>
    </w:p>
    <w:p>
      <w:pPr>
        <w:pStyle w:val="FileName"/>
      </w:pPr>
      <w:r>
        <w:t>•  CIO-RK16.Policy_IT Risk Scenario Analysis Standards.doc</w:t>
      </w:r>
    </w:p>
    <w:p>
      <w:pPr>
        <w:pStyle w:val="FileName"/>
      </w:pPr>
      <w:r>
        <w:t>•  CIO-RK01.Template_Calculate Downtime Expense.xls</w:t>
      </w:r>
    </w:p>
    <w:p>
      <w:pPr>
        <w:pStyle w:val="FileName"/>
      </w:pPr>
      <w:r>
        <w:t>•  CIO-RK02.Form_Cost of Downtime.xls</w:t>
      </w:r>
    </w:p>
    <w:p>
      <w:pPr>
        <w:pStyle w:val="FileName"/>
      </w:pPr>
      <w:r>
        <w:t>•  CIO-RK03.Form_Unplanned Down Time of Servers.doc</w:t>
      </w:r>
    </w:p>
    <w:p>
      <w:pPr>
        <w:pStyle w:val="FileName"/>
      </w:pPr>
      <w:r>
        <w:t>•  CIO-RK04.Template_Operational Loss Estimator.docx</w:t>
      </w:r>
    </w:p>
    <w:p>
      <w:pPr>
        <w:pStyle w:val="FileName"/>
      </w:pPr>
      <w:r>
        <w:t>•  CIO-RK05.Template_Downtime Business Impact Scorecard.docx</w:t>
      </w:r>
    </w:p>
    <w:p>
      <w:pPr>
        <w:pStyle w:val="FileName"/>
      </w:pPr>
      <w:r>
        <w:t>•  CIO-RK06.Template_Lost Revenue Estimation Tool.docx</w:t>
      </w:r>
    </w:p>
    <w:p>
      <w:pPr>
        <w:pStyle w:val="FileName"/>
      </w:pPr>
      <w:r>
        <w:t>•  CIO-RK07.Template_Downtime Cost Trend Analysis.docx</w:t>
      </w:r>
    </w:p>
    <w:p>
      <w:pPr>
        <w:pStyle w:val="FileName"/>
      </w:pPr>
      <w:r>
        <w:t>•  CIO-RK08.Form_IT Downtime Event Survey.doc</w:t>
      </w:r>
    </w:p>
    <w:p>
      <w:pPr>
        <w:pStyle w:val="FileName"/>
      </w:pPr>
      <w:r>
        <w:t>•  CIO-RK09.Template_Stakeholder Impact Matrix.doc</w:t>
      </w:r>
    </w:p>
    <w:p>
      <w:pPr>
        <w:pStyle w:val="FileName"/>
      </w:pPr>
      <w:r>
        <w:t>•  CIO-RK10.Template_RPO &amp; RTO vs Business Tolerance.docx</w:t>
      </w:r>
    </w:p>
    <w:p>
      <w:pPr>
        <w:pStyle w:val="FileName"/>
      </w:pPr>
      <w:r>
        <w:t>•  CIO-RK11.Template_IT Service Value Loss Estimator.docx</w:t>
      </w:r>
    </w:p>
    <w:p>
      <w:pPr>
        <w:pStyle w:val="FileName"/>
      </w:pPr>
      <w:r>
        <w:t>•  CIO-RK12.Template_Cost of Customer Dissatisfaction Tracker.docx</w:t>
      </w:r>
    </w:p>
    <w:p>
      <w:pPr>
        <w:pStyle w:val="FileName"/>
      </w:pPr>
      <w:r>
        <w:t>•  CIO-RK13.Template_Downtime Insurance Cost Analysis.docx</w:t>
      </w:r>
    </w:p>
    <w:p>
      <w:pPr>
        <w:pStyle w:val="FileName"/>
      </w:pPr>
      <w:r>
        <w:t>•  CIO-RK14.Template_Communication Cost of Outage.docx</w:t>
      </w:r>
    </w:p>
    <w:p>
      <w:pPr>
        <w:pStyle w:val="FileName"/>
      </w:pPr>
      <w:r>
        <w:t>•  CIO-RK01.Template_Third-party Risk Register.docx</w:t>
      </w:r>
    </w:p>
    <w:p>
      <w:pPr>
        <w:pStyle w:val="FileName"/>
      </w:pPr>
      <w:r>
        <w:t>•  CIO-RK02.Checklist_Supplier Risk Assessment Criteria.doc</w:t>
      </w:r>
    </w:p>
    <w:p>
      <w:pPr>
        <w:pStyle w:val="FileName"/>
      </w:pPr>
      <w:r>
        <w:t>•  CIO-RK03.Template_Vendor Risk Scoring Matrix.docx</w:t>
      </w:r>
    </w:p>
    <w:p>
      <w:pPr>
        <w:pStyle w:val="FileName"/>
      </w:pPr>
      <w:r>
        <w:t>•  CIO-RK04.Template_Supply Chain Disruption Risk Plan.doc</w:t>
      </w:r>
    </w:p>
    <w:p>
      <w:pPr>
        <w:pStyle w:val="FileName"/>
      </w:pPr>
      <w:r>
        <w:t>•  CIO-RK05.Template_Third-party Risk Due Diligence Form.doc</w:t>
      </w:r>
    </w:p>
    <w:p>
      <w:pPr>
        <w:pStyle w:val="FileName"/>
      </w:pPr>
      <w:r>
        <w:t>•  CIO-RK06.Template_Contractual Risk Clauses for IT Services.doc</w:t>
      </w:r>
    </w:p>
    <w:p>
      <w:pPr>
        <w:pStyle w:val="FileName"/>
      </w:pPr>
      <w:r>
        <w:t>•  CIO-RK07.Template_Vendor Risk Communication Protocol.doc</w:t>
      </w:r>
    </w:p>
    <w:p>
      <w:pPr>
        <w:pStyle w:val="FileName"/>
      </w:pPr>
      <w:r>
        <w:t>•  CIO-RK08.Template_Service Level Deviation Report.docx</w:t>
      </w:r>
    </w:p>
    <w:p>
      <w:pPr>
        <w:pStyle w:val="FileName"/>
      </w:pPr>
      <w:r>
        <w:t>•  CIO-RK09.Form_Third-party Incident Reporting Sheet.doc</w:t>
      </w:r>
    </w:p>
    <w:p>
      <w:pPr>
        <w:pStyle w:val="FileName"/>
      </w:pPr>
      <w:r>
        <w:t>•  CIO-RK10.Template_Outsourcing Risk Review Checklist.doc</w:t>
      </w:r>
    </w:p>
    <w:p>
      <w:pPr>
        <w:pStyle w:val="FileName"/>
      </w:pPr>
      <w:r>
        <w:t>•  CIO-RK11.Template_IT Supply Chain Recovery Plan.doc</w:t>
      </w:r>
    </w:p>
    <w:p>
      <w:pPr>
        <w:pStyle w:val="FileName"/>
      </w:pPr>
      <w:r>
        <w:t>•  CIO-RK12.Template_Vendor Cybersecurity Audit Form.doc</w:t>
      </w:r>
    </w:p>
    <w:p>
      <w:pPr>
        <w:pStyle w:val="FileName"/>
      </w:pPr>
      <w:r>
        <w:t>•  CIO-RK13.Register_Critical IT Suppliers.docx</w:t>
      </w:r>
    </w:p>
    <w:p>
      <w:pPr>
        <w:pStyle w:val="FileName"/>
      </w:pPr>
      <w:r>
        <w:t>•  CIO-RK14.Form_Annual Vendor Risk Attestation.doc</w:t>
      </w:r>
    </w:p>
    <w:p>
      <w:pPr>
        <w:pStyle w:val="FileName"/>
      </w:pPr>
      <w:r>
        <w:t>•  CIO-RK15.Template_Third-party Exit Risk Plan.doc</w:t>
      </w:r>
    </w:p>
    <w:p>
      <w:pPr>
        <w:pStyle w:val="FileName"/>
      </w:pPr>
      <w:r>
        <w:t>•  CIO-RK16.Template_Cloud Vendor Failure Impact Matrix.docx</w:t>
      </w:r>
    </w:p>
    <w:p>
      <w:pPr>
        <w:pStyle w:val="FileName"/>
      </w:pPr>
      <w:r>
        <w:t>•  CIO-RK01.Template_AI Risk Assessment Framework.doc</w:t>
      </w:r>
    </w:p>
    <w:p>
      <w:pPr>
        <w:pStyle w:val="FileName"/>
      </w:pPr>
      <w:r>
        <w:t>•  CIO-RK02.Template_Big Data Security Risk Profile.doc</w:t>
      </w:r>
    </w:p>
    <w:p>
      <w:pPr>
        <w:pStyle w:val="FileName"/>
      </w:pPr>
      <w:r>
        <w:t>•  CIO-RK03.Checklist_Cloud Risk Impact Review.doc</w:t>
      </w:r>
    </w:p>
    <w:p>
      <w:pPr>
        <w:pStyle w:val="FileName"/>
      </w:pPr>
      <w:r>
        <w:t>•  CIO-RK04.Template_IoT Risk Categorization Table.docx</w:t>
      </w:r>
    </w:p>
    <w:p>
      <w:pPr>
        <w:pStyle w:val="FileName"/>
      </w:pPr>
      <w:r>
        <w:t>•  CIO-RK05.Template_Blockchain Threat Modeling.doc</w:t>
      </w:r>
    </w:p>
    <w:p>
      <w:pPr>
        <w:pStyle w:val="FileName"/>
      </w:pPr>
      <w:r>
        <w:t>•  CIO-RK06.Form_Emerging Tech Risk Watchlist.docx</w:t>
      </w:r>
    </w:p>
    <w:p>
      <w:pPr>
        <w:pStyle w:val="FileName"/>
      </w:pPr>
      <w:r>
        <w:t>•  CIO-RK07.Template_Quantum Threat Evaluation Checklist.doc</w:t>
      </w:r>
    </w:p>
    <w:p>
      <w:pPr>
        <w:pStyle w:val="FileName"/>
      </w:pPr>
      <w:r>
        <w:t>•  CIO-RK08.Template_Regulatory Gap for New Tech Risk.doc</w:t>
      </w:r>
    </w:p>
    <w:p>
      <w:pPr>
        <w:pStyle w:val="FileName"/>
      </w:pPr>
      <w:r>
        <w:t>•  CIO-RK09.Template_Chatbot or GenAI Risk Governance Plan.doc</w:t>
      </w:r>
    </w:p>
    <w:p>
      <w:pPr>
        <w:pStyle w:val="FileName"/>
      </w:pPr>
      <w:r>
        <w:t>•  CIO-RK10.Template_Cloud Vendor Shared Responsibility Matrix.docx</w:t>
      </w:r>
    </w:p>
    <w:p>
      <w:pPr>
        <w:pStyle w:val="FileName"/>
      </w:pPr>
      <w:r>
        <w:t>•  CIO-RK11.Template_AI/ML Model Risk Scorecard.doc</w:t>
      </w:r>
    </w:p>
    <w:p>
      <w:pPr>
        <w:pStyle w:val="FileName"/>
      </w:pPr>
      <w:r>
        <w:t>•  CIO-RK12.Guide_Integrating Innovation Risk into IT Strategy.doc</w:t>
      </w:r>
    </w:p>
    <w:p>
      <w:pPr>
        <w:pStyle w:val="FileName"/>
      </w:pPr>
      <w:r>
        <w:t>•  CIO-RK13.Template_New Tech Adoption Risk Evaluation.docx</w:t>
      </w:r>
    </w:p>
    <w:p>
      <w:pPr>
        <w:pStyle w:val="FileName"/>
      </w:pPr>
      <w:r>
        <w:t>•  CIO-RK14.Template_IT Sandbox Risk Controls.doc</w:t>
      </w:r>
    </w:p>
    <w:p>
      <w:pPr>
        <w:pStyle w:val="FileName"/>
      </w:pPr>
      <w:r>
        <w:t>•  CIO-RK15.Template_Emerging Tech Incident Simulation Planner.doc</w:t>
      </w:r>
    </w:p>
    <w:p>
      <w:pPr>
        <w:pStyle w:val="FileName"/>
      </w:pPr>
      <w:r>
        <w:t>•  CIO-RK16.Template_AI Bias and Ethics Risk Checklist.doc</w:t>
      </w:r>
    </w:p>
    <w:p>
      <w:pPr>
        <w:pStyle w:val="FileName"/>
      </w:pPr>
      <w:r>
        <w:t>•  CIO-RK01. Exploit Disruptive Technology to Drive IT Efficiency and Business Opportunity.ppt</w:t>
      </w:r>
    </w:p>
    <w:p>
      <w:pPr>
        <w:pStyle w:val="FileName"/>
      </w:pPr>
      <w:r>
        <w:t>•  CIO-RK02. Exploit Disruptive Infrastructure Technology.ppt</w:t>
      </w:r>
    </w:p>
    <w:p>
      <w:pPr>
        <w:pStyle w:val="FileName"/>
      </w:pPr>
      <w:r>
        <w:t>•  CIO-RK03. Develop and Implement a Security Risk Management Program.ppt</w:t>
      </w:r>
    </w:p>
    <w:p>
      <w:pPr>
        <w:pStyle w:val="FileName"/>
      </w:pPr>
      <w:r>
        <w:t>•  CIO-RK04. Build a Business-Driven IT Risk Management Program.ppt</w:t>
      </w:r>
    </w:p>
    <w:p>
      <w:pPr>
        <w:pStyle w:val="FileName"/>
      </w:pPr>
      <w:r>
        <w:t>•  CIO-RK05. Develop and Conduct Threat and Risk Assessments.ppt</w:t>
      </w:r>
    </w:p>
    <w:p>
      <w:pPr>
        <w:pStyle w:val="FileName"/>
      </w:pPr>
      <w:r>
        <w:t>•  CIO-RK06. Revive Your Risk Management Program with a Regular Health Check.ppt</w:t>
      </w:r>
    </w:p>
    <w:p>
      <w:pPr>
        <w:pStyle w:val="FileName"/>
      </w:pPr>
      <w:r>
        <w:t>•  CIO-RK07. Create a Right-Sized Disaster Recovery Plan.ppt</w:t>
      </w:r>
    </w:p>
    <w:p>
      <w:pPr>
        <w:pStyle w:val="FileName"/>
      </w:pPr>
      <w:r>
        <w:t>•  CIO-RK08. Document the Disaster Recovery Plan Now.ppt</w:t>
      </w:r>
    </w:p>
    <w:p>
      <w:pPr>
        <w:pStyle w:val="FileName"/>
      </w:pPr>
      <w:r>
        <w:t>•  CIO-RK09. Establish an Effective System of Internal IT Controls to Mitigate Risks.ppt</w:t>
      </w:r>
    </w:p>
    <w:p>
      <w:pPr>
        <w:pStyle w:val="FileName"/>
      </w:pPr>
      <w:r>
        <w:t>•  CIO-RK10. Build a Security Awareness and Training Program.ppt</w:t>
      </w:r>
    </w:p>
    <w:p>
      <w:pPr>
        <w:pStyle w:val="FileName"/>
      </w:pPr>
      <w:r>
        <w:t>•  CIO-RK11. Take Control of Compliance Improvement to Conquer Every Audit.ppt</w:t>
      </w:r>
    </w:p>
    <w:p>
      <w:pPr>
        <w:pStyle w:val="FileName"/>
      </w:pPr>
      <w:r>
        <w:t>•  CIO-RK12. Implement Crisis Management Best Practices.ppt</w:t>
      </w:r>
    </w:p>
    <w:p>
      <w:pPr>
        <w:pStyle w:val="FileName"/>
      </w:pPr>
      <w:r>
        <w:t>•  CIO-RK13. Develop a Business Continuity Plan.ppt</w:t>
      </w:r>
    </w:p>
    <w:p>
      <w:pPr>
        <w:pStyle w:val="FileName"/>
      </w:pPr>
      <w:r>
        <w:t>•  CIO-RK14. Tailor an IT Governance Plan to Fit Organizational Needs.ppt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</w:r>
    <w:r>
      <w:t>CIO | IT Risk Management Toolkits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