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CIO – IT Project Management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6 Parts   |   68 Templates   |   62 DOC   |   6 PPT</w:t>
      </w:r>
    </w:p>
    <w:p>
      <w:pPr>
        <w:pStyle w:val="Heading1"/>
        <w:keepNext/>
      </w:pPr>
      <w:r>
        <w:t>Part 1. Initiating Forms</w:t>
      </w:r>
    </w:p>
    <w:p>
      <w:pPr>
        <w:pStyle w:val="FileName"/>
      </w:pPr>
      <w:r>
        <w:t>•  CIO-PR01. Project Charter.doc</w:t>
      </w:r>
    </w:p>
    <w:p>
      <w:pPr>
        <w:pStyle w:val="FileName"/>
      </w:pPr>
      <w:r>
        <w:t>•  CIO-PR02. Stakeholder Register.doc</w:t>
      </w:r>
    </w:p>
    <w:p>
      <w:pPr>
        <w:pStyle w:val="FileName"/>
      </w:pPr>
      <w:r>
        <w:t>•  CIO-PR03. Stakeholder Analysis Matrix.doc</w:t>
      </w:r>
    </w:p>
    <w:p>
      <w:pPr>
        <w:pStyle w:val="Heading1"/>
        <w:keepNext/>
      </w:pPr>
      <w:r>
        <w:t>Part 2. Planning Forms</w:t>
      </w:r>
    </w:p>
    <w:p>
      <w:pPr>
        <w:pStyle w:val="FileName"/>
      </w:pPr>
      <w:r>
        <w:t>•  CIO-PR01. Project Management Plan.doc</w:t>
      </w:r>
    </w:p>
    <w:p>
      <w:pPr>
        <w:pStyle w:val="FileName"/>
      </w:pPr>
      <w:r>
        <w:t>•  CIO-PR02. Scope Management Plan.doc</w:t>
      </w:r>
    </w:p>
    <w:p>
      <w:pPr>
        <w:pStyle w:val="FileName"/>
      </w:pPr>
      <w:r>
        <w:t>•  CIO-PR03. Requirements Management Plan.doc</w:t>
      </w:r>
    </w:p>
    <w:p>
      <w:pPr>
        <w:pStyle w:val="FileName"/>
      </w:pPr>
      <w:r>
        <w:t>•  CIO-PR04. Requirements Documentation.doc</w:t>
      </w:r>
    </w:p>
    <w:p>
      <w:pPr>
        <w:pStyle w:val="FileName"/>
      </w:pPr>
      <w:r>
        <w:t>•  CIO-PR05. Requirements Traceability Matrix.doc</w:t>
      </w:r>
    </w:p>
    <w:p>
      <w:pPr>
        <w:pStyle w:val="FileName"/>
      </w:pPr>
      <w:r>
        <w:t>•  CIO-PR06. Project Scope Statement.doc</w:t>
      </w:r>
    </w:p>
    <w:p>
      <w:pPr>
        <w:pStyle w:val="FileName"/>
      </w:pPr>
      <w:r>
        <w:t>•  CIO-PR07. Assumption and Constraint Log.doc</w:t>
      </w:r>
    </w:p>
    <w:p>
      <w:pPr>
        <w:pStyle w:val="FileName"/>
      </w:pPr>
      <w:r>
        <w:t>•  CIO-PR08. Work Breakdown Structure.doc</w:t>
      </w:r>
    </w:p>
    <w:p>
      <w:pPr>
        <w:pStyle w:val="FileName"/>
      </w:pPr>
      <w:r>
        <w:t>•  CIO-PR09. WBS Dictionary.doc</w:t>
      </w:r>
    </w:p>
    <w:p>
      <w:pPr>
        <w:pStyle w:val="FileName"/>
      </w:pPr>
      <w:r>
        <w:t>•  CIO-PR10. Schedule Management Plan.doc</w:t>
      </w:r>
    </w:p>
    <w:p>
      <w:pPr>
        <w:pStyle w:val="FileName"/>
      </w:pPr>
      <w:r>
        <w:t>•  CIO-PR11. Activity List.doc</w:t>
      </w:r>
    </w:p>
    <w:p>
      <w:pPr>
        <w:pStyle w:val="FileName"/>
      </w:pPr>
      <w:r>
        <w:t>•  CIO-PR12. Activity Attributes.doc</w:t>
      </w:r>
    </w:p>
    <w:p>
      <w:pPr>
        <w:pStyle w:val="FileName"/>
      </w:pPr>
      <w:r>
        <w:t>•  CIO-PR13. Milestone List.doc</w:t>
      </w:r>
    </w:p>
    <w:p>
      <w:pPr>
        <w:pStyle w:val="FileName"/>
      </w:pPr>
      <w:r>
        <w:t>•  CIO-PR14. Network Diagram.doc</w:t>
      </w:r>
    </w:p>
    <w:p>
      <w:pPr>
        <w:pStyle w:val="FileName"/>
      </w:pPr>
      <w:r>
        <w:t>•  CIO-PR15. Activity Resource Requirements.doc</w:t>
      </w:r>
    </w:p>
    <w:p>
      <w:pPr>
        <w:pStyle w:val="FileName"/>
      </w:pPr>
      <w:r>
        <w:t>•  CIO-PR16. Resource Breakdown Structure.doc</w:t>
      </w:r>
    </w:p>
    <w:p>
      <w:pPr>
        <w:pStyle w:val="FileName"/>
      </w:pPr>
      <w:r>
        <w:t>•  CIO-PR17. Activity Duration Estimates.doc</w:t>
      </w:r>
    </w:p>
    <w:p>
      <w:pPr>
        <w:pStyle w:val="FileName"/>
      </w:pPr>
      <w:r>
        <w:t>•  CIO-PR18. Duration Estimating Worksheet.doc</w:t>
      </w:r>
    </w:p>
    <w:p>
      <w:pPr>
        <w:pStyle w:val="FileName"/>
      </w:pPr>
      <w:r>
        <w:t>•  CIO-PR19. Project Schedule.doc</w:t>
      </w:r>
    </w:p>
    <w:p>
      <w:pPr>
        <w:pStyle w:val="FileName"/>
      </w:pPr>
      <w:r>
        <w:t>•  CIO-PR20. Cost Management Plan.doc</w:t>
      </w:r>
    </w:p>
    <w:p>
      <w:pPr>
        <w:pStyle w:val="FileName"/>
      </w:pPr>
      <w:r>
        <w:t>•  CIO-PR21. Activity Cost Estimates.doc</w:t>
      </w:r>
    </w:p>
    <w:p>
      <w:pPr>
        <w:pStyle w:val="FileName"/>
      </w:pPr>
      <w:r>
        <w:t>•  CIO-PR22. Cost Estimating Worksheet.doc</w:t>
      </w:r>
    </w:p>
    <w:p>
      <w:pPr>
        <w:pStyle w:val="FileName"/>
      </w:pPr>
      <w:r>
        <w:t>•  CIO-PR23. Cost Baseline.doc</w:t>
      </w:r>
    </w:p>
    <w:p>
      <w:pPr>
        <w:pStyle w:val="FileName"/>
      </w:pPr>
      <w:r>
        <w:t>•  CIO-PR24. Quality Management Plan.doc</w:t>
      </w:r>
    </w:p>
    <w:p>
      <w:pPr>
        <w:pStyle w:val="FileName"/>
      </w:pPr>
      <w:r>
        <w:t>•  CIO-PR25. Quality Metrics.doc</w:t>
      </w:r>
    </w:p>
    <w:p>
      <w:pPr>
        <w:pStyle w:val="FileName"/>
      </w:pPr>
      <w:r>
        <w:t>•  CIO-PR26. Process Improvement Plan.doc</w:t>
      </w:r>
    </w:p>
    <w:p>
      <w:pPr>
        <w:pStyle w:val="FileName"/>
      </w:pPr>
      <w:r>
        <w:t>•  CIO-PR27. Responsibility Assignment Matrix.doc</w:t>
      </w:r>
    </w:p>
    <w:p>
      <w:pPr>
        <w:pStyle w:val="FileName"/>
      </w:pPr>
      <w:r>
        <w:t>•  CIO-PR28. Roles and Responsibilities.doc</w:t>
      </w:r>
    </w:p>
    <w:p>
      <w:pPr>
        <w:pStyle w:val="FileName"/>
      </w:pPr>
      <w:r>
        <w:t>•  CIO-PR29. Human Resource Management Plan.doc</w:t>
      </w:r>
    </w:p>
    <w:p>
      <w:pPr>
        <w:pStyle w:val="FileName"/>
      </w:pPr>
      <w:r>
        <w:t>•  CIO-PR30. Communications Management Plan.doc</w:t>
      </w:r>
    </w:p>
    <w:p>
      <w:pPr>
        <w:pStyle w:val="FileName"/>
      </w:pPr>
      <w:r>
        <w:t>•  CIO-PR31. Risk Management Plan.doc</w:t>
      </w:r>
    </w:p>
    <w:p>
      <w:pPr>
        <w:pStyle w:val="FileName"/>
      </w:pPr>
      <w:r>
        <w:t>•  CIO-PR32. Risk Register.doc</w:t>
      </w:r>
    </w:p>
    <w:p>
      <w:pPr>
        <w:pStyle w:val="FileName"/>
      </w:pPr>
      <w:r>
        <w:t>•  CIO-PR33. Probability and Impact Assessment.doc</w:t>
      </w:r>
    </w:p>
    <w:p>
      <w:pPr>
        <w:pStyle w:val="FileName"/>
      </w:pPr>
      <w:r>
        <w:t>•  CIO-PR34. Probability and Impact Matrix.doc</w:t>
      </w:r>
    </w:p>
    <w:p>
      <w:pPr>
        <w:pStyle w:val="FileName"/>
      </w:pPr>
      <w:r>
        <w:t>•  CIO-PR35. Risk Data Sheet.doc</w:t>
      </w:r>
    </w:p>
    <w:p>
      <w:pPr>
        <w:pStyle w:val="FileName"/>
      </w:pPr>
      <w:r>
        <w:t>•  CIO-PR36. Procurement Management Plan.doc</w:t>
      </w:r>
    </w:p>
    <w:p>
      <w:pPr>
        <w:pStyle w:val="FileName"/>
      </w:pPr>
      <w:r>
        <w:t>•  CIO-PR37. Source Selection Criteria.doc</w:t>
      </w:r>
    </w:p>
    <w:p>
      <w:pPr>
        <w:pStyle w:val="FileName"/>
      </w:pPr>
      <w:r>
        <w:t>•  CIO-PR38. Stakeholder Management Plan.doc</w:t>
      </w:r>
    </w:p>
    <w:p>
      <w:pPr>
        <w:pStyle w:val="FileName"/>
      </w:pPr>
      <w:r>
        <w:t>•  CIO-PR39. Change Management Plan.doc</w:t>
      </w:r>
    </w:p>
    <w:p>
      <w:pPr>
        <w:pStyle w:val="Heading1"/>
        <w:keepNext/>
      </w:pPr>
      <w:r>
        <w:t>Part 3. Executing Forms</w:t>
      </w:r>
    </w:p>
    <w:p>
      <w:pPr>
        <w:pStyle w:val="FileName"/>
      </w:pPr>
      <w:r>
        <w:t>•  CIO-PR01. Team Member Status Report.doc</w:t>
      </w:r>
    </w:p>
    <w:p>
      <w:pPr>
        <w:pStyle w:val="FileName"/>
      </w:pPr>
      <w:r>
        <w:t>•  CIO-PR02. Change Request.doc</w:t>
      </w:r>
    </w:p>
    <w:p>
      <w:pPr>
        <w:pStyle w:val="FileName"/>
      </w:pPr>
      <w:r>
        <w:t>•  CIO-PR03. Change Log.doc</w:t>
      </w:r>
    </w:p>
    <w:p>
      <w:pPr>
        <w:pStyle w:val="FileName"/>
      </w:pPr>
      <w:r>
        <w:t>•  CIO-PR04. Decision Log.doc</w:t>
      </w:r>
    </w:p>
    <w:p>
      <w:pPr>
        <w:pStyle w:val="FileName"/>
      </w:pPr>
      <w:r>
        <w:t>•  CIO-PR05. Quality Audit.doc</w:t>
      </w:r>
    </w:p>
    <w:p>
      <w:pPr>
        <w:pStyle w:val="FileName"/>
      </w:pPr>
      <w:r>
        <w:t>•  CIO-PR06. Team Directory.doc</w:t>
      </w:r>
    </w:p>
    <w:p>
      <w:pPr>
        <w:pStyle w:val="FileName"/>
      </w:pPr>
      <w:r>
        <w:t>•  CIO-PR07. Team Operating Agreement.doc</w:t>
      </w:r>
    </w:p>
    <w:p>
      <w:pPr>
        <w:pStyle w:val="FileName"/>
      </w:pPr>
      <w:r>
        <w:t>•  CIO-PR08. Team Performance Assessment.doc</w:t>
      </w:r>
    </w:p>
    <w:p>
      <w:pPr>
        <w:pStyle w:val="FileName"/>
      </w:pPr>
      <w:r>
        <w:t>•  CIO-PR09. Team Member Performance Assessment.doc</w:t>
      </w:r>
    </w:p>
    <w:p>
      <w:pPr>
        <w:pStyle w:val="FileName"/>
      </w:pPr>
      <w:r>
        <w:t>•  CIO-PR10. Issue Log.doc</w:t>
      </w:r>
    </w:p>
    <w:p>
      <w:pPr>
        <w:pStyle w:val="Heading1"/>
        <w:keepNext/>
      </w:pPr>
      <w:r>
        <w:t>Part 4. Monitoring and Controlling Forms</w:t>
      </w:r>
    </w:p>
    <w:p>
      <w:pPr>
        <w:pStyle w:val="FileName"/>
      </w:pPr>
      <w:r>
        <w:t>•  CIO-PR01. Project Performance Report.doc</w:t>
      </w:r>
    </w:p>
    <w:p>
      <w:pPr>
        <w:pStyle w:val="FileName"/>
      </w:pPr>
      <w:r>
        <w:t>•  CIO-PR02. Variance Analysis Reports.doc</w:t>
      </w:r>
    </w:p>
    <w:p>
      <w:pPr>
        <w:pStyle w:val="FileName"/>
      </w:pPr>
      <w:r>
        <w:t>•  CIO-PR03. Earned Value Status Report.doc</w:t>
      </w:r>
    </w:p>
    <w:p>
      <w:pPr>
        <w:pStyle w:val="FileName"/>
      </w:pPr>
      <w:r>
        <w:t>•  CIO-PR04. Risk Audits.doc</w:t>
      </w:r>
    </w:p>
    <w:p>
      <w:pPr>
        <w:pStyle w:val="FileName"/>
      </w:pPr>
      <w:r>
        <w:t>•  CIO-PR05. Contractor Status Report.doc</w:t>
      </w:r>
    </w:p>
    <w:p>
      <w:pPr>
        <w:pStyle w:val="FileName"/>
      </w:pPr>
      <w:r>
        <w:t>•  CIO-PR06. Formal Acceptance.doc</w:t>
      </w:r>
    </w:p>
    <w:p>
      <w:pPr>
        <w:pStyle w:val="Heading1"/>
        <w:keepNext/>
      </w:pPr>
      <w:r>
        <w:t>Part 5. Closing Forms</w:t>
      </w:r>
    </w:p>
    <w:p>
      <w:pPr>
        <w:pStyle w:val="FileName"/>
      </w:pPr>
      <w:r>
        <w:t>•  CIO-PR01. Procurement Audit.doc</w:t>
      </w:r>
    </w:p>
    <w:p>
      <w:pPr>
        <w:pStyle w:val="FileName"/>
      </w:pPr>
      <w:r>
        <w:t>•  CIO-PR02. Contract Close-Out.doc</w:t>
      </w:r>
    </w:p>
    <w:p>
      <w:pPr>
        <w:pStyle w:val="FileName"/>
      </w:pPr>
      <w:r>
        <w:t>•  CIO-PR03. Project Close-Out.doc</w:t>
      </w:r>
    </w:p>
    <w:p>
      <w:pPr>
        <w:pStyle w:val="FileName"/>
      </w:pPr>
      <w:r>
        <w:t>•  CIO-PR04. Lessons Learned.doc</w:t>
      </w:r>
    </w:p>
    <w:p>
      <w:pPr>
        <w:pStyle w:val="Heading1"/>
        <w:keepNext/>
      </w:pPr>
      <w:r>
        <w:t>Part 6. IT Project Presentations (Slides)</w:t>
      </w:r>
    </w:p>
    <w:p>
      <w:pPr>
        <w:pStyle w:val="FileName"/>
      </w:pPr>
      <w:r>
        <w:t>•  CIO-PR01. Project Management Essentials.ppt</w:t>
      </w:r>
    </w:p>
    <w:p>
      <w:pPr>
        <w:pStyle w:val="FileName"/>
      </w:pPr>
      <w:r>
        <w:t>•  CIO-PR02. Grow Your Own Project Porfolio Management Solution.ppt</w:t>
      </w:r>
    </w:p>
    <w:p>
      <w:pPr>
        <w:pStyle w:val="FileName"/>
      </w:pPr>
      <w:r>
        <w:t>•  CIO-PR03. Create Project Management Success.ppt</w:t>
      </w:r>
    </w:p>
    <w:p>
      <w:pPr>
        <w:pStyle w:val="FileName"/>
      </w:pPr>
      <w:r>
        <w:t>•  CIO-PR04. Manage a Minimum Viable PMO.ppt</w:t>
      </w:r>
    </w:p>
    <w:p>
      <w:pPr>
        <w:pStyle w:val="FileName"/>
      </w:pPr>
      <w:r>
        <w:t>•  CIO-PR05. Establish an Effective PMO for IT.ppt</w:t>
      </w:r>
    </w:p>
    <w:p>
      <w:pPr>
        <w:pStyle w:val="FileName"/>
      </w:pPr>
      <w:r>
        <w:t>•  CIO-PR06. Tailor Project Management processes to Fit Your Projects.ppt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</w:r>
    <w:r>
      <w:t>CIO | IT Project Management Toolkits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