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CIO – Digital Transformation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6 Parts   |   38 Templates   |   32 DOC   |   5 XLS   |   1 PPT</w:t>
      </w:r>
    </w:p>
    <w:p>
      <w:pPr>
        <w:pStyle w:val="Heading1"/>
        <w:keepNext/>
      </w:pPr>
      <w:r>
        <w:t>Part 1. Digital Maturity Assessment Tools</w:t>
      </w:r>
    </w:p>
    <w:p>
      <w:pPr>
        <w:pStyle w:val="FileName"/>
      </w:pPr>
      <w:r>
        <w:t>•  CIO-DT01. Governance and Leadership Assessment.doc</w:t>
      </w:r>
    </w:p>
    <w:p>
      <w:pPr>
        <w:pStyle w:val="FileName"/>
      </w:pPr>
      <w:r>
        <w:t>•  CIO-DT02. People and Enterprise Culture Assessment.doc</w:t>
      </w:r>
    </w:p>
    <w:p>
      <w:pPr>
        <w:pStyle w:val="FileName"/>
      </w:pPr>
      <w:r>
        <w:t>•  CIO-DT03. Capacity and Capability Assessment.doc</w:t>
      </w:r>
    </w:p>
    <w:p>
      <w:pPr>
        <w:pStyle w:val="FileName"/>
      </w:pPr>
      <w:r>
        <w:t>•  CIO-DT04. Innovation Assessment.doc</w:t>
      </w:r>
    </w:p>
    <w:p>
      <w:pPr>
        <w:pStyle w:val="FileName"/>
      </w:pPr>
      <w:r>
        <w:t>•  CIO-DT05. Technology Assessment.doc</w:t>
      </w:r>
    </w:p>
    <w:p>
      <w:pPr>
        <w:pStyle w:val="FileName"/>
      </w:pPr>
      <w:r>
        <w:t>•  CIO-DT06. Final Assessment Report.doc</w:t>
      </w:r>
    </w:p>
    <w:p>
      <w:pPr>
        <w:pStyle w:val="FileName"/>
      </w:pPr>
      <w:r>
        <w:t>•  CIO-DT07. Digital_Maturity_Assessment - Full.doc</w:t>
      </w:r>
    </w:p>
    <w:p>
      <w:pPr>
        <w:pStyle w:val="FileName"/>
      </w:pPr>
      <w:r>
        <w:t>•  CIO-DT08. Digital Maturity Assessment Tools.xls</w:t>
      </w:r>
    </w:p>
    <w:p>
      <w:pPr>
        <w:pStyle w:val="FileName"/>
      </w:pPr>
      <w:r>
        <w:t>•  CIO-DT09. Resource Capability Assessment Worksheet.xls</w:t>
      </w:r>
    </w:p>
    <w:p>
      <w:pPr>
        <w:pStyle w:val="Heading1"/>
        <w:keepNext/>
      </w:pPr>
      <w:r>
        <w:t>Part 2. Choose Right Resources</w:t>
      </w:r>
    </w:p>
    <w:p>
      <w:pPr>
        <w:pStyle w:val="FileName"/>
      </w:pPr>
      <w:r>
        <w:t>•  CIO-DT01. Questionaire for Choosing the Right Digital Strategy.doc</w:t>
      </w:r>
    </w:p>
    <w:p>
      <w:pPr>
        <w:pStyle w:val="FileName"/>
      </w:pPr>
      <w:r>
        <w:t>•  CIO-DT02. Analyse and Choose Resources.doc</w:t>
      </w:r>
    </w:p>
    <w:p>
      <w:pPr>
        <w:pStyle w:val="FileName"/>
      </w:pPr>
      <w:r>
        <w:t>•  CIO-DT03. Digital Transformation Challenges List.doc</w:t>
      </w:r>
    </w:p>
    <w:p>
      <w:pPr>
        <w:pStyle w:val="FileName"/>
      </w:pPr>
      <w:r>
        <w:t>•  CIO-DT04. Organizational Resources Review.doc</w:t>
      </w:r>
    </w:p>
    <w:p>
      <w:pPr>
        <w:pStyle w:val="Heading1"/>
        <w:keepNext/>
      </w:pPr>
      <w:r>
        <w:t>Part 3. Design Digital Transformation Plans</w:t>
      </w:r>
    </w:p>
    <w:p>
      <w:pPr>
        <w:pStyle w:val="FileName"/>
      </w:pPr>
      <w:r>
        <w:t>•  CIO-DT01. Digital Strategy Template.doc</w:t>
      </w:r>
    </w:p>
    <w:p>
      <w:pPr>
        <w:pStyle w:val="FileName"/>
      </w:pPr>
      <w:r>
        <w:t>•  CIO-DT02. Digital Strategy For All Department.doc</w:t>
      </w:r>
    </w:p>
    <w:p>
      <w:pPr>
        <w:pStyle w:val="FileName"/>
      </w:pPr>
      <w:r>
        <w:t>•  CIO-DT03. Digital Strategy For Organization.doc</w:t>
      </w:r>
    </w:p>
    <w:p>
      <w:pPr>
        <w:pStyle w:val="Heading1"/>
        <w:keepNext/>
      </w:pPr>
      <w:r>
        <w:t>Part 4. Set Project Priorities</w:t>
      </w:r>
    </w:p>
    <w:p>
      <w:pPr>
        <w:pStyle w:val="FileName"/>
      </w:pPr>
      <w:r>
        <w:t>•  CIO-DT01. Digital Transformation Project Prioritisation Tool.xls</w:t>
      </w:r>
    </w:p>
    <w:p>
      <w:pPr>
        <w:pStyle w:val="Heading1"/>
        <w:keepNext/>
      </w:pPr>
      <w:r>
        <w:t>Part 5. Digital Transformation Implementation Plan Template</w:t>
      </w:r>
    </w:p>
    <w:p>
      <w:pPr>
        <w:pStyle w:val="FileName"/>
      </w:pPr>
      <w:r>
        <w:t>•  CIO-DT01. Digital Transformation Plan.doc</w:t>
      </w:r>
    </w:p>
    <w:p>
      <w:pPr>
        <w:pStyle w:val="FileName"/>
      </w:pPr>
      <w:r>
        <w:t>•  CIO-DT02. Digital Marketing Strategy Sample.doc</w:t>
      </w:r>
    </w:p>
    <w:p>
      <w:pPr>
        <w:pStyle w:val="FileName"/>
      </w:pPr>
      <w:r>
        <w:t>•  CIO-DT03. Digital Strategy Implementation Plan Template.doc</w:t>
      </w:r>
    </w:p>
    <w:p>
      <w:pPr>
        <w:pStyle w:val="FileName"/>
      </w:pPr>
      <w:r>
        <w:t>•  CIO-DT04. Digital Transformation Strategy Template.ppt</w:t>
      </w:r>
    </w:p>
    <w:p>
      <w:pPr>
        <w:pStyle w:val="FileName"/>
      </w:pPr>
      <w:r>
        <w:t>•  CIO-DT05. Digital Strategy Roadmap.doc</w:t>
      </w:r>
    </w:p>
    <w:p>
      <w:pPr>
        <w:pStyle w:val="Heading1"/>
        <w:keepNext/>
      </w:pPr>
      <w:r>
        <w:t>Part 6. Digital Transformation Strategy Development Tools</w:t>
      </w:r>
    </w:p>
    <w:p>
      <w:pPr>
        <w:pStyle w:val="FileName"/>
      </w:pPr>
      <w:r>
        <w:t>•  CIO-DT01. CANVAS Business Model chart and example_1.doc</w:t>
      </w:r>
    </w:p>
    <w:p>
      <w:pPr>
        <w:pStyle w:val="FileName"/>
      </w:pPr>
      <w:r>
        <w:t>•  CIO-DT02. CANVAS Business Model chart and example_2.doc</w:t>
      </w:r>
    </w:p>
    <w:p>
      <w:pPr>
        <w:pStyle w:val="FileName"/>
      </w:pPr>
      <w:r>
        <w:t>•  CIO-DT03. CANVAS Business Model chart and example_3.doc</w:t>
      </w:r>
    </w:p>
    <w:p>
      <w:pPr>
        <w:pStyle w:val="FileName"/>
      </w:pPr>
      <w:r>
        <w:t>•  CIO-DT04. PESTLE political factors worksheet.doc</w:t>
      </w:r>
    </w:p>
    <w:p>
      <w:pPr>
        <w:pStyle w:val="FileName"/>
      </w:pPr>
      <w:r>
        <w:t>•  CIO-DT05. PESTLE economic factors worksheet.doc</w:t>
      </w:r>
    </w:p>
    <w:p>
      <w:pPr>
        <w:pStyle w:val="FileName"/>
      </w:pPr>
      <w:r>
        <w:t>•  CIO-DT06. PESTLE social factors worksheet.doc</w:t>
      </w:r>
    </w:p>
    <w:p>
      <w:pPr>
        <w:pStyle w:val="FileName"/>
      </w:pPr>
      <w:r>
        <w:t>•  CIO-DT07. PESTLE technological factors worksheet.doc</w:t>
      </w:r>
    </w:p>
    <w:p>
      <w:pPr>
        <w:pStyle w:val="FileName"/>
      </w:pPr>
      <w:r>
        <w:t>•  CIO-DT08. PESTLE legal factors worksheet.doc</w:t>
      </w:r>
    </w:p>
    <w:p>
      <w:pPr>
        <w:pStyle w:val="FileName"/>
      </w:pPr>
      <w:r>
        <w:t>•  CIO-DT09. PESTLE environmental factors worksheet.doc</w:t>
      </w:r>
    </w:p>
    <w:p>
      <w:pPr>
        <w:pStyle w:val="FileName"/>
      </w:pPr>
      <w:r>
        <w:t>•  CIO-DT10. SWOT Analysis worksheet.doc</w:t>
      </w:r>
    </w:p>
    <w:p>
      <w:pPr>
        <w:pStyle w:val="FileName"/>
      </w:pPr>
      <w:r>
        <w:t>•  CIO-DT11. SWOT Inferred strategy for digital transformation worksheet.doc</w:t>
      </w:r>
    </w:p>
    <w:p>
      <w:pPr>
        <w:pStyle w:val="FileName"/>
      </w:pPr>
      <w:r>
        <w:t>•  CIO-DT12. GAP Analysis strenghts worksheet.doc</w:t>
      </w:r>
    </w:p>
    <w:p>
      <w:pPr>
        <w:pStyle w:val="FileName"/>
      </w:pPr>
      <w:r>
        <w:t>•  CIO-DT13. GAP Analysis weaknesses worksheet.doc</w:t>
      </w:r>
    </w:p>
    <w:p>
      <w:pPr>
        <w:pStyle w:val="FileName"/>
      </w:pPr>
      <w:r>
        <w:t>•  CIO-DT14. Change Protocol worksheet.doc</w:t>
      </w:r>
    </w:p>
    <w:p>
      <w:pPr>
        <w:pStyle w:val="FileName"/>
      </w:pPr>
      <w:r>
        <w:t>•  CIO-DT15. Prioritisation tool worksheet.xls</w:t>
      </w:r>
    </w:p>
    <w:p>
      <w:pPr>
        <w:pStyle w:val="FileName"/>
      </w:pPr>
      <w:r>
        <w:t>•  CIO-DT16. Prioritisation tool sample.xls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</w:r>
    <w:r>
      <w:t>CIO | Digital Transformation Toolkits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